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Organization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ORGANIZATION MEETING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organization meeting of the members of the Governing Body (or incorporators) of [name of corporation] (the “Corporation”), the Certificate of Incorporation of which was filed with the Delaware Secretary of State on [date], will be held on [date], at [time], at [address], for the purpose of [electing the members of the governing body of the Corporation,] adopting bylaws[,] and the transaction of such other business as may come before the meeting.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Dated,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