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Notice of Organizational Meeting of Incorporators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NOTICE OF ORGANIZATIONAL MEETING</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Notice is hereby given that the organizational meeting of the incorporators of [name of company], the certificate of incorporation of which was filed by the New York Department of State on [date], will be held on .[date], at [time </w:t>
      </w:r>
      <w:r>
        <w:rPr>
          <w:rFonts w:ascii="Times New Roman" w:hAnsi="Times New Roman" w:eastAsia="Times New Roman" w:cs="Times New Roman"/>
          <w:b/>
          <w:sz w:val="24"/>
        </w:rPr>
        <w:t>A</w:t>
      </w:r>
      <w:r>
        <w:rPr>
          <w:rFonts w:ascii="Times New Roman" w:hAnsi="Times New Roman" w:eastAsia="Times New Roman" w:cs="Times New Roman"/>
          <w:b w:val="0"/>
          <w:sz w:val="24"/>
        </w:rPr>
        <w:t>.M. or P.M.], at [address], in the City of [name of city], and County of [name of county], State of New York, for the purpose of adopting bylaws, electing directors to serve until the first annual meeting of shareholders, and the transaction of such other business as may come before the meeting.</w:t>
      </w:r>
    </w:p>
    <w:p>
      <w:pPr>
        <w:keepNext w:val="0"/>
        <w:spacing w:before="120" w:after="0" w:line="260" w:lineRule="exact"/>
        <w:ind w:left="360" w:right="0" w:firstLine="0"/>
        <w:jc w:val="left"/>
      </w:pPr>
      <w:r>
        <w:rPr>
          <w:rFonts w:ascii="Times New Roman" w:hAnsi="Times New Roman" w:eastAsia="Times New Roman" w:cs="Times New Roman"/>
          <w:b w:val="0"/>
          <w:sz w:val="24"/>
        </w:rPr>
        <w:t>Dated: [name of city], New York</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below signature]</w:t>
      </w:r>
    </w:p>
    <w:p>
      <w:pPr>
        <w:keepNext w:val="0"/>
        <w:spacing w:before="120" w:after="0" w:line="260" w:lineRule="exact"/>
        <w:ind w:left="360" w:right="0" w:firstLine="0"/>
        <w:jc w:val="left"/>
      </w:pPr>
      <w:r>
        <w:rPr>
          <w:rFonts w:ascii="Times New Roman" w:hAnsi="Times New Roman" w:eastAsia="Times New Roman" w:cs="Times New Roman"/>
          <w:b w:val="0"/>
          <w:sz w:val="24"/>
        </w:rPr>
        <w:t>Incorporator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