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Presentation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PRESENTATION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Respondent/Opposing Party]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[Full Address to which the notice is being sent]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the following Motion: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 ] Plaintiff’s Motion [name of motion]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 ] Defendant’s Motion [name of motion]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will be presented to the Court on [Month Day, 20__] at [time], in [name of courtroom], _____________, _________________, PA.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Motion is attached.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Plaintiff/Defendant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COMMON PLEAS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hereby certifies that,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[name of document being served] was served upon the [individuals/entities] listed below by United States Regular Mail, postage prepaid [and/or electronic mail or other type of service (certified mail, personal service/person served, etc.), if applicable].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[Names and full addresses of individual/entities being served]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Plaintiff/Defendant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