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Regular Meeting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Regular Meeting of the Board of Directors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the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Missouri corporation: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that the regular monthly meeting of the Board of Directors of the corporation will be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[If desired or required by the bylaws, specify the purpose of the meeting.]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