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Regular Meeting of Directors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Notice of Regular Meeting of the Board of Directors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To the Directors of [name],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Tennessee corporation: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Notice is hereby given that the regular monthly meeting of the Board of Directors of the corporation will be held at [address] on [date], at [time] o'clock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 or P.M.].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[If desired or required by the bylaws, specify the purpose of the meeting.]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[printed or type name and 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