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Reliance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UNITED STATES PATENT AND TRADEMARK OFFICE</w:t>
      </w:r>
      <w:r>
        <w:rPr>
          <w:rFonts w:ascii="Times New Roman" w:hAnsi="Times New Roman" w:eastAsia="Times New Roman" w:cs="Times New Roman"/>
          <w:sz w:val="24"/>
        </w:rPr>
        <w:br/>
      </w:r>
      <w:r>
        <w:rPr>
          <w:rFonts w:ascii="Times New Roman" w:hAnsi="Times New Roman" w:eastAsia="Times New Roman" w:cs="Times New Roman"/>
          <w:b/>
          <w:sz w:val="24"/>
        </w:rPr>
        <w:t>BEFORE THE TRADEMARK TRIAL AND APPEAL BOARD</w:t>
      </w:r>
    </w:p>
    <w:p>
      <w:pPr>
        <w:keepNext w:val="0"/>
        <w:spacing w:before="120" w:after="0" w:line="260" w:lineRule="exact"/>
        <w:ind w:left="360" w:right="0" w:firstLine="0"/>
        <w:jc w:val="left"/>
      </w:pPr>
      <w:r>
        <w:rPr>
          <w:rFonts w:ascii="Times New Roman" w:hAnsi="Times New Roman" w:eastAsia="Times New Roman" w:cs="Times New Roman"/>
          <w:b/>
          <w:sz w:val="24"/>
        </w:rPr>
        <w:t>OPPOSER’S NOTICE OF RELIANCE ON OFFICIAL RECORDS</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37 C.F.R. § 2.122(e) and 37 C.F.R. § 2.122(g), Opposer [opposer’s name] (“Opposer”) hereby submits this Notice of Reliance on Official Records to give notice that it will rely upon the following official records, attached hereto, as evidence in support of its case:</w:t>
      </w:r>
    </w:p>
    <w:p>
      <w:pPr>
        <w:keepNext w:val="0"/>
        <w:spacing w:before="200" w:after="0" w:line="260" w:lineRule="exact"/>
        <w:ind w:left="720" w:right="0" w:firstLine="0"/>
        <w:jc w:val="both"/>
      </w:pPr>
      <w:r>
        <w:rPr>
          <w:rFonts w:ascii="Times New Roman" w:hAnsi="Times New Roman" w:eastAsia="Times New Roman" w:cs="Times New Roman"/>
          <w:b w:val="0"/>
          <w:sz w:val="24"/>
        </w:rPr>
        <w:t>The above-identified official records are relevant to this proceeding and, therefore, constitute competent evidence. Specifically, the attached exhibits are relevant to one or more issues in this case, as set forth below: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[Opposer’s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No.]</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Opposer</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this [____] day of [_________], [____],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 Notice of Reliance on Official Records to be served upon counsel for Applicant by email: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Applicant’s counsel and 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Transmittal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this [____] day of [_________], [____],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 Notice of Reliance on Official Records is being filed electronically with the Trademark Trial and Appeal Board of the United States Patent and Trademark Office via ESTTA.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