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Renewal of Contract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notice, e.g., Registered Mail (or) Certified 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department, e.g., General Counsel,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Renewal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hereby notified, pursuant to section [cite applicable contract section requiring notice of renewal] of the [name of agreement] dated [date] between [name of party] and [name of party] (the “Agreement”) that [name of renewing party] has elected to renew the Agreement. Accordingly, the Agreement will now be extended until [new date agreement will expire].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[title], [name of renewing party]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