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Notice of Revocation of Power of Attorney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I, [name of principal], of [street address], City of [name of city], County of [name of county], State of California, give notice that I have revoked, and do revoke, by this notice, the power of attorney dated [date] given to [name of attorney-in-fact] empowering [him or her] to act as my true and lawful attorney-in-fact [optional, include if revoking only certain powers: briefly specify nature of powers], and I declare that [all or said] power and authority granted under that power of attorney is revoked and withdrawn.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Dated: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 [signature]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[typed name]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