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Notice of Right to Lien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NOTICE OF LIEN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To: [owner's name]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[owner's address address]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undersigned notifies you that he or she has supplied materials or equipment or performed work or services as follows:</w:t>
      </w:r>
    </w:p>
    <w:p>
      <w:pPr>
        <w:keepNext w:val="0"/>
        <w:spacing w:before="200" w:after="0" w:line="260" w:lineRule="exact"/>
        <w:ind w:left="72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[general description of materials, equipment, work or services]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for improvement of property identified as [property description or street address] under contract with [name of general contractor or subcontractor]. This is not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notice that the undersigned has not been or does not expect to be paid, but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notice required by law that the undersigned may, at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future date, record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notice of lien as provided by law against the property if the undersigned is not paid.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[claimant's name]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