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Notice of Rule 30</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val="0"/>
          <w:sz w:val="24"/>
        </w:rPr>
        <w:t>[Counsel names / bar numbers]</w:t>
      </w:r>
    </w:p>
    <w:p>
      <w:pPr>
        <w:keepNext w:val="0"/>
        <w:spacing w:before="200" w:after="0" w:line="260" w:lineRule="exact"/>
        <w:ind w:left="360" w:right="0" w:firstLine="0"/>
        <w:jc w:val="both"/>
      </w:pPr>
      <w:r>
        <w:rPr>
          <w:rFonts w:ascii="Times New Roman" w:hAnsi="Times New Roman" w:eastAsia="Times New Roman" w:cs="Times New Roman"/>
          <w:b w:val="0"/>
          <w:sz w:val="24"/>
        </w:rPr>
        <w:t>[Firm information]</w:t>
      </w:r>
    </w:p>
    <w:p>
      <w:pPr>
        <w:keepNext w:val="0"/>
        <w:spacing w:before="200" w:after="0" w:line="260" w:lineRule="exact"/>
        <w:ind w:left="360" w:right="0" w:firstLine="0"/>
        <w:jc w:val="both"/>
      </w:pPr>
      <w:r>
        <w:rPr>
          <w:rFonts w:ascii="Times New Roman" w:hAnsi="Times New Roman" w:eastAsia="Times New Roman" w:cs="Times New Roman"/>
          <w:b w:val="0"/>
          <w:sz w:val="24"/>
        </w:rPr>
        <w:t>[Email address]</w:t>
      </w:r>
    </w:p>
    <w:p>
      <w:pPr>
        <w:keepNext w:val="0"/>
        <w:spacing w:before="200" w:after="0" w:line="260" w:lineRule="exact"/>
        <w:ind w:left="360" w:right="0" w:firstLine="0"/>
        <w:jc w:val="both"/>
      </w:pPr>
      <w:r>
        <w:rPr>
          <w:rFonts w:ascii="Times New Roman" w:hAnsi="Times New Roman" w:eastAsia="Times New Roman" w:cs="Times New Roman"/>
          <w:b w:val="0"/>
          <w:sz w:val="24"/>
        </w:rPr>
        <w:t>Attorney for Defendant</w:t>
      </w:r>
    </w:p>
    <w:p>
      <w:pPr>
        <w:keepNext w:val="0"/>
        <w:spacing w:before="200" w:after="0" w:line="260" w:lineRule="exact"/>
        <w:ind w:left="360" w:right="0" w:firstLine="0"/>
        <w:jc w:val="both"/>
      </w:pPr>
      <w:r>
        <w:rPr>
          <w:rFonts w:ascii="Times New Roman" w:hAnsi="Times New Roman" w:eastAsia="Times New Roman" w:cs="Times New Roman"/>
          <w:b w:val="0"/>
          <w:sz w:val="24"/>
        </w:rPr>
        <w:t>[Name of defendant]</w:t>
      </w:r>
    </w:p>
    <w:p>
      <w:pPr>
        <w:keepNext w:val="0"/>
        <w:spacing w:before="120" w:after="0" w:line="260" w:lineRule="exact"/>
        <w:ind w:left="360" w:right="0" w:firstLine="0"/>
        <w:jc w:val="left"/>
      </w:pPr>
      <w:r>
        <w:rPr>
          <w:rFonts w:ascii="Times New Roman" w:hAnsi="Times New Roman" w:eastAsia="Times New Roman" w:cs="Times New Roman"/>
          <w:b/>
          <w:sz w:val="24"/>
        </w:rPr>
        <w:t>IN THE UNITED STATES DISTRICT COURT</w:t>
      </w:r>
      <w:r>
        <w:rPr>
          <w:rFonts w:ascii="Times New Roman" w:hAnsi="Times New Roman" w:eastAsia="Times New Roman" w:cs="Times New Roman"/>
          <w:sz w:val="24"/>
        </w:rPr>
        <w:br/>
      </w:r>
      <w:r>
        <w:rPr>
          <w:rFonts w:ascii="Times New Roman" w:hAnsi="Times New Roman" w:eastAsia="Times New Roman" w:cs="Times New Roman"/>
          <w:b/>
          <w:sz w:val="24"/>
        </w:rPr>
        <w:t>FOR THE [NAME] DISTRICT OF [STATE]</w:t>
      </w:r>
      <w:r>
        <w:rPr>
          <w:rFonts w:ascii="Times New Roman" w:hAnsi="Times New Roman" w:eastAsia="Times New Roman" w:cs="Times New Roman"/>
          <w:sz w:val="24"/>
        </w:rPr>
        <w:br/>
      </w:r>
      <w:r>
        <w:rPr>
          <w:rFonts w:ascii="Times New Roman" w:hAnsi="Times New Roman" w:eastAsia="Times New Roman" w:cs="Times New Roman"/>
          <w:b/>
          <w:sz w:val="24"/>
        </w:rPr>
        <w:t>[NAME] DIVISION</w:t>
      </w:r>
    </w:p>
    <w:p>
      <w:pPr>
        <w:keepNext w:val="0"/>
        <w:spacing w:before="120" w:after="0" w:line="260" w:lineRule="exact"/>
        <w:ind w:left="360" w:right="0" w:firstLine="0"/>
        <w:jc w:val="left"/>
      </w:pPr>
      <w:r>
        <w:rPr>
          <w:rFonts w:ascii="Times New Roman" w:hAnsi="Times New Roman" w:eastAsia="Times New Roman" w:cs="Times New Roman"/>
          <w:b/>
          <w:sz w:val="24"/>
        </w:rPr>
        <w:t>NOTICE OF DEPOSITION PURSUANT TO FED. R. CIV. P. 30(b)(6)</w:t>
      </w:r>
    </w:p>
    <w:p>
      <w:pPr>
        <w:keepNext w:val="0"/>
        <w:spacing w:before="200" w:after="0" w:line="260" w:lineRule="exact"/>
        <w:ind w:left="720" w:right="0" w:firstLine="0"/>
        <w:jc w:val="both"/>
      </w:pPr>
      <w:r>
        <w:rPr>
          <w:rFonts w:ascii="Times New Roman" w:hAnsi="Times New Roman" w:eastAsia="Times New Roman" w:cs="Times New Roman"/>
          <w:b w:val="0"/>
          <w:sz w:val="24"/>
        </w:rPr>
        <w:t>To: [Attorney of record for entity]</w:t>
      </w:r>
    </w:p>
    <w:p>
      <w:pPr>
        <w:keepNext w:val="0"/>
        <w:spacing w:before="200" w:after="0" w:line="260" w:lineRule="exact"/>
        <w:ind w:left="720" w:right="0" w:firstLine="0"/>
        <w:jc w:val="both"/>
      </w:pPr>
      <w:r>
        <w:rPr>
          <w:rFonts w:ascii="Times New Roman" w:hAnsi="Times New Roman" w:eastAsia="Times New Roman" w:cs="Times New Roman"/>
          <w:b w:val="0"/>
          <w:sz w:val="24"/>
        </w:rPr>
        <w:t>[Address]</w:t>
      </w:r>
    </w:p>
    <w:p>
      <w:pPr>
        <w:keepNext w:val="0"/>
        <w:spacing w:before="200" w:after="0" w:line="260" w:lineRule="exact"/>
        <w:ind w:left="720" w:right="0" w:firstLine="0"/>
        <w:jc w:val="both"/>
      </w:pPr>
      <w:r>
        <w:rPr>
          <w:rFonts w:ascii="Times New Roman" w:hAnsi="Times New Roman" w:eastAsia="Times New Roman" w:cs="Times New Roman"/>
          <w:b/>
          <w:sz w:val="24"/>
        </w:rPr>
        <w:t>PLEASE TAKE NOTICE</w:t>
      </w:r>
      <w:r>
        <w:rPr>
          <w:rFonts w:ascii="Times New Roman" w:hAnsi="Times New Roman" w:eastAsia="Times New Roman" w:cs="Times New Roman"/>
          <w:b w:val="0"/>
          <w:sz w:val="24"/>
        </w:rPr>
        <w:t xml:space="preserve"> that, pursuant to Federal Rule of Civil Procedure 30(b)(6), Plaintiff [plaintiff's name] will take the deposition of Defendant [defendant's name], by and through one or more of its officers, directors, or managing agents, or other persons designated by Defendant to testify on its behalf with respect to each of the matters set forth below, commencing at [time] on [date] at [address] before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notary public or other officer authorized to administer oaths.</w:t>
      </w:r>
    </w:p>
    <w:p>
      <w:pPr>
        <w:keepNext w:val="0"/>
        <w:spacing w:before="200" w:after="0" w:line="260" w:lineRule="exact"/>
        <w:ind w:left="720" w:right="0" w:firstLine="0"/>
        <w:jc w:val="both"/>
      </w:pPr>
      <w:r>
        <w:rPr>
          <w:rFonts w:ascii="Times New Roman" w:hAnsi="Times New Roman" w:eastAsia="Times New Roman" w:cs="Times New Roman"/>
          <w:b w:val="0"/>
          <w:sz w:val="24"/>
        </w:rPr>
        <w:t>The deposition will be recorded by stenographic means.</w:t>
      </w:r>
    </w:p>
    <w:p>
      <w:pPr>
        <w:keepNext w:val="0"/>
        <w:spacing w:before="200" w:after="0" w:line="260" w:lineRule="exact"/>
        <w:ind w:left="720" w:right="0" w:firstLine="0"/>
        <w:jc w:val="both"/>
      </w:pPr>
      <w:r>
        <w:rPr>
          <w:rFonts w:ascii="Times New Roman" w:hAnsi="Times New Roman" w:eastAsia="Times New Roman" w:cs="Times New Roman"/>
          <w:b w:val="0"/>
          <w:sz w:val="24"/>
        </w:rPr>
        <w:t>The topics for the deposition are as follows:</w:t>
      </w:r>
    </w:p>
    <w:p>
      <w:pPr>
        <w:keepNext w:val="0"/>
        <w:spacing w:before="120" w:after="0" w:line="260" w:lineRule="exact"/>
        <w:ind w:left="1080" w:right="0" w:firstLine="0"/>
        <w:jc w:val="left"/>
      </w:pPr>
      <w:r>
        <w:rPr>
          <w:rFonts w:ascii="Times New Roman" w:hAnsi="Times New Roman" w:eastAsia="Times New Roman" w:cs="Times New Roman"/>
          <w:b w:val="0"/>
          <w:sz w:val="24"/>
        </w:rPr>
        <w:t>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Defendant's information technology hardware including, but not limited to, how electronically stored information is maintained.</w:t>
      </w:r>
    </w:p>
    <w:p>
      <w:pPr>
        <w:keepNext w:val="0"/>
        <w:spacing w:before="120" w:after="0" w:line="260" w:lineRule="exact"/>
        <w:ind w:left="1080" w:right="0" w:firstLine="0"/>
        <w:jc w:val="left"/>
      </w:pPr>
      <w:r>
        <w:rPr>
          <w:rFonts w:ascii="Times New Roman" w:hAnsi="Times New Roman" w:eastAsia="Times New Roman" w:cs="Times New Roman"/>
          <w:b w:val="0"/>
          <w:sz w:val="24"/>
        </w:rPr>
        <w:t>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names, addresses, phone numbers and job titles of Defendant's employees, former employees, consultants, and other individuals responsible for maintenance of Defendant's electronically stored information including, but not limited to, information stored in or on analog, digital, or electronic devices such as computer disks, compact disks, DVDs, computer hard drives, computer file retrieval devices, PDAs, voice mail devices, audio and video tapes, and magnetic tape; photographic or optical devices such as photographs, transparencies, negatives, film, microfilm, microfiche, and videotape; and any other tangible storage medium of any kind.</w:t>
      </w:r>
    </w:p>
    <w:p>
      <w:pPr>
        <w:keepNext w:val="0"/>
        <w:spacing w:before="120" w:after="0" w:line="260" w:lineRule="exact"/>
        <w:ind w:left="1080" w:right="0" w:firstLine="0"/>
        <w:jc w:val="left"/>
      </w:pPr>
      <w:r>
        <w:rPr>
          <w:rFonts w:ascii="Times New Roman" w:hAnsi="Times New Roman" w:eastAsia="Times New Roman" w:cs="Times New Roman"/>
          <w:b w:val="0"/>
          <w:sz w:val="24"/>
        </w:rPr>
        <w:t>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names, addresses, phone numbers, and job titles of Defendant's employees, former employees, consultants, and other individuals responsible for maintenance of Defendant's information technology including, but not limited to, computer hard drives, servers, or other network storage devices.</w:t>
      </w:r>
    </w:p>
    <w:p>
      <w:pPr>
        <w:keepNext w:val="0"/>
        <w:spacing w:before="120" w:after="0" w:line="260" w:lineRule="exact"/>
        <w:ind w:left="1080" w:right="0" w:firstLine="0"/>
        <w:jc w:val="left"/>
      </w:pPr>
      <w:r>
        <w:rPr>
          <w:rFonts w:ascii="Times New Roman" w:hAnsi="Times New Roman" w:eastAsia="Times New Roman" w:cs="Times New Roman"/>
          <w:b w:val="0"/>
          <w:sz w:val="24"/>
        </w:rPr>
        <w:t>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changes to Defendant's hardware, software, or applications including, but not limited to, the date and nature of such change and the names, addresses, phone numbers, and job titles of the person responsible for such change.</w:t>
      </w:r>
    </w:p>
    <w:p>
      <w:pPr>
        <w:keepNext w:val="0"/>
        <w:spacing w:before="120" w:after="0" w:line="260" w:lineRule="exact"/>
        <w:ind w:left="1080" w:right="0" w:firstLine="0"/>
        <w:jc w:val="left"/>
      </w:pPr>
      <w:r>
        <w:rPr>
          <w:rFonts w:ascii="Times New Roman" w:hAnsi="Times New Roman" w:eastAsia="Times New Roman" w:cs="Times New Roman"/>
          <w:b w:val="0"/>
          <w:sz w:val="24"/>
        </w:rPr>
        <w:t>5.</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operating systems used by Defendant.</w:t>
      </w:r>
    </w:p>
    <w:p>
      <w:pPr>
        <w:keepNext w:val="0"/>
        <w:spacing w:before="120" w:after="0" w:line="260" w:lineRule="exact"/>
        <w:ind w:left="1080" w:right="0" w:firstLine="0"/>
        <w:jc w:val="left"/>
      </w:pPr>
      <w:r>
        <w:rPr>
          <w:rFonts w:ascii="Times New Roman" w:hAnsi="Times New Roman" w:eastAsia="Times New Roman" w:cs="Times New Roman"/>
          <w:b w:val="0"/>
          <w:sz w:val="24"/>
        </w:rPr>
        <w:t>6.</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software installed on Defendant's computers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description of the name, purpose, and version of such program.</w:t>
      </w:r>
    </w:p>
    <w:p>
      <w:pPr>
        <w:keepNext w:val="0"/>
        <w:spacing w:before="120" w:after="0" w:line="260" w:lineRule="exact"/>
        <w:ind w:left="1080" w:right="0" w:firstLine="0"/>
        <w:jc w:val="left"/>
      </w:pPr>
      <w:r>
        <w:rPr>
          <w:rFonts w:ascii="Times New Roman" w:hAnsi="Times New Roman" w:eastAsia="Times New Roman" w:cs="Times New Roman"/>
          <w:b w:val="0"/>
          <w:sz w:val="24"/>
        </w:rPr>
        <w:t>7.</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Defendant's policies regarding the use of removable media, including, but not limited to, USB drives, CD-ROMs, and removable hard drives.</w:t>
      </w:r>
    </w:p>
    <w:p>
      <w:pPr>
        <w:keepNext w:val="0"/>
        <w:spacing w:before="120" w:after="0" w:line="260" w:lineRule="exact"/>
        <w:ind w:left="1080" w:right="0" w:firstLine="0"/>
        <w:jc w:val="left"/>
      </w:pPr>
      <w:r>
        <w:rPr>
          <w:rFonts w:ascii="Times New Roman" w:hAnsi="Times New Roman" w:eastAsia="Times New Roman" w:cs="Times New Roman"/>
          <w:b w:val="0"/>
          <w:sz w:val="24"/>
        </w:rPr>
        <w:t>8.</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Defendant's policies regarding the backup and archiving of all computer systems, electronically stored information, and emails, and the hardware and software used to conduct such backup and archiving.</w:t>
      </w:r>
    </w:p>
    <w:p>
      <w:pPr>
        <w:keepNext w:val="0"/>
        <w:spacing w:before="120" w:after="0" w:line="260" w:lineRule="exact"/>
        <w:ind w:left="1080" w:right="0" w:firstLine="0"/>
        <w:jc w:val="left"/>
      </w:pPr>
      <w:r>
        <w:rPr>
          <w:rFonts w:ascii="Times New Roman" w:hAnsi="Times New Roman" w:eastAsia="Times New Roman" w:cs="Times New Roman"/>
          <w:b w:val="0"/>
          <w:sz w:val="24"/>
        </w:rPr>
        <w:t>9.</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Defendant's email system including where email messages are stored and any policies on email retention and destruction.</w:t>
      </w:r>
    </w:p>
    <w:p>
      <w:pPr>
        <w:keepNext w:val="0"/>
        <w:spacing w:before="120" w:after="0" w:line="260" w:lineRule="exact"/>
        <w:ind w:left="1080" w:right="0" w:firstLine="0"/>
        <w:jc w:val="left"/>
      </w:pPr>
      <w:r>
        <w:rPr>
          <w:rFonts w:ascii="Times New Roman" w:hAnsi="Times New Roman" w:eastAsia="Times New Roman" w:cs="Times New Roman"/>
          <w:b w:val="0"/>
          <w:sz w:val="24"/>
        </w:rPr>
        <w:t>10.</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Defendant's telephone and voice messaging systems, including the names of all service providers.</w:t>
      </w:r>
    </w:p>
    <w:p>
      <w:pPr>
        <w:keepNext w:val="0"/>
        <w:spacing w:before="120" w:after="0" w:line="260" w:lineRule="exact"/>
        <w:ind w:left="1080" w:right="0" w:firstLine="0"/>
        <w:jc w:val="left"/>
      </w:pPr>
      <w:r>
        <w:rPr>
          <w:rFonts w:ascii="Times New Roman" w:hAnsi="Times New Roman" w:eastAsia="Times New Roman" w:cs="Times New Roman"/>
          <w:b w:val="0"/>
          <w:sz w:val="24"/>
        </w:rPr>
        <w:t>11.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Defendant's policies regarding backups and archiving of voice messaging records and the hardware and software used to conduct such backup and archiving.</w:t>
      </w:r>
    </w:p>
    <w:p>
      <w:pPr>
        <w:keepNext w:val="0"/>
        <w:spacing w:before="120" w:after="0" w:line="260" w:lineRule="exact"/>
        <w:ind w:left="1080" w:right="0" w:firstLine="0"/>
        <w:jc w:val="left"/>
      </w:pPr>
      <w:r>
        <w:rPr>
          <w:rFonts w:ascii="Times New Roman" w:hAnsi="Times New Roman" w:eastAsia="Times New Roman" w:cs="Times New Roman"/>
          <w:b w:val="0"/>
          <w:sz w:val="24"/>
        </w:rPr>
        <w:t>12.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Defendant's policies regarding use of instant messaging.</w:t>
      </w:r>
    </w:p>
    <w:p>
      <w:pPr>
        <w:keepNext w:val="0"/>
        <w:spacing w:before="120" w:after="0" w:line="260" w:lineRule="exact"/>
        <w:ind w:left="1080" w:right="0" w:firstLine="0"/>
        <w:jc w:val="left"/>
      </w:pPr>
      <w:r>
        <w:rPr>
          <w:rFonts w:ascii="Times New Roman" w:hAnsi="Times New Roman" w:eastAsia="Times New Roman" w:cs="Times New Roman"/>
          <w:b w:val="0"/>
          <w:sz w:val="24"/>
        </w:rPr>
        <w:t>13.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Defendant's data retention and destruction policies from [date] to the present time and the hardware and software used for such retention and destruction.</w:t>
      </w:r>
    </w:p>
    <w:p>
      <w:pPr>
        <w:keepNext w:val="0"/>
        <w:spacing w:before="120" w:after="0" w:line="260" w:lineRule="exact"/>
        <w:ind w:left="1080" w:right="0" w:firstLine="0"/>
        <w:jc w:val="left"/>
      </w:pPr>
      <w:r>
        <w:rPr>
          <w:rFonts w:ascii="Times New Roman" w:hAnsi="Times New Roman" w:eastAsia="Times New Roman" w:cs="Times New Roman"/>
          <w:b w:val="0"/>
          <w:sz w:val="24"/>
        </w:rPr>
        <w:t>14.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description of all information regarding this litigation that was deleted, destroyed, damaged, or otherwise rendered unsuable including the date and nature of such destruction.</w:t>
      </w:r>
    </w:p>
    <w:p>
      <w:pPr/>
    </w:p>
    <w:p>
      <w:pPr>
        <w:keepNext w:val="0"/>
        <w:spacing w:before="200" w:after="0" w:line="260" w:lineRule="exact"/>
        <w:ind w:left="360" w:right="0" w:firstLine="0"/>
        <w:jc w:val="both"/>
      </w:pPr>
      <w:r>
        <w:rPr>
          <w:rFonts w:ascii="Times New Roman" w:hAnsi="Times New Roman" w:eastAsia="Times New Roman" w:cs="Times New Roman"/>
          <w:b w:val="0"/>
          <w:sz w:val="24"/>
        </w:rPr>
        <w:t>Defendant is requested to identify the person(s) designated to testify on its behalf on each of the above listed topics at least seven days prior to the deposition.</w:t>
      </w:r>
    </w:p>
    <w:p>
      <w:pPr>
        <w:keepNext w:val="0"/>
        <w:spacing w:before="200" w:after="0" w:line="260" w:lineRule="exact"/>
        <w:ind w:left="360" w:right="0" w:firstLine="0"/>
        <w:jc w:val="both"/>
      </w:pPr>
      <w:r>
        <w:rPr>
          <w:rFonts w:ascii="Times New Roman" w:hAnsi="Times New Roman" w:eastAsia="Times New Roman" w:cs="Times New Roman"/>
          <w:b w:val="0"/>
          <w:sz w:val="24"/>
        </w:rPr>
        <w:t>Dated: [date signed]</w:t>
      </w:r>
    </w:p>
    <w:p>
      <w:pPr>
        <w:keepNext w:val="0"/>
        <w:spacing w:before="120" w:after="0" w:line="260" w:lineRule="exact"/>
        <w:ind w:left="360" w:right="0" w:firstLine="0"/>
        <w:jc w:val="left"/>
      </w:pPr>
      <w:r>
        <w:rPr>
          <w:rFonts w:ascii="Times New Roman" w:hAnsi="Times New Roman" w:eastAsia="Times New Roman" w:cs="Times New Roman"/>
          <w:b w:val="0"/>
          <w:sz w:val="24"/>
        </w:rPr>
        <w:t>[Firm name]</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[Your name]</w:t>
      </w:r>
    </w:p>
    <w:p>
      <w:pPr>
        <w:keepNext w:val="0"/>
        <w:spacing w:before="120" w:after="0" w:line="260" w:lineRule="exact"/>
        <w:ind w:left="360" w:right="0" w:firstLine="0"/>
        <w:jc w:val="left"/>
      </w:pPr>
      <w:r>
        <w:rPr>
          <w:rFonts w:ascii="Times New Roman" w:hAnsi="Times New Roman" w:eastAsia="Times New Roman" w:cs="Times New Roman"/>
          <w:b w:val="0"/>
          <w:sz w:val="24"/>
        </w:rPr>
        <w:t>[Firm street address]</w:t>
      </w:r>
    </w:p>
    <w:p>
      <w:pPr>
        <w:keepNext w:val="0"/>
        <w:spacing w:before="120" w:after="0" w:line="260" w:lineRule="exact"/>
        <w:ind w:left="360" w:right="0" w:firstLine="0"/>
        <w:jc w:val="left"/>
      </w:pPr>
      <w:r>
        <w:rPr>
          <w:rFonts w:ascii="Times New Roman" w:hAnsi="Times New Roman" w:eastAsia="Times New Roman" w:cs="Times New Roman"/>
          <w:b w:val="0"/>
          <w:sz w:val="24"/>
        </w:rPr>
        <w:t>[Firm city, state, and zip code]</w:t>
      </w:r>
    </w:p>
    <w:p>
      <w:pPr>
        <w:keepNext w:val="0"/>
        <w:spacing w:before="120" w:after="0" w:line="260" w:lineRule="exact"/>
        <w:ind w:left="360" w:right="0" w:firstLine="0"/>
        <w:jc w:val="left"/>
      </w:pPr>
      <w:r>
        <w:rPr>
          <w:rFonts w:ascii="Times New Roman" w:hAnsi="Times New Roman" w:eastAsia="Times New Roman" w:cs="Times New Roman"/>
          <w:b w:val="0"/>
          <w:sz w:val="24"/>
        </w:rPr>
        <w:t>Tel.: [firm phone number]</w:t>
      </w:r>
    </w:p>
    <w:p>
      <w:pPr>
        <w:keepNext w:val="0"/>
        <w:spacing w:before="120" w:after="0" w:line="260" w:lineRule="exact"/>
        <w:ind w:left="360" w:right="0" w:firstLine="0"/>
        <w:jc w:val="left"/>
      </w:pPr>
      <w:r>
        <w:rPr>
          <w:rFonts w:ascii="Times New Roman" w:hAnsi="Times New Roman" w:eastAsia="Times New Roman" w:cs="Times New Roman"/>
          <w:b w:val="0"/>
          <w:sz w:val="24"/>
        </w:rPr>
        <w:t>Email: [your business email address]</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