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Notice of Rule 30</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sz w:val="24"/>
        </w:rPr>
        <w:t>IN THE UNITED STATES DISTRICT COURT</w:t>
      </w:r>
      <w:r>
        <w:rPr>
          <w:rFonts w:ascii="Times New Roman" w:hAnsi="Times New Roman" w:eastAsia="Times New Roman" w:cs="Times New Roman"/>
          <w:sz w:val="24"/>
        </w:rPr>
        <w:br/>
      </w:r>
      <w:r>
        <w:rPr>
          <w:rFonts w:ascii="Times New Roman" w:hAnsi="Times New Roman" w:eastAsia="Times New Roman" w:cs="Times New Roman"/>
          <w:b/>
          <w:sz w:val="24"/>
        </w:rPr>
        <w:t>FOR THE [NAME] DISTRICT OF [STATE]</w:t>
      </w:r>
      <w:r>
        <w:rPr>
          <w:rFonts w:ascii="Times New Roman" w:hAnsi="Times New Roman" w:eastAsia="Times New Roman" w:cs="Times New Roman"/>
          <w:sz w:val="24"/>
        </w:rPr>
        <w:br/>
      </w:r>
      <w:r>
        <w:rPr>
          <w:rFonts w:ascii="Times New Roman" w:hAnsi="Times New Roman" w:eastAsia="Times New Roman" w:cs="Times New Roman"/>
          <w:b/>
          <w:sz w:val="24"/>
        </w:rPr>
        <w:t>[NAME] DIVISION</w:t>
      </w:r>
    </w:p>
    <w:p>
      <w:pPr>
        <w:keepNext w:val="0"/>
        <w:spacing w:before="200" w:after="0" w:line="260" w:lineRule="exact"/>
        <w:ind w:left="360" w:right="0" w:firstLine="0"/>
        <w:jc w:val="center"/>
      </w:pPr>
      <w:r>
        <w:rPr>
          <w:rFonts w:ascii="Times New Roman" w:hAnsi="Times New Roman" w:eastAsia="Times New Roman" w:cs="Times New Roman"/>
          <w:b/>
          <w:sz w:val="24"/>
        </w:rPr>
        <w:t>[PLEADING TITLE]</w:t>
      </w:r>
    </w:p>
    <w:p>
      <w:pPr>
        <w:keepNext w:val="0"/>
        <w:spacing w:before="200" w:after="0" w:line="260" w:lineRule="exact"/>
        <w:ind w:left="720" w:right="0" w:firstLine="0"/>
        <w:jc w:val="both"/>
      </w:pPr>
      <w:r>
        <w:rPr>
          <w:rFonts w:ascii="Times New Roman" w:hAnsi="Times New Roman" w:eastAsia="Times New Roman" w:cs="Times New Roman"/>
          <w:b w:val="0"/>
          <w:sz w:val="24"/>
        </w:rPr>
        <w:t>To: [Attorney of record for entity]</w:t>
      </w:r>
    </w:p>
    <w:p>
      <w:pPr>
        <w:keepNext w:val="0"/>
        <w:spacing w:before="200" w:after="0" w:line="260" w:lineRule="exact"/>
        <w:ind w:left="720" w:right="0" w:firstLine="0"/>
        <w:jc w:val="both"/>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sz w:val="24"/>
        </w:rPr>
        <w:t>NOTICE OF DEPOSITION PURSUANT TO FED. R. Civ. P. 30(b)(6)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PLEASE TAKE NOTICE that, pursuant to Federal Rule of Civil Procedure 30(b)(6), Plaintiff [plaintiff's name] will take the deposition of Defendant [defendant's name], by and through one or more of its officers, directors, or managing agents, or other persons designated by Defendant to testify on its behalf with respect to each of the matters set forth below, commencing at [time] on [date] at [address] before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notary public or other officer authorized to administer oaths.</w:t>
      </w:r>
    </w:p>
    <w:p>
      <w:pPr>
        <w:keepNext w:val="0"/>
        <w:spacing w:before="200" w:after="0" w:line="260" w:lineRule="exact"/>
        <w:ind w:left="720" w:right="0" w:firstLine="0"/>
        <w:jc w:val="both"/>
      </w:pPr>
      <w:r>
        <w:rPr>
          <w:rFonts w:ascii="Times New Roman" w:hAnsi="Times New Roman" w:eastAsia="Times New Roman" w:cs="Times New Roman"/>
          <w:b w:val="0"/>
          <w:sz w:val="24"/>
        </w:rPr>
        <w:t>The deposition will be recorded by stenographic means.</w:t>
      </w:r>
    </w:p>
    <w:p>
      <w:pPr>
        <w:keepNext w:val="0"/>
        <w:spacing w:before="200" w:after="0" w:line="260" w:lineRule="exact"/>
        <w:ind w:left="720" w:right="0" w:firstLine="0"/>
        <w:jc w:val="both"/>
      </w:pPr>
      <w:r>
        <w:rPr>
          <w:rFonts w:ascii="Times New Roman" w:hAnsi="Times New Roman" w:eastAsia="Times New Roman" w:cs="Times New Roman"/>
          <w:b w:val="0"/>
          <w:sz w:val="24"/>
        </w:rPr>
        <w:t>The topics for the deposition are as follows:</w:t>
      </w:r>
    </w:p>
    <w:p>
      <w:pPr>
        <w:keepNext w:val="0"/>
        <w:spacing w:before="120" w:after="0" w:line="260" w:lineRule="exact"/>
        <w:ind w:left="360" w:right="0" w:firstLine="0"/>
        <w:jc w:val="left"/>
      </w:pPr>
      <w:r>
        <w:rPr>
          <w:rFonts w:ascii="Times New Roman" w:hAnsi="Times New Roman" w:eastAsia="Times New Roman" w:cs="Times New Roman"/>
          <w:b/>
          <w:sz w:val="24"/>
        </w:rPr>
        <w:t>TOPICS FOR THE DEPOSITION</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Defendant's organizational and management structure during the time period [relevant time period].</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Facts and documents upon which Defendant relies to support its defense of [affirmative defense].</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Facts and documents upon which Defendant relies to support its counterclaim for [counterclaim].</w:t>
      </w:r>
    </w:p>
    <w:p>
      <w:pPr>
        <w:keepNext w:val="0"/>
        <w:spacing w:before="120" w:after="0" w:line="260" w:lineRule="exact"/>
        <w:ind w:left="720" w:right="0" w:firstLine="0"/>
        <w:jc w:val="left"/>
      </w:pPr>
      <w:r>
        <w:rPr>
          <w:rFonts w:ascii="Times New Roman" w:hAnsi="Times New Roman" w:eastAsia="Times New Roman" w:cs="Times New Roman"/>
          <w:b w:val="0"/>
          <w:sz w:val="24"/>
        </w:rPr>
        <w:t>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Facts and documents Defendant intends to rely upon at trial.</w:t>
      </w:r>
    </w:p>
    <w:p>
      <w:pPr>
        <w:keepNext w:val="0"/>
        <w:spacing w:before="120" w:after="0" w:line="260" w:lineRule="exact"/>
        <w:ind w:left="720" w:right="0" w:firstLine="0"/>
        <w:jc w:val="left"/>
      </w:pPr>
      <w:r>
        <w:rPr>
          <w:rFonts w:ascii="Times New Roman" w:hAnsi="Times New Roman" w:eastAsia="Times New Roman" w:cs="Times New Roman"/>
          <w:b w:val="0"/>
          <w:sz w:val="24"/>
        </w:rPr>
        <w:t>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[additional topics related to the circumstances of your case].</w:t>
      </w:r>
    </w:p>
    <w:p>
      <w:pPr>
        <w:keepNext w:val="0"/>
        <w:spacing w:before="200" w:after="0" w:line="260" w:lineRule="exact"/>
        <w:ind w:left="360" w:right="0" w:firstLine="0"/>
        <w:jc w:val="both"/>
      </w:pPr>
      <w:r>
        <w:rPr>
          <w:rFonts w:ascii="Times New Roman" w:hAnsi="Times New Roman" w:eastAsia="Times New Roman" w:cs="Times New Roman"/>
          <w:b w:val="0"/>
          <w:sz w:val="24"/>
        </w:rPr>
        <w:t>Defendant is requested to identify the person(s) designated to testify on its behalf on each of the above listed topics at least seven days prior to the deposition.</w:t>
      </w:r>
    </w:p>
    <w:p>
      <w:pPr>
        <w:keepNext w:val="0"/>
        <w:spacing w:before="200" w:after="0" w:line="260" w:lineRule="exact"/>
        <w:ind w:left="360" w:right="0" w:firstLine="0"/>
        <w:jc w:val="both"/>
      </w:pPr>
      <w:r>
        <w:rPr>
          <w:rFonts w:ascii="Times New Roman" w:hAnsi="Times New Roman" w:eastAsia="Times New Roman" w:cs="Times New Roman"/>
          <w:b w:val="0"/>
          <w:sz w:val="24"/>
        </w:rPr>
        <w:t>Dated: [date]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[Counsel's name] (Bar No. [Number])</w:t>
      </w:r>
    </w:p>
    <w:p>
      <w:pPr>
        <w:keepNext w:val="0"/>
        <w:spacing w:before="120" w:after="0" w:line="260" w:lineRule="exact"/>
        <w:ind w:left="360" w:right="0" w:firstLine="0"/>
        <w:jc w:val="left"/>
      </w:pPr>
      <w:r>
        <w:rPr>
          <w:rFonts w:ascii="Times New Roman" w:hAnsi="Times New Roman" w:eastAsia="Times New Roman" w:cs="Times New Roman"/>
          <w:b w:val="0"/>
          <w:sz w:val="24"/>
        </w:rPr>
        <w:t>[Firm name]</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val="0"/>
          <w:sz w:val="24"/>
        </w:rPr>
        <w:t>Telephone: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Facsimile: [Number]</w:t>
      </w:r>
    </w:p>
    <w:p>
      <w:pPr>
        <w:keepNext w:val="0"/>
        <w:spacing w:before="120" w:after="0" w:line="260" w:lineRule="exact"/>
        <w:ind w:left="360" w:right="0" w:firstLine="0"/>
        <w:jc w:val="left"/>
      </w:pPr>
      <w:r>
        <w:rPr>
          <w:rFonts w:ascii="Times New Roman" w:hAnsi="Times New Roman" w:eastAsia="Times New Roman" w:cs="Times New Roman"/>
          <w:b w:val="0"/>
          <w:sz w:val="24"/>
        </w:rPr>
        <w:t>E-mail: [Email]</w:t>
      </w:r>
    </w:p>
    <w:p>
      <w:pPr>
        <w:keepNext w:val="0"/>
        <w:spacing w:before="120" w:after="0" w:line="260" w:lineRule="exact"/>
        <w:ind w:left="360" w:right="0" w:firstLine="0"/>
        <w:jc w:val="left"/>
      </w:pPr>
      <w:r>
        <w:rPr>
          <w:rFonts w:ascii="Times New Roman" w:hAnsi="Times New Roman" w:eastAsia="Times New Roman" w:cs="Times New Roman"/>
          <w:b w:val="0"/>
          <w:sz w:val="24"/>
        </w:rPr>
        <w:t>Attorneys for Plaintiff</w:t>
      </w:r>
    </w:p>
    <w:p>
      <w:pP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Documents sufficient to show Defendant's organizational and management structure.</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documents upon which Defendant relies to support its affirmative defenses.</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documents upon which Defendant relies to support its counterclaims.</w:t>
      </w:r>
    </w:p>
    <w:p>
      <w:pPr>
        <w:keepNext w:val="0"/>
        <w:spacing w:before="120" w:after="0" w:line="260" w:lineRule="exact"/>
        <w:ind w:left="720" w:right="0" w:firstLine="0"/>
        <w:jc w:val="left"/>
      </w:pPr>
      <w:r>
        <w:rPr>
          <w:rFonts w:ascii="Times New Roman" w:hAnsi="Times New Roman" w:eastAsia="Times New Roman" w:cs="Times New Roman"/>
          <w:b w:val="0"/>
          <w:sz w:val="24"/>
        </w:rPr>
        <w:t>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documents Defendant intends to use at trial.</w:t>
      </w:r>
    </w:p>
    <w:p>
      <w:pPr>
        <w:keepNext w:val="0"/>
        <w:spacing w:before="120" w:after="0" w:line="260" w:lineRule="exact"/>
        <w:ind w:left="720" w:right="0" w:firstLine="0"/>
        <w:jc w:val="left"/>
      </w:pPr>
      <w:r>
        <w:rPr>
          <w:rFonts w:ascii="Times New Roman" w:hAnsi="Times New Roman" w:eastAsia="Times New Roman" w:cs="Times New Roman"/>
          <w:b w:val="0"/>
          <w:sz w:val="24"/>
        </w:rPr>
        <w:t>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documents concerning statements witnesses made to Defendant in connection with this action.</w:t>
      </w:r>
    </w:p>
    <w:p>
      <w:pPr>
        <w:keepNext w:val="0"/>
        <w:spacing w:before="120" w:after="0" w:line="260" w:lineRule="exact"/>
        <w:ind w:left="720" w:right="0" w:firstLine="0"/>
        <w:jc w:val="left"/>
      </w:pPr>
      <w:r>
        <w:rPr>
          <w:rFonts w:ascii="Times New Roman" w:hAnsi="Times New Roman" w:eastAsia="Times New Roman" w:cs="Times New Roman"/>
          <w:b w:val="0"/>
          <w:sz w:val="24"/>
        </w:rPr>
        <w:t>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[Additional documents related to the circumstances of your case].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