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Notice of Satisfaction of Escrow Condition</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NOTICE OF SATISFACTION OF CONDITION</w:t>
      </w:r>
    </w:p>
    <w:p>
      <w:pPr>
        <w:keepNext w:val="0"/>
        <w:spacing w:before="200" w:after="0" w:line="260" w:lineRule="exact"/>
        <w:ind w:left="0" w:right="0" w:firstLine="0"/>
        <w:jc w:val="both"/>
      </w:pPr>
      <w:r>
        <w:rPr>
          <w:rFonts w:ascii="Times New Roman" w:hAnsi="Times New Roman" w:eastAsia="Times New Roman" w:cs="Times New Roman"/>
          <w:b w:val="0"/>
          <w:sz w:val="24"/>
        </w:rPr>
        <w:t>TO: [name of escrow holder]</w:t>
      </w:r>
    </w:p>
    <w:p>
      <w:pPr>
        <w:keepNext w:val="0"/>
        <w:spacing w:before="200" w:after="0" w:line="260" w:lineRule="exact"/>
        <w:ind w:left="0" w:right="0" w:firstLine="0"/>
        <w:jc w:val="both"/>
      </w:pPr>
      <w:r>
        <w:rPr>
          <w:rFonts w:ascii="Times New Roman" w:hAnsi="Times New Roman" w:eastAsia="Times New Roman" w:cs="Times New Roman"/>
          <w:b w:val="0"/>
          <w:sz w:val="24"/>
        </w:rPr>
        <w:t>[address]</w:t>
      </w:r>
    </w:p>
    <w:p>
      <w:pPr>
        <w:keepNext w:val="0"/>
        <w:spacing w:before="200" w:after="0" w:line="260" w:lineRule="exact"/>
        <w:ind w:left="0" w:right="0" w:firstLine="0"/>
        <w:jc w:val="both"/>
      </w:pPr>
      <w:r>
        <w:rPr>
          <w:rFonts w:ascii="Times New Roman" w:hAnsi="Times New Roman" w:eastAsia="Times New Roman" w:cs="Times New Roman"/>
          <w:b w:val="0"/>
          <w:sz w:val="24"/>
        </w:rPr>
        <w:t>[name of other party]</w:t>
      </w:r>
    </w:p>
    <w:p>
      <w:pPr>
        <w:keepNext w:val="0"/>
        <w:spacing w:before="200" w:after="0" w:line="260" w:lineRule="exact"/>
        <w:ind w:left="0" w:right="0" w:firstLine="0"/>
        <w:jc w:val="both"/>
      </w:pPr>
      <w:r>
        <w:rPr>
          <w:rFonts w:ascii="Times New Roman" w:hAnsi="Times New Roman" w:eastAsia="Times New Roman" w:cs="Times New Roman"/>
          <w:b w:val="0"/>
          <w:sz w:val="24"/>
        </w:rPr>
        <w:t>[address]</w:t>
      </w:r>
    </w:p>
    <w:p>
      <w:pPr>
        <w:keepNext w:val="0"/>
        <w:spacing w:before="200" w:after="0" w:line="260" w:lineRule="exact"/>
        <w:ind w:left="0" w:right="0" w:firstLine="0"/>
        <w:jc w:val="both"/>
      </w:pPr>
      <w:r>
        <w:rPr>
          <w:rFonts w:ascii="Times New Roman" w:hAnsi="Times New Roman" w:eastAsia="Times New Roman" w:cs="Times New Roman"/>
          <w:b w:val="0"/>
          <w:sz w:val="24"/>
        </w:rPr>
        <w:t>RE: Escrow No. [number]</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If applicable, refer to escrow instructions requiring notice of satisfaction of condition, e.g., </w:t>
      </w:r>
      <w:r>
        <w:rPr>
          <w:rFonts w:ascii="Times New Roman" w:hAnsi="Times New Roman" w:eastAsia="Times New Roman" w:cs="Times New Roman"/>
          <w:b w:val="0"/>
          <w:sz w:val="24"/>
        </w:rPr>
        <w:t>Pursuant to Section [section] of the joint escrow instructions previously deposited in the above-referenced escrow,] you are hereby notified that [</w:t>
      </w:r>
      <w:r>
        <w:rPr>
          <w:rFonts w:ascii="Times New Roman" w:hAnsi="Times New Roman" w:eastAsia="Times New Roman" w:cs="Times New Roman"/>
          <w:b w:val="0"/>
          <w:sz w:val="24"/>
        </w:rPr>
        <w:t>describe facts or circumstances constituting satisfaction of condition, e.g.,</w:t>
      </w:r>
      <w:r>
        <w:rPr>
          <w:rFonts w:ascii="Times New Roman" w:hAnsi="Times New Roman" w:eastAsia="Times New Roman" w:cs="Times New Roman"/>
          <w:b w:val="0"/>
          <w:sz w:val="24"/>
        </w:rPr>
        <w:t>Buyer agrees to take title to the Subject Real Property subject to the easement shown as Exception No. 4 on the Preliminary Title Report dated [date] and that the condition set forth in [___________________] [</w:t>
      </w:r>
      <w:r>
        <w:rPr>
          <w:rFonts w:ascii="Times New Roman" w:hAnsi="Times New Roman" w:eastAsia="Times New Roman" w:cs="Times New Roman"/>
          <w:b w:val="0"/>
          <w:sz w:val="24"/>
        </w:rPr>
        <w:t>e.g.,</w:t>
      </w:r>
      <w:r>
        <w:rPr>
          <w:rFonts w:ascii="Times New Roman" w:hAnsi="Times New Roman" w:eastAsia="Times New Roman" w:cs="Times New Roman"/>
          <w:b w:val="0"/>
          <w:sz w:val="24"/>
        </w:rPr>
        <w:t xml:space="preserve"> Paragraph 11(i)] of the instructions previously deposited in the above-referenced escrow by Buyer has therefore been satisfied and fulfilled.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acknowledge your receipt of this notice, and the date of receipt, by signing the acknowledgment set forth below on the enclosed copies, entering the date of receipt thereon, and returning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to [party submitting notice].</w:t>
      </w:r>
    </w:p>
    <w:p>
      <w:pPr>
        <w:keepNext w:val="0"/>
        <w:spacing w:before="200" w:after="0" w:line="260" w:lineRule="exact"/>
        <w:ind w:left="0" w:right="0" w:firstLine="0"/>
        <w:jc w:val="both"/>
      </w:pPr>
      <w:r>
        <w:rPr>
          <w:rFonts w:ascii="Times New Roman" w:hAnsi="Times New Roman" w:eastAsia="Times New Roman" w:cs="Times New Roman"/>
          <w:b w:val="0"/>
          <w:sz w:val="24"/>
        </w:rPr>
        <w:t>Dated: [date]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______________________ </w:t>
      </w:r>
    </w:p>
    <w:p>
      <w:pPr>
        <w:keepNext w:val="0"/>
        <w:spacing w:before="200" w:after="0" w:line="260" w:lineRule="exact"/>
        <w:ind w:left="0" w:right="0" w:firstLine="0"/>
        <w:jc w:val="both"/>
      </w:pPr>
      <w:r>
        <w:rPr>
          <w:rFonts w:ascii="Times New Roman" w:hAnsi="Times New Roman" w:eastAsia="Times New Roman" w:cs="Times New Roman"/>
          <w:b w:val="0"/>
          <w:sz w:val="24"/>
        </w:rPr>
        <w:t>[typed name]</w:t>
      </w:r>
    </w:p>
    <w:p>
      <w:pPr>
        <w:keepNext w:val="0"/>
        <w:spacing w:before="200" w:after="0" w:line="260" w:lineRule="exact"/>
        <w:ind w:left="0" w:right="0" w:firstLine="0"/>
        <w:jc w:val="both"/>
      </w:pPr>
      <w:r>
        <w:rPr>
          <w:rFonts w:ascii="Times New Roman" w:hAnsi="Times New Roman" w:eastAsia="Times New Roman" w:cs="Times New Roman"/>
          <w:b/>
          <w:sz w:val="24"/>
        </w:rPr>
        <w:t>Acknowledgment by Escrow Holder</w:t>
      </w:r>
    </w:p>
    <w:p>
      <w:pPr>
        <w:keepNext w:val="0"/>
        <w:spacing w:before="200" w:after="0" w:line="260" w:lineRule="exact"/>
        <w:ind w:left="0" w:right="0" w:firstLine="0"/>
        <w:jc w:val="both"/>
      </w:pPr>
      <w:r>
        <w:rPr>
          <w:rFonts w:ascii="Times New Roman" w:hAnsi="Times New Roman" w:eastAsia="Times New Roman" w:cs="Times New Roman"/>
          <w:b w:val="0"/>
          <w:sz w:val="24"/>
        </w:rPr>
        <w:t>[name of escrow holder] acknowledges receipt of the foregoing notice of satisfaction of condition on [date or insert blank to be filled in by escrow holder].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Dated: [date] </w:t>
      </w:r>
    </w:p>
    <w:p>
      <w:pPr>
        <w:keepNext w:val="0"/>
        <w:spacing w:before="200" w:after="0" w:line="260" w:lineRule="exact"/>
        <w:ind w:left="0" w:right="0" w:firstLine="0"/>
        <w:jc w:val="both"/>
      </w:pPr>
      <w:r>
        <w:rPr>
          <w:rFonts w:ascii="Times New Roman" w:hAnsi="Times New Roman" w:eastAsia="Times New Roman" w:cs="Times New Roman"/>
          <w:b w:val="0"/>
          <w:sz w:val="24"/>
        </w:rPr>
        <w:t>ESCROW HOLDER</w:t>
      </w:r>
    </w:p>
    <w:p>
      <w:pPr>
        <w:keepNext w:val="0"/>
        <w:spacing w:before="200" w:after="0" w:line="260" w:lineRule="exact"/>
        <w:ind w:left="0" w:right="0" w:firstLine="0"/>
        <w:jc w:val="both"/>
      </w:pPr>
      <w:r>
        <w:rPr>
          <w:rFonts w:ascii="Times New Roman" w:hAnsi="Times New Roman" w:eastAsia="Times New Roman" w:cs="Times New Roman"/>
          <w:b w:val="0"/>
          <w:sz w:val="24"/>
        </w:rPr>
        <w:t>[name of escrow holder]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By ______________________ </w:t>
      </w:r>
    </w:p>
    <w:p>
      <w:pPr>
        <w:keepNext w:val="0"/>
        <w:spacing w:before="200" w:after="0" w:line="260" w:lineRule="exact"/>
        <w:ind w:left="0" w:right="0" w:firstLine="0"/>
        <w:jc w:val="both"/>
      </w:pPr>
      <w:r>
        <w:rPr>
          <w:rFonts w:ascii="Times New Roman" w:hAnsi="Times New Roman" w:eastAsia="Times New Roman" w:cs="Times New Roman"/>
          <w:b w:val="0"/>
          <w:sz w:val="24"/>
        </w:rPr>
        <w:t>[typed name and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