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Notice of Shareholders’ Special Meeting Approving Dissolution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You are hereby notified that on [date], the Board of Directors of [name] Corporation,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Florida corporation, adopted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resolution recommending that the Corporation be dissolved, directing that the question of dissolution be submitted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vote of the shareholders at [the annual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special] meeting of the shareholders, and calling the meeting to be held on [date]. 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Accordingly, you are hereby notified that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meeting of the shareholders of [name] Corporation will be held on [date] at [time] in the city of [name of city], at [address]. This meeting will be held for the purpose of considering the advisability of dissolving the Corporation.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 of corporation]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 [</w:t>
      </w:r>
      <w:r>
        <w:rPr>
          <w:rFonts w:ascii="Times New Roman" w:hAnsi="Times New Roman" w:eastAsia="Times New Roman" w:cs="Times New Roman"/>
          <w:b w:val="0"/>
          <w:sz w:val="24"/>
        </w:rPr>
        <w:t>signature of officer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[typed name and 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