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Special Meeting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Special Meeting of the Board of Directors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To the Directors of [name],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California corporation: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the call of the [title of person calling the meeting] of the corporation, notice is hereby given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 of the corporation's Board of Directors will be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 for the purpose of: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[purpose]; and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Transacting such other business as may properly come before the meeting.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or type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