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Special Meeting of Shareholders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the Shareholders of [name] Corporation: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PLEASE TAKE NOTICE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special meeting of the shareholders of [name] corporation (the “Corporation”) will be held at the offices of the Corporation at [address], in the City of [name of city], County of [name of county], State of New York, on the [date] day of [month], [year],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.m. or p.m.], to take action 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resolution of the board of directors recommending that the Corporation be dissolved.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