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Notice of Substantial Completion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Notice is hereby given that the work per the Notice of Identification of Subcontractor (MA)formed by virtue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contract dated [effective date of written contract] between [name of owner], of [address of owner] (Owner), and [name of general contractor], of [address of general contractor] (General Contractor), for the erection, alteration, repair, or removal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building, structure, or other improvement of real property described below, has been substantially completed as of the date of filing or recording of this notice. The lot of land or other interest in real property which is the subject of such contract is described as follows:</w:t>
      </w:r>
    </w:p>
    <w:p>
      <w:pPr>
        <w:keepNext w:val="0"/>
        <w:spacing w:before="200" w:after="0" w:line="260" w:lineRule="exact"/>
        <w:ind w:left="720" w:right="0" w:firstLine="0"/>
        <w:jc w:val="both"/>
      </w:pPr>
      <w:r>
        <w:rPr>
          <w:rFonts w:ascii="Times New Roman" w:hAnsi="Times New Roman" w:eastAsia="Times New Roman" w:cs="Times New Roman"/>
          <w:b/>
          <w:sz w:val="24"/>
        </w:rPr>
        <w:t>Property Address: [address of property subject to lien].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property is more properly described as follows: </w:t>
      </w:r>
      <w:r>
        <w:rPr>
          <w:rFonts w:ascii="Times New Roman" w:hAnsi="Times New Roman" w:eastAsia="Times New Roman" w:cs="Times New Roman"/>
          <w:b/>
          <w:sz w:val="24"/>
        </w:rPr>
        <w:t>[legal description]</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For Owner’s title reference, see deed [recorded/registered] on [date of recording of owner’s deed] at the [name of county where deed was recorded] County [Registry of Deeds in Book [book number of owner’s deed], page [page number of owner’s deed]/Land Court District as Certificate #[owner’s certificate of title number]].</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undersigned Owner hereby states that [he/she] has served written notice of the recording of this notice of substantial completion upon every person who recorded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contract prior to the date this notice of substantial completion was recorded.</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undersigned General Contractor hereby states that [he/she] has served written notice of the recording of this Notice of substantial completion upon every person who entered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contract directly with the General Contractor or who provided written notice of identification of subcontractor to the General Contractor prior to the date this notice of substantial completion was recorded.</w:t>
      </w:r>
    </w:p>
    <w:p>
      <w:pPr/>
    </w:p>
    <w:p>
      <w:pPr>
        <w:keepNext w:val="0"/>
        <w:spacing w:before="120" w:after="0" w:line="260" w:lineRule="exact"/>
        <w:ind w:left="360" w:right="0" w:firstLine="0"/>
        <w:jc w:val="left"/>
      </w:pPr>
      <w:r>
        <w:rPr>
          <w:rFonts w:ascii="Times New Roman" w:hAnsi="Times New Roman" w:eastAsia="Times New Roman" w:cs="Times New Roman"/>
          <w:b w:val="0"/>
          <w:sz w:val="24"/>
        </w:rPr>
        <w:t>[name of general contractor]</w:t>
      </w:r>
    </w:p>
    <w:p>
      <w:pPr>
        <w:keepNext w:val="0"/>
        <w:spacing w:before="120" w:after="0" w:line="260" w:lineRule="exact"/>
        <w:ind w:left="360" w:right="0" w:firstLine="0"/>
        <w:jc w:val="left"/>
      </w:pPr>
      <w:r>
        <w:rPr>
          <w:rFonts w:ascii="Times New Roman" w:hAnsi="Times New Roman" w:eastAsia="Times New Roman" w:cs="Times New Roman"/>
          <w:b w:val="0"/>
          <w:sz w:val="24"/>
        </w:rPr>
        <w:t>By:___________________________________________________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general contractor’s authorized agent]</w:t>
      </w:r>
    </w:p>
    <w:p>
      <w:pPr>
        <w:keepNext w:val="0"/>
        <w:spacing w:before="120" w:after="0" w:line="260" w:lineRule="exact"/>
        <w:ind w:left="360" w:right="0" w:firstLine="0"/>
        <w:jc w:val="left"/>
      </w:pPr>
      <w:r>
        <w:rPr>
          <w:rFonts w:ascii="Times New Roman" w:hAnsi="Times New Roman" w:eastAsia="Times New Roman" w:cs="Times New Roman"/>
          <w:b w:val="0"/>
          <w:sz w:val="24"/>
        </w:rPr>
        <w:t>[authorized agent’s title]</w:t>
      </w:r>
    </w:p>
    <w:p>
      <w:pPr>
        <w:keepNext w:val="0"/>
        <w:spacing w:before="120" w:after="0" w:line="260" w:lineRule="exact"/>
        <w:ind w:left="360" w:right="0" w:firstLine="0"/>
        <w:jc w:val="left"/>
      </w:pPr>
      <w:r>
        <w:rPr>
          <w:rFonts w:ascii="Times New Roman" w:hAnsi="Times New Roman" w:eastAsia="Times New Roman" w:cs="Times New Roman"/>
          <w:b w:val="0"/>
          <w:sz w:val="24"/>
        </w:rPr>
        <w:t>[name of owner]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___________________________________________________</w:t>
      </w:r>
    </w:p>
    <w:p>
      <w:pPr/>
    </w:p>
    <w:p>
      <w:pPr>
        <w:keepNext w:val="0"/>
        <w:spacing w:before="120" w:after="0" w:line="260" w:lineRule="exact"/>
        <w:ind w:left="360" w:right="0" w:firstLine="0"/>
        <w:jc w:val="left"/>
      </w:pPr>
      <w:r>
        <w:rPr>
          <w:rFonts w:ascii="Times New Roman" w:hAnsi="Times New Roman" w:eastAsia="Times New Roman" w:cs="Times New Roman"/>
          <w:b w:val="0"/>
          <w:sz w:val="24"/>
        </w:rPr>
        <w:t>Commonwealth of Massachusetts</w:t>
      </w:r>
    </w:p>
    <w:p>
      <w:pPr>
        <w:keepNext w:val="0"/>
        <w:spacing w:before="200" w:after="0" w:line="260" w:lineRule="exact"/>
        <w:ind w:left="720" w:right="0" w:firstLine="0"/>
        <w:jc w:val="both"/>
      </w:pPr>
      <w:r>
        <w:rPr>
          <w:rFonts w:ascii="Times New Roman" w:hAnsi="Times New Roman" w:eastAsia="Times New Roman" w:cs="Times New Roman"/>
          <w:b w:val="0"/>
          <w:sz w:val="24"/>
        </w:rPr>
        <w:t>County of [county name]</w:t>
      </w:r>
    </w:p>
    <w:p>
      <w:pPr>
        <w:keepNext w:val="0"/>
        <w:spacing w:before="200" w:after="0" w:line="260" w:lineRule="exact"/>
        <w:ind w:left="720" w:right="0" w:firstLine="0"/>
        <w:jc w:val="both"/>
      </w:pPr>
      <w:r>
        <w:rPr>
          <w:rFonts w:ascii="Times New Roman" w:hAnsi="Times New Roman" w:eastAsia="Times New Roman" w:cs="Times New Roman"/>
          <w:b w:val="0"/>
          <w:sz w:val="24"/>
        </w:rPr>
        <w:t>Date: [date]</w:t>
      </w:r>
    </w:p>
    <w:p>
      <w:pPr>
        <w:keepNext w:val="0"/>
        <w:spacing w:before="200" w:after="0" w:line="260" w:lineRule="exact"/>
        <w:ind w:left="720" w:right="0" w:firstLine="0"/>
        <w:jc w:val="both"/>
      </w:pPr>
      <w:r>
        <w:rPr>
          <w:rFonts w:ascii="Times New Roman" w:hAnsi="Times New Roman" w:eastAsia="Times New Roman" w:cs="Times New Roman"/>
          <w:b w:val="0"/>
          <w:sz w:val="24"/>
        </w:rPr>
        <w:t>On this [day] day of [month and year], before me, the undersigned notary public, personally appeared [name of general contractor], proved to me by satisfactory evidence of [known to me personally/[type of identification provided]] to be the person whose name is signed on the within document, and acknowledged to me that [he/she] is authorized to execute this document on behalf of the [name of general contractor] and that the statements contained herein are true and accurate.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Notary Public [name of notary public]</w:t>
      </w:r>
    </w:p>
    <w:p>
      <w:pPr>
        <w:keepNext w:val="0"/>
        <w:spacing w:before="120" w:after="0" w:line="260" w:lineRule="exact"/>
        <w:ind w:left="720" w:right="0" w:firstLine="0"/>
        <w:jc w:val="left"/>
      </w:pPr>
      <w:r>
        <w:rPr>
          <w:rFonts w:ascii="Times New Roman" w:hAnsi="Times New Roman" w:eastAsia="Times New Roman" w:cs="Times New Roman"/>
          <w:b w:val="0"/>
          <w:sz w:val="24"/>
        </w:rPr>
        <w:t>My commission Expires: [expiration date of notary commission]</w:t>
      </w:r>
    </w:p>
    <w:p>
      <w:pPr/>
    </w:p>
    <w:p>
      <w:pPr>
        <w:keepNext w:val="0"/>
        <w:spacing w:before="120" w:after="0" w:line="260" w:lineRule="exact"/>
        <w:ind w:left="360" w:right="0" w:firstLine="0"/>
        <w:jc w:val="left"/>
      </w:pPr>
      <w:r>
        <w:rPr>
          <w:rFonts w:ascii="Times New Roman" w:hAnsi="Times New Roman" w:eastAsia="Times New Roman" w:cs="Times New Roman"/>
          <w:b w:val="0"/>
          <w:sz w:val="24"/>
        </w:rPr>
        <w:t>Commonwealth of Massachusetts</w:t>
      </w:r>
    </w:p>
    <w:p>
      <w:pPr>
        <w:keepNext w:val="0"/>
        <w:spacing w:before="200" w:after="0" w:line="260" w:lineRule="exact"/>
        <w:ind w:left="720" w:right="0" w:firstLine="0"/>
        <w:jc w:val="both"/>
      </w:pPr>
      <w:r>
        <w:rPr>
          <w:rFonts w:ascii="Times New Roman" w:hAnsi="Times New Roman" w:eastAsia="Times New Roman" w:cs="Times New Roman"/>
          <w:b w:val="0"/>
          <w:sz w:val="24"/>
        </w:rPr>
        <w:t>County of [county name]</w:t>
      </w:r>
    </w:p>
    <w:p>
      <w:pPr>
        <w:keepNext w:val="0"/>
        <w:spacing w:before="200" w:after="0" w:line="260" w:lineRule="exact"/>
        <w:ind w:left="720" w:right="0" w:firstLine="0"/>
        <w:jc w:val="both"/>
      </w:pPr>
      <w:r>
        <w:rPr>
          <w:rFonts w:ascii="Times New Roman" w:hAnsi="Times New Roman" w:eastAsia="Times New Roman" w:cs="Times New Roman"/>
          <w:b w:val="0"/>
          <w:sz w:val="24"/>
        </w:rPr>
        <w:t>Date: [date]</w:t>
      </w:r>
    </w:p>
    <w:p>
      <w:pPr>
        <w:keepNext w:val="0"/>
        <w:spacing w:before="200" w:after="0" w:line="260" w:lineRule="exact"/>
        <w:ind w:left="720" w:right="0" w:firstLine="0"/>
        <w:jc w:val="both"/>
      </w:pPr>
      <w:r>
        <w:rPr>
          <w:rFonts w:ascii="Times New Roman" w:hAnsi="Times New Roman" w:eastAsia="Times New Roman" w:cs="Times New Roman"/>
          <w:b w:val="0"/>
          <w:sz w:val="24"/>
        </w:rPr>
        <w:t>On this [day] day of [month and year], before me, the undersigned notary public, personally appeared [name of general contractor], proved to me by satisfactory evidence of [known to me personally/[type of identification provided]] to be the person whose name is signed on the within document, and acknowledged to me that [he/she] is authorized to execute this document on behalf of the [name of general contractor] and that the statements contained herein are true and accurate.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Notary Public [name of notary public]</w:t>
      </w:r>
    </w:p>
    <w:p>
      <w:pPr>
        <w:keepNext w:val="0"/>
        <w:spacing w:before="120" w:after="0" w:line="260" w:lineRule="exact"/>
        <w:ind w:left="720" w:right="0" w:firstLine="0"/>
        <w:jc w:val="left"/>
      </w:pPr>
      <w:r>
        <w:rPr>
          <w:rFonts w:ascii="Times New Roman" w:hAnsi="Times New Roman" w:eastAsia="Times New Roman" w:cs="Times New Roman"/>
          <w:b w:val="0"/>
          <w:sz w:val="24"/>
        </w:rPr>
        <w:t>My commission Expires: [expiration date of notary commission]</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