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Tenancy Determination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NOTICE OF TENANCY DETERMINATION</w:t>
      </w:r>
    </w:p>
    <w:p>
      <w:pPr>
        <w:keepNext w:val="0"/>
        <w:spacing w:before="200" w:after="0" w:line="260" w:lineRule="exact"/>
        <w:ind w:left="720" w:right="0" w:firstLine="0"/>
        <w:jc w:val="both"/>
      </w:pPr>
      <w:r>
        <w:rPr>
          <w:rFonts w:ascii="Times New Roman" w:hAnsi="Times New Roman" w:eastAsia="Times New Roman" w:cs="Times New Roman"/>
          <w:b w:val="0"/>
          <w:sz w:val="24"/>
        </w:rPr>
        <w:t>[occupant names]</w:t>
      </w:r>
    </w:p>
    <w:p>
      <w:pPr>
        <w:keepNext w:val="0"/>
        <w:spacing w:before="200" w:after="0" w:line="260" w:lineRule="exact"/>
        <w:ind w:left="720" w:right="0" w:firstLine="0"/>
        <w:jc w:val="both"/>
      </w:pPr>
      <w:r>
        <w:rPr>
          <w:rFonts w:ascii="Times New Roman" w:hAnsi="Times New Roman" w:eastAsia="Times New Roman" w:cs="Times New Roman"/>
          <w:b w:val="0"/>
          <w:sz w:val="24"/>
        </w:rPr>
        <w:t>[property address]</w:t>
      </w:r>
    </w:p>
    <w:p>
      <w:pPr>
        <w:keepNext w:val="0"/>
        <w:spacing w:before="200" w:after="0" w:line="260" w:lineRule="exact"/>
        <w:ind w:left="720" w:right="0" w:firstLine="0"/>
        <w:jc w:val="both"/>
      </w:pPr>
      <w:r>
        <w:rPr>
          <w:rFonts w:ascii="Times New Roman" w:hAnsi="Times New Roman" w:eastAsia="Times New Roman" w:cs="Times New Roman"/>
          <w:b w:val="0"/>
          <w:sz w:val="24"/>
        </w:rPr>
        <w:t>[city, state, zip]</w:t>
      </w:r>
    </w:p>
    <w:p>
      <w:pPr>
        <w:keepNext w:val="0"/>
        <w:spacing w:before="200" w:after="0" w:line="260" w:lineRule="exact"/>
        <w:ind w:left="720" w:right="0" w:firstLine="0"/>
        <w:jc w:val="center"/>
      </w:pPr>
      <w:r>
        <w:rPr>
          <w:rFonts w:ascii="Times New Roman" w:hAnsi="Times New Roman" w:eastAsia="Times New Roman" w:cs="Times New Roman"/>
          <w:b w:val="0"/>
          <w:sz w:val="24"/>
        </w:rPr>
        <w:t>[date of mailing]</w:t>
      </w:r>
    </w:p>
    <w:p>
      <w:pPr>
        <w:keepNext w:val="0"/>
        <w:spacing w:before="200" w:after="0" w:line="260" w:lineRule="exact"/>
        <w:ind w:left="720" w:right="0" w:firstLine="0"/>
        <w:jc w:val="both"/>
      </w:pPr>
      <w:r>
        <w:rPr>
          <w:rFonts w:ascii="Times New Roman" w:hAnsi="Times New Roman" w:eastAsia="Times New Roman" w:cs="Times New Roman"/>
          <w:b w:val="0"/>
          <w:sz w:val="24"/>
        </w:rPr>
        <w:t>Dear Occupant(s),</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the City of Chicago's Protecting Tenants in Foreclosed Rental Property Ordinance (the "Ordinance"), we have reviewed any and all information that you provided about your occupancy of the property known as [property address] (the "Property") and have determined the following:</w:t>
      </w:r>
    </w:p>
    <w:p>
      <w:pPr>
        <w:keepNext w:val="0"/>
        <w:spacing w:before="200" w:after="0" w:line="260" w:lineRule="exact"/>
        <w:ind w:left="1080" w:right="0" w:firstLine="0"/>
        <w:jc w:val="both"/>
      </w:pPr>
      <w:r>
        <w:rPr>
          <w:rFonts w:ascii="Times New Roman" w:hAnsi="Times New Roman" w:eastAsia="Times New Roman" w:cs="Times New Roman"/>
          <w:b/>
          <w:sz w:val="24"/>
        </w:rPr>
        <w:t>Your lease does qualify</w:t>
      </w:r>
      <w:r>
        <w:rPr>
          <w:rFonts w:ascii="Times New Roman" w:hAnsi="Times New Roman" w:eastAsia="Times New Roman" w:cs="Times New Roman"/>
          <w:b w:val="0"/>
          <w:sz w:val="24"/>
        </w:rPr>
        <w:t xml:space="preserve">, and we have decided to pay the $10,600.00 relocation assistance money, minus any unpaid back rent as provided by the Ordinance, rather than extending or renewing your lease or offering to rent you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replacement unit.</w:t>
      </w:r>
    </w:p>
    <w:p>
      <w:pPr>
        <w:keepNext w:val="0"/>
        <w:spacing w:before="200" w:after="0" w:line="260" w:lineRule="exact"/>
        <w:ind w:left="720" w:right="0" w:firstLine="0"/>
        <w:jc w:val="both"/>
      </w:pPr>
      <w:r>
        <w:rPr>
          <w:rFonts w:ascii="Times New Roman" w:hAnsi="Times New Roman" w:eastAsia="Times New Roman" w:cs="Times New Roman"/>
          <w:b w:val="0"/>
          <w:sz w:val="24"/>
        </w:rPr>
        <w:t>If your lease term has not expired yet</w:t>
      </w:r>
      <w:r>
        <w:rPr>
          <w:rFonts w:ascii="Times New Roman" w:hAnsi="Times New Roman" w:eastAsia="Times New Roman" w:cs="Times New Roman"/>
          <w:b w:val="0"/>
          <w:sz w:val="24"/>
        </w:rPr>
        <w:t xml:space="preserve">, you may remain in the Property until the end of its term and we will make no further efforts to evict you during this time, however you must begin paying monthly rent to us under same lease terms you had with your former landlord. If you fail to pay monthly rent to us on time, it may result in the filing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eviction suit against you, and may cause you to forfeit your rights under the Ordinance. Please make your rent checks out to [name] and send them to the address below. At the end of your lease term, you and all other occupants must move out of the Property. Failure to do so may result in the filing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eviction suit against you, and may cause you to forfeit your rights under the Ordinance.</w:t>
      </w:r>
    </w:p>
    <w:p>
      <w:pPr>
        <w:keepNext w:val="0"/>
        <w:spacing w:before="200" w:after="0" w:line="260" w:lineRule="exact"/>
        <w:ind w:left="720" w:right="0" w:firstLine="0"/>
        <w:jc w:val="both"/>
      </w:pPr>
      <w:r>
        <w:rPr>
          <w:rFonts w:ascii="Times New Roman" w:hAnsi="Times New Roman" w:eastAsia="Times New Roman" w:cs="Times New Roman"/>
          <w:b w:val="0"/>
          <w:sz w:val="24"/>
        </w:rPr>
        <w:t>If your lease is month-to-month or week-to-week or if its term has already expired</w:t>
      </w:r>
      <w:r>
        <w:rPr>
          <w:rFonts w:ascii="Times New Roman" w:hAnsi="Times New Roman" w:eastAsia="Times New Roman" w:cs="Times New Roman"/>
          <w:b w:val="0"/>
          <w:sz w:val="24"/>
        </w:rPr>
        <w:t xml:space="preserve">, we will send you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90-day notice separately from this notice. You may have already received it, or you may receive it after you receive this notice. You may remain in the Property until 90 days after the date you are served with this 90-day notice and we will make no further efforts to evict you during this time, however you must begin paying monthly rent to us under same lease terms you had with your former landlord. If you fail to pay monthly rent to us on time, it may result in the filing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eviction suit against you, and may cause you to forfeit your rights under the Ordinance. Please make your rent checks out to [name] and send them to the address below. At the end of this 90-day period, you and all other occupants must move out of the Property. Failure to do so may result in the filing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eviction suit against you, and may cause you to forfeit your rights under the Ordinance.</w:t>
      </w:r>
    </w:p>
    <w:p>
      <w:pPr>
        <w:keepNext w:val="0"/>
        <w:spacing w:before="200" w:after="0" w:line="260" w:lineRule="exact"/>
        <w:ind w:left="720" w:right="0" w:firstLine="0"/>
        <w:jc w:val="both"/>
      </w:pPr>
      <w:r>
        <w:rPr>
          <w:rFonts w:ascii="Times New Roman" w:hAnsi="Times New Roman" w:eastAsia="Times New Roman" w:cs="Times New Roman"/>
          <w:b w:val="0"/>
          <w:sz w:val="24"/>
        </w:rPr>
        <w:t>Any unpaid rent will be deducted from the relocation assistance money paid to you. Pursuant to the Ordinance, any relocation assistance money will be paid to you within 7 days after the date you and all other occupants completely move out of the Property. Contact us when you are moved out using the information below to make arrangements so that we can pay you your relocation assistance money. Please do not hesitate to contact us using the information below if you have any questions or concerns.</w:t>
      </w:r>
    </w:p>
    <w:p>
      <w:pPr>
        <w:keepNext w:val="0"/>
        <w:spacing w:before="200" w:after="0" w:line="260" w:lineRule="exact"/>
        <w:ind w:left="1080" w:right="0" w:firstLine="0"/>
        <w:jc w:val="center"/>
      </w:pPr>
      <w:r>
        <w:rPr>
          <w:rFonts w:ascii="Times New Roman" w:hAnsi="Times New Roman" w:eastAsia="Times New Roman" w:cs="Times New Roman"/>
          <w:b w:val="0"/>
          <w:sz w:val="24"/>
        </w:rPr>
        <w:t>[name]</w:t>
      </w:r>
    </w:p>
    <w:p>
      <w:pPr>
        <w:keepNext w:val="0"/>
        <w:spacing w:before="200" w:after="0" w:line="260" w:lineRule="exact"/>
        <w:ind w:left="1080" w:right="0" w:firstLine="0"/>
        <w:jc w:val="center"/>
      </w:pPr>
      <w:r>
        <w:rPr>
          <w:rFonts w:ascii="Times New Roman" w:hAnsi="Times New Roman" w:eastAsia="Times New Roman" w:cs="Times New Roman"/>
          <w:b w:val="0"/>
          <w:sz w:val="24"/>
        </w:rPr>
        <w:t>[address]</w:t>
      </w:r>
    </w:p>
    <w:p>
      <w:pPr>
        <w:keepNext w:val="0"/>
        <w:spacing w:before="200" w:after="0" w:line="260" w:lineRule="exact"/>
        <w:ind w:left="1080" w:right="0" w:firstLine="0"/>
        <w:jc w:val="center"/>
      </w:pPr>
      <w:r>
        <w:rPr>
          <w:rFonts w:ascii="Times New Roman" w:hAnsi="Times New Roman" w:eastAsia="Times New Roman" w:cs="Times New Roman"/>
          <w:b w:val="0"/>
          <w:sz w:val="24"/>
        </w:rPr>
        <w:t>[phone number]</w:t>
      </w:r>
    </w:p>
    <w:p>
      <w:pPr>
        <w:keepNext w:val="0"/>
        <w:spacing w:before="200" w:after="0" w:line="260" w:lineRule="exact"/>
        <w:ind w:left="1080" w:right="0" w:firstLine="0"/>
        <w:jc w:val="center"/>
      </w:pPr>
      <w:r>
        <w:rPr>
          <w:rFonts w:ascii="Times New Roman" w:hAnsi="Times New Roman" w:eastAsia="Times New Roman" w:cs="Times New Roman"/>
          <w:b w:val="0"/>
          <w:sz w:val="24"/>
        </w:rPr>
        <w:t>[fax number]</w:t>
      </w:r>
    </w:p>
    <w:p>
      <w:pPr>
        <w:keepNext w:val="0"/>
        <w:spacing w:before="200" w:after="0" w:line="260" w:lineRule="exact"/>
        <w:ind w:left="1080" w:right="0" w:firstLine="0"/>
        <w:jc w:val="center"/>
      </w:pPr>
      <w:r>
        <w:rPr>
          <w:rFonts w:ascii="Times New Roman" w:hAnsi="Times New Roman" w:eastAsia="Times New Roman" w:cs="Times New Roman"/>
          <w:b w:val="0"/>
          <w:sz w:val="24"/>
        </w:rPr>
        <w:t>[email]</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