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Notice of Termination and Acknowledgement of Receipt</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 of Termination and Acknowledgment of Receipt</w:t>
      </w:r>
    </w:p>
    <w:p>
      <w:pPr>
        <w:keepNext w:val="0"/>
        <w:spacing w:before="200" w:after="0" w:line="260" w:lineRule="exact"/>
        <w:ind w:left="720" w:right="0" w:firstLine="0"/>
        <w:jc w:val="both"/>
      </w:pPr>
      <w:r>
        <w:rPr>
          <w:rFonts w:ascii="Times New Roman" w:hAnsi="Times New Roman" w:eastAsia="Times New Roman" w:cs="Times New Roman"/>
          <w:b w:val="0"/>
          <w:sz w:val="24"/>
        </w:rPr>
        <w:t>THIS NOTICE OF TERMINATION AND ACKNOWLEDGEMENT OF RECEIPT (this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is made as of this [day] day of [month], [year], by and between [name of licensor] (“</w:t>
      </w:r>
      <w:r>
        <w:rPr>
          <w:rFonts w:ascii="Times New Roman" w:hAnsi="Times New Roman" w:eastAsia="Times New Roman" w:cs="Times New Roman"/>
          <w:b w:val="0"/>
          <w:sz w:val="24"/>
        </w:rPr>
        <w:t>Licensor</w:t>
      </w:r>
      <w:r>
        <w:rPr>
          <w:rFonts w:ascii="Times New Roman" w:hAnsi="Times New Roman" w:eastAsia="Times New Roman" w:cs="Times New Roman"/>
          <w:b w:val="0"/>
          <w:sz w:val="24"/>
        </w:rPr>
        <w:t>”) and [name of licensee] (“</w:t>
      </w:r>
      <w:r>
        <w:rPr>
          <w:rFonts w:ascii="Times New Roman" w:hAnsi="Times New Roman" w:eastAsia="Times New Roman" w:cs="Times New Roman"/>
          <w:b w:val="0"/>
          <w:sz w:val="24"/>
        </w:rPr>
        <w:t>Licensee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WHEREAS, Licensor and Licensee entered into that certain License Agreement, dated as of [date] (the “</w:t>
      </w:r>
      <w:r>
        <w:rPr>
          <w:rFonts w:ascii="Times New Roman" w:hAnsi="Times New Roman" w:eastAsia="Times New Roman" w:cs="Times New Roman"/>
          <w:b w:val="0"/>
          <w:sz w:val="24"/>
        </w:rPr>
        <w:t>License Agreement</w:t>
      </w:r>
      <w:r>
        <w:rPr>
          <w:rFonts w:ascii="Times New Roman" w:hAnsi="Times New Roman" w:eastAsia="Times New Roman" w:cs="Times New Roman"/>
          <w:b w:val="0"/>
          <w:sz w:val="24"/>
        </w:rPr>
        <w:t xml:space="preserve">”), whereby Licensor granted to Licensee the right to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premises located at [property address], as more fully described in the License Agreement;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Licensor desires to give notice of termination of the License Agreement, and Licensee is prepared to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acknowledgement of receipt of such notice of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Licensor and Licensee hereby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hereby gives notice to Licensee that the License Agreement is terminated, effective as of [date] (the “</w:t>
      </w:r>
      <w:r>
        <w:rPr>
          <w:rFonts w:ascii="Times New Roman" w:hAnsi="Times New Roman" w:eastAsia="Times New Roman" w:cs="Times New Roman"/>
          <w:b w:val="0"/>
          <w:sz w:val="24"/>
        </w:rPr>
        <w:t>Termination Date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acknowledges and agrees that nothing herein shall be deemed to eliminate or reduce any obligation of Licensee which is accrued or incurred pursuant to the License Agreement prior to the Termination Date, and that it shall remain obligated under the License Agreement for all obligations that arise prior to the Termination Date or were otherwise intended to survive the expiration of the License Agreement as provided therein.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one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instrument.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Notice of Termination and Acknowledgement of Receipt under the seal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LICENSOR:</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LICENSEE:</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