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Termination for Cause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[Form of notice (e.g., Registered Mail (or) Certified Mail)]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Attention: [Name of individual or department (e.g., General Counsel, Legal Department, President)]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Zip]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[name of subject contract] dated [date] between [name of party] and [name of party]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Notice of Termination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be advised that [name of party terminating agreement] is hereby terminating [name of subject contract and any amendments] dated [date] between [name of party] and [name of party] (the “Agreement”).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[cite applicable descriptive header (i.e., Section or Paragraph)] [cite applicable provision allowing termination for cause], [name of party terminating the agreement] is hereby terminating the Agreement.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call me at [phone number] should you have any questions regarding this termination of the Agreement.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[title], [name of party terminating agreement]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