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Termination of Contract due to Force Majeure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[Form of notice, e.g., Registered Mail (or) Certified Mail]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recipient]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State, Zip]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Attention: [Name of individual or department, e.g., General Counsel, Legal Department, President]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[name of subject contract] dated [date] between [name of party] and [name of party]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Notice of Termination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be advised that [name of party terminating agreement] is hereby terminating the [name of subject contract] dated [date] between [name of party] and [name of party] (the "Agreement") due to your declaration of force majeure with respect to the Agreement.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On [date force majeure was declared], [name of other party] advised us that it would be unable to perform under the Agreement due to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event of force majeure.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Pursuant to Section [section number] of the Agreement, we are terminating the Agreement. The Agreement expressly permits such termination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result of upon your declaration of force majeure and [recite language in force majeure provision permitting client to terminate]. Termination of the Agreement is effective [effective date of termination].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Should you have any questions regarding this notice or would like to discuss this matter in greater details, please contact [name of contact person and contact information].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Very truly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[name],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[title], [name of party sending the notice]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