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Termination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[Form of notice, e.g., Registered Mail (or) 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recipient]</w:t>
      </w:r>
    </w:p>
    <w:p>
      <w:pPr>
        <w:keepNext w:val="0"/>
        <w:spacing w:before="6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60" w:after="0" w:line="260" w:lineRule="exact"/>
        <w:ind w:left="360" w:right="0" w:firstLine="0"/>
        <w:jc w:val="both"/>
      </w:pPr>
      <w:r>
        <w:rPr>
          <w:rFonts w:ascii="Times New Roman" w:hAnsi="Times New Roman" w:eastAsia="Times New Roman" w:cs="Times New Roman"/>
          <w:b w:val="0"/>
          <w:sz w:val="24"/>
        </w:rPr>
        <w:t>[City, State, Zip]</w:t>
      </w:r>
    </w:p>
    <w:p>
      <w:pPr>
        <w:keepNext w:val="0"/>
        <w:spacing w:before="60" w:after="0" w:line="260" w:lineRule="exact"/>
        <w:ind w:left="360" w:right="0" w:firstLine="0"/>
        <w:jc w:val="both"/>
      </w:pPr>
      <w:r>
        <w:rPr>
          <w:rFonts w:ascii="Times New Roman" w:hAnsi="Times New Roman" w:eastAsia="Times New Roman" w:cs="Times New Roman"/>
          <w:b w:val="0"/>
          <w:sz w:val="24"/>
        </w:rPr>
        <w:t>Attention: [Name of individual or department, e.g., General Counsel, Legal Department, President]</w:t>
      </w:r>
    </w:p>
    <w:p>
      <w:pPr>
        <w:keepNext w:val="0"/>
        <w:spacing w:before="200" w:after="0" w:line="260" w:lineRule="exact"/>
        <w:ind w:left="360" w:right="0" w:firstLine="0"/>
        <w:jc w:val="both"/>
      </w:pPr>
      <w:r>
        <w:rPr>
          <w:rFonts w:ascii="Times New Roman" w:hAnsi="Times New Roman" w:eastAsia="Times New Roman" w:cs="Times New Roman"/>
          <w:b w:val="0"/>
          <w:sz w:val="24"/>
        </w:rPr>
        <w:t>Re: [name of subject contract] dated [date] between [name of party] and [name of party]</w:t>
      </w:r>
    </w:p>
    <w:p>
      <w:pPr>
        <w:keepNext w:val="0"/>
        <w:spacing w:before="200" w:after="0" w:line="260" w:lineRule="exact"/>
        <w:ind w:left="360" w:right="0" w:firstLine="0"/>
        <w:jc w:val="center"/>
      </w:pPr>
      <w:r>
        <w:rPr>
          <w:rFonts w:ascii="Times New Roman" w:hAnsi="Times New Roman" w:eastAsia="Times New Roman" w:cs="Times New Roman"/>
          <w:b w:val="0"/>
          <w:sz w:val="24"/>
        </w:rPr>
        <w:t>Notice of Termination</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Please be advised that [name of party terminating agreement] is hereby terminating [name of subject contract] dated [date] between [name of party] and [name of party] (the “Agreement”).</w:t>
      </w:r>
    </w:p>
    <w:p>
      <w:pPr>
        <w:keepNext w:val="0"/>
        <w:spacing w:before="200" w:after="0" w:line="260" w:lineRule="exact"/>
        <w:ind w:left="360" w:right="0" w:firstLine="0"/>
        <w:jc w:val="both"/>
      </w:pPr>
      <w:r>
        <w:rPr>
          <w:rFonts w:ascii="Times New Roman" w:hAnsi="Times New Roman" w:eastAsia="Times New Roman" w:cs="Times New Roman"/>
          <w:b/>
          <w:sz w:val="24"/>
        </w:rPr>
        <w:t>Termination for breach</w:t>
      </w:r>
    </w:p>
    <w:p>
      <w:pPr>
        <w:keepNext w:val="0"/>
        <w:spacing w:before="200" w:after="0" w:line="260" w:lineRule="exact"/>
        <w:ind w:left="360" w:right="0" w:firstLine="0"/>
        <w:jc w:val="both"/>
      </w:pPr>
      <w:r>
        <w:rPr>
          <w:rFonts w:ascii="Times New Roman" w:hAnsi="Times New Roman" w:eastAsia="Times New Roman" w:cs="Times New Roman"/>
          <w:b w:val="0"/>
          <w:sz w:val="24"/>
        </w:rPr>
        <w:t>[Name of breaching party] materially breached the terms of the Agreement based upon [provide sufficient description of the nature of the breach, e.g., its failure to deliver to us the 1000 units by June 1, 2022, as required in Section 4 of the Agreement]. Pursuant to Section [applicable section] of the Agreement, [name of party sending the notice] is hereby terminating the Agreement. Termination of the Agreement is effective immediately due to your violation of the terms and conditions of the Agreement.</w:t>
      </w:r>
    </w:p>
    <w:p>
      <w:pPr>
        <w:keepNext w:val="0"/>
        <w:spacing w:before="200" w:after="0" w:line="260" w:lineRule="exact"/>
        <w:ind w:left="360" w:right="0" w:firstLine="0"/>
        <w:jc w:val="both"/>
      </w:pPr>
      <w:r>
        <w:rPr>
          <w:rFonts w:ascii="Times New Roman" w:hAnsi="Times New Roman" w:eastAsia="Times New Roman" w:cs="Times New Roman"/>
          <w:b/>
          <w:sz w:val="24"/>
        </w:rPr>
        <w:t>Termination for breach (after failure to cure)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you are aware, [name of breaching party] materially breached the terms of the Agreement based upon [brief description of the nature of the breach, e.g., its failure to deliver to us the 1000 units by June 1, 2022, as required in Section 4 of the Agreement]. Pursuant to the terms of the Agreement, [name of party terminating the agreement] provided you with notice of the breach. [Name of breaching party] has failed to cure the aforementioned breach within the time provided in the Agreement. Termination of the Agreement is therefore effective immediately for your violation of the terms and conditions of the Agreement. </w:t>
      </w:r>
    </w:p>
    <w:p>
      <w:pPr>
        <w:keepNext w:val="0"/>
        <w:spacing w:before="200" w:after="0" w:line="260" w:lineRule="exact"/>
        <w:ind w:left="360" w:right="0" w:firstLine="0"/>
        <w:jc w:val="both"/>
      </w:pPr>
      <w:r>
        <w:rPr>
          <w:rFonts w:ascii="Times New Roman" w:hAnsi="Times New Roman" w:eastAsia="Times New Roman" w:cs="Times New Roman"/>
          <w:b/>
          <w:sz w:val="24"/>
        </w:rPr>
        <w:t>Termination for Bankruptcy, Insolvency or Financial Insecurity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Section [cite applicable provision allowing termination for insolvency], [name of party terminating the agreement] is hereby terminating the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your [brief description of event triggering termination, e.g., liquidation, insolvency, bankruptcy, assignment for the benefit of creditors, etc.]. Termination shall be effective [immediately (or if notice is required, date notice period expires, such as: December 1, 2022].</w:t>
      </w:r>
    </w:p>
    <w:p>
      <w:pPr>
        <w:keepNext w:val="0"/>
        <w:spacing w:before="200" w:after="0" w:line="260" w:lineRule="exact"/>
        <w:ind w:left="360" w:right="0" w:firstLine="0"/>
        <w:jc w:val="both"/>
      </w:pPr>
      <w:r>
        <w:rPr>
          <w:rFonts w:ascii="Times New Roman" w:hAnsi="Times New Roman" w:eastAsia="Times New Roman" w:cs="Times New Roman"/>
          <w:b w:val="0"/>
          <w:sz w:val="24"/>
        </w:rPr>
        <w:t>Please call me at [phone number] should you have any questions regarding this termination of the Agreement.</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200" w:after="0" w:line="260" w:lineRule="exact"/>
        <w:ind w:left="360" w:right="0" w:firstLine="0"/>
        <w:jc w:val="both"/>
      </w:pPr>
      <w:r>
        <w:rPr>
          <w:rFonts w:ascii="Times New Roman" w:hAnsi="Times New Roman" w:eastAsia="Times New Roman" w:cs="Times New Roman"/>
          <w:b w:val="0"/>
          <w:sz w:val="24"/>
        </w:rPr>
        <w:t>[name],</w:t>
      </w:r>
    </w:p>
    <w:p>
      <w:pPr>
        <w:keepNext w:val="0"/>
        <w:spacing w:before="60" w:after="0" w:line="260" w:lineRule="exact"/>
        <w:ind w:left="360" w:right="0" w:firstLine="0"/>
        <w:jc w:val="both"/>
      </w:pPr>
      <w:r>
        <w:rPr>
          <w:rFonts w:ascii="Times New Roman" w:hAnsi="Times New Roman" w:eastAsia="Times New Roman" w:cs="Times New Roman"/>
          <w:b w:val="0"/>
          <w:sz w:val="24"/>
        </w:rPr>
        <w:t xml:space="preserve">[title], [name of party terminating agreement]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