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Waiver of Escrow Condition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NOTICE OF WAIVER OF CONDITION</w:t>
      </w:r>
    </w:p>
    <w:p>
      <w:pPr>
        <w:keepNext w:val="0"/>
        <w:spacing w:before="200" w:after="0" w:line="260" w:lineRule="exact"/>
        <w:ind w:left="360" w:right="0" w:firstLine="0"/>
        <w:jc w:val="both"/>
      </w:pPr>
      <w:r>
        <w:rPr>
          <w:rFonts w:ascii="Times New Roman" w:hAnsi="Times New Roman" w:eastAsia="Times New Roman" w:cs="Times New Roman"/>
          <w:b w:val="0"/>
          <w:sz w:val="24"/>
        </w:rPr>
        <w:t>TO: [name of escrow holder]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[name of other party]</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Escrow No. [number]</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If applicable, refer to escrow instructions providing for waiver of condition, e.g.,</w:t>
      </w:r>
      <w:r>
        <w:rPr>
          <w:rFonts w:ascii="Times New Roman" w:hAnsi="Times New Roman" w:eastAsia="Times New Roman" w:cs="Times New Roman"/>
          <w:b w:val="0"/>
          <w:sz w:val="24"/>
        </w:rPr>
        <w:t xml:space="preserve"> Pursuant to Section [number] of the joint escrow instructions previously deposited in the above-referenced escrow,] you are hereby notified that [name of party or parties waiving condition] waive[s] </w:t>
      </w:r>
      <w:r>
        <w:rPr>
          <w:rFonts w:ascii="Times New Roman" w:hAnsi="Times New Roman" w:eastAsia="Times New Roman" w:cs="Times New Roman"/>
          <w:b w:val="0"/>
          <w:sz w:val="24"/>
        </w:rPr>
        <w:t>[describe condition or right waived (e.g.,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the condition requiring escrow to close on or before [date] or the right to cancel this escrow and the contract of purchase and sale of the Subject Real Property if the escrow established to complete the sale of Buyer's present residence did not close before </w:t>
      </w:r>
      <w:r>
        <w:rPr>
          <w:rFonts w:ascii="Times New Roman" w:hAnsi="Times New Roman" w:eastAsia="Times New Roman" w:cs="Times New Roman"/>
          <w:b w:val="0"/>
          <w:sz w:val="24"/>
        </w:rPr>
        <w:t>[date])]. If the other terms and conditions of this escrow are performed or fulfilled, you are authorized and instructed to proceed to close the escrow notwithstanding [</w:t>
      </w:r>
      <w:r>
        <w:rPr>
          <w:rFonts w:ascii="Times New Roman" w:hAnsi="Times New Roman" w:eastAsia="Times New Roman" w:cs="Times New Roman"/>
          <w:b w:val="0"/>
          <w:sz w:val="24"/>
        </w:rPr>
        <w:t>describe facts or circumstances constituting failure of condition, e.g.,</w:t>
      </w:r>
      <w:r>
        <w:rPr>
          <w:rFonts w:ascii="Times New Roman" w:hAnsi="Times New Roman" w:eastAsia="Times New Roman" w:cs="Times New Roman"/>
          <w:b w:val="0"/>
          <w:sz w:val="24"/>
        </w:rPr>
        <w:t xml:space="preserve"> the failure of the parties to close escrow prior to [date] or the fact that the escrow established to complete the sale of Buyer's present residence did not close on or before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acknowledge your receipt of this notice, and the date of receipt, by signing the acknowledgment set forth below on the enclosed copies, entering the date of receipt thereon, and returning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to [party submitting notice].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party waiving condition]</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 by Escrow Holder</w:t>
      </w:r>
    </w:p>
    <w:p>
      <w:pPr>
        <w:keepNext w:val="0"/>
        <w:spacing w:before="200" w:after="0" w:line="260" w:lineRule="exact"/>
        <w:ind w:left="720" w:right="0" w:firstLine="0"/>
        <w:jc w:val="both"/>
      </w:pPr>
      <w:r>
        <w:rPr>
          <w:rFonts w:ascii="Times New Roman" w:hAnsi="Times New Roman" w:eastAsia="Times New Roman" w:cs="Times New Roman"/>
          <w:b w:val="0"/>
          <w:sz w:val="24"/>
        </w:rPr>
        <w:t>[name of escrow holder] acknowledges receipt of the foregoing notice of waiver of condition on [date to be inserted or leave blank to filled in by escrow holder].</w:t>
      </w:r>
    </w:p>
    <w:p>
      <w:pPr>
        <w:keepNext w:val="0"/>
        <w:spacing w:before="120" w:after="0" w:line="260" w:lineRule="exact"/>
        <w:ind w:left="720" w:right="0" w:firstLine="0"/>
        <w:jc w:val="left"/>
      </w:pPr>
      <w:r>
        <w:rPr>
          <w:rFonts w:ascii="Times New Roman" w:hAnsi="Times New Roman" w:eastAsia="Times New Roman" w:cs="Times New Roman"/>
          <w:b w:val="0"/>
          <w:sz w:val="24"/>
        </w:rPr>
        <w:t>ESCROW HOLDER</w:t>
      </w:r>
    </w:p>
    <w:p>
      <w:pPr>
        <w:keepNext w:val="0"/>
        <w:spacing w:before="120" w:after="0" w:line="260" w:lineRule="exact"/>
        <w:ind w:left="720" w:right="0" w:firstLine="0"/>
        <w:jc w:val="left"/>
      </w:pPr>
      <w:r>
        <w:rPr>
          <w:rFonts w:ascii="Times New Roman" w:hAnsi="Times New Roman" w:eastAsia="Times New Roman" w:cs="Times New Roman"/>
          <w:b w:val="0"/>
          <w:sz w:val="24"/>
        </w:rPr>
        <w:t>[escrow holder]</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By 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[typed name and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