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 Day, 20__]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settlor] on [Month Day, 20__] (the "Trust")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trust] of the Trust, you have the right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receipt of this notice. If you do not intend to exercise this right, kindly acknowledge receipt of this notice by affixing your signature below.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that I was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Day, 20__]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