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settlor] on [Month Day, 20__] (the "Trust")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receipt of this notice. If you do not intend to exercise this right, kindly acknowledge receipt of this notice by affixing your signature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