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to Attend and Produce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IN THE COURT OF COMMON PLEAS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[NAME] COUNTY, PENNSYLVANIA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Notice to [Attend / Produce / Attend and Produce]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[name of party]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You are directed come to [courtroom or other place], at [address], Pennsylvania, on [date] at [time] to testify on behalf of [party] in the above case, and to remain until excused.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If you fail to [attend or to produce the documents or things] required by this notice to [attend / produce / attend and produce], you may be subject to the sanctions authorized by Rule 234.5 of the Pennsylvania Rules of Civil Procedure.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SUBMITTED: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counsel]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[Pennsylvania attorney identification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[Fax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[Plaintiff/Defendant]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