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to Contractor of Claim by Subcontractor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NOTICE TO CONTRACTOR OF CLAIM BY SUBCONTRACTOR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 of contractor]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contractor]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You are hereby notified that I, [name], the owner of [brief description of property], have been served notice by [name of subcontractor] of [his/her/its] intention to file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claim for mechanic’s lien against the property in connection with work performed for which you are the general contractor.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that notice is attached.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Unless the subcontractor’s claim is paid in full within thirty days from service of this notice, or you furnish me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written statement of intention to dispute the claim, I shall pay the amount of the claim and deduct it from the amount due you under our contract of [date] or hold you personally liable for any resulting losses sustained by me.</w:t>
      </w:r>
    </w:p>
    <w:p>
      <w:pPr/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 [signature of owner]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