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State Court of Removal to Federal Court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NOTICE OF REMOVAL TO FEDERAL COURT</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JUDGE OF THIS COURT AND TO PLAINTIFF(S) [plaintiff name(s)], [DEFENDANT(S) (co-defendant name(s))], AND [HIS or HER or ITS or THEIR] ATTORNEY(S) OF RECORD: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defendant [removing defendant name] has, pursuant to federal law, filed with the clerk of the United States District Court for the [district name, e.g., Northern] District of Texas, [division name, e.g., Dallas] Division,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Removal,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to and filed with this document, and that this action is removed to United States District Court as of [date of removal]. This court is respectfully requested to proceed no further in this action, unless and until such time as the action may be remanded by order of the United States District Court.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[removing defendant name]</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above Notice of Removal to Federal Court has this day been served on the following [party/parties] by [manner of service (e.g., electronically by transmission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filing service provider for service through the state's electronic filing manager)]:</w:t>
      </w:r>
    </w:p>
    <w:p>
      <w:pPr>
        <w:keepNext w:val="0"/>
        <w:spacing w:before="200" w:after="0" w:line="260" w:lineRule="exact"/>
        <w:ind w:left="720" w:right="0" w:firstLine="0"/>
        <w:jc w:val="both"/>
      </w:pPr>
      <w:r>
        <w:rPr>
          <w:rFonts w:ascii="Times New Roman" w:hAnsi="Times New Roman" w:eastAsia="Times New Roman" w:cs="Times New Roman"/>
          <w:b w:val="0"/>
          <w:sz w:val="24"/>
        </w:rPr>
        <w:t>[counsel/party name(s), address(es), party designation(s)]</w:t>
      </w:r>
    </w:p>
    <w:p>
      <w:pPr>
        <w:keepNext w:val="0"/>
        <w:spacing w:before="200" w:after="0" w:line="260" w:lineRule="exact"/>
        <w:ind w:left="720" w:right="0" w:firstLine="0"/>
        <w:jc w:val="both"/>
      </w:pPr>
      <w:r>
        <w:rPr>
          <w:rFonts w:ascii="Times New Roman" w:hAnsi="Times New Roman" w:eastAsia="Times New Roman" w:cs="Times New Roman"/>
          <w:b w:val="0"/>
          <w:sz w:val="24"/>
        </w:rPr>
        <w:t>SIGNED: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Defendant [removing 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