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Notice to State Court of Removal to Federal Court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SUPERIOR COURT OF THE STATE OF WASHINGTON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FOR [county name] COUNTY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TO THE SUPERIOR COURT OF THE STATE OF WASHINGTON FOR [county name] COUNTY AND TO PLAINTIFF(S) [plaintiff name(s)], [DEFENDANT(S) (defendant name(s))], AND [HIS or HER or ITS or THEIR] ATTORNEY(S) OF RECORD: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NOTICE IS HEREBY GIVEN that Defendant [removing defendant name] has on [this date or specify other date] filed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notice of removal,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which is attached, in the Office of the Clerk of the United States District Court for the [district designation, e.g., Eastern] District of Washington, [division name, e.g., Spokane] Division.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[date]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name, if any]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_______________________________ (attorney signature)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[attorney name]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Washington State Bar Association No. [state bar I.D. number]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[phone number]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[e-mail address]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 for Defendant [removing defendant name]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