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Nurse Recommendation Letter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My name is ____________________ [Your Name] and proud to offer my recommendation of ____________________ [Nurse’s Name] to whom I have personally known for ___ years at ____________________ [Where You've Known the Nurse].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working relationship with </w:t>
      </w:r>
      <w:r>
        <w:rPr>
          <w:rFonts w:ascii="Times New Roman" w:hAnsi="Times New Roman" w:eastAsia="Times New Roman" w:cs="Times New Roman"/>
          <w:sz w:val="24"/>
        </w:rPr>
        <w:t>____________________ [Nurse’s Name]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____________________ [Nurse’s Name]</w:t>
      </w:r>
      <w:r>
        <w:rPr>
          <w:rFonts w:ascii="Times New Roman" w:hAnsi="Times New Roman" w:eastAsia="Times New Roman" w:cs="Times New Roman"/>
          <w:sz w:val="24"/>
        </w:rPr>
        <w:t xml:space="preserve"> is exceptionally gifted at making patients feel comfortable and always maintaining a positive atmosphere. It is without reservation that I recommend </w:t>
      </w:r>
      <w:r>
        <w:rPr>
          <w:rFonts w:ascii="Times New Roman" w:hAnsi="Times New Roman" w:eastAsia="Times New Roman" w:cs="Times New Roman"/>
          <w:sz w:val="24"/>
        </w:rPr>
        <w:t>____________________ [Nurse’s Name]</w:t>
      </w:r>
      <w:r>
        <w:rPr>
          <w:rFonts w:ascii="Times New Roman" w:hAnsi="Times New Roman" w:eastAsia="Times New Roman" w:cs="Times New Roman"/>
          <w:sz w:val="24"/>
        </w:rPr>
        <w:t xml:space="preserve"> for this nursing position.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 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Telephone </w:t>
      </w:r>
      <w:r>
        <w:rPr>
          <w:rFonts w:ascii="Times New Roman" w:hAnsi="Times New Roman" w:eastAsia="Times New Roman" w:cs="Times New Roman"/>
          <w:sz w:val="24"/>
        </w:rPr>
        <w:t>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E-Mail </w:t>
      </w:r>
      <w:r>
        <w:rPr>
          <w:rFonts w:ascii="Times New Roman" w:hAnsi="Times New Roman" w:eastAsia="Times New Roman" w:cs="Times New Roman"/>
          <w:sz w:val="24"/>
        </w:rPr>
        <w:t>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