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sz w:val="24"/>
        </w:rPr>
        <w:t>NURSE RESIGNATION LETTER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From: </w:t>
      </w:r>
      <w:r>
        <w:rPr>
          <w:rFonts w:ascii="Times New Roman" w:hAnsi="Times New Roman" w:eastAsia="Times New Roman" w:cs="Times New Roman"/>
          <w:b w:val="0"/>
          <w:sz w:val="24"/>
        </w:rPr>
        <w:t>[NAME OF SENDER]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Address: </w:t>
      </w:r>
      <w:r>
        <w:rPr>
          <w:rFonts w:ascii="Times New Roman" w:hAnsi="Times New Roman" w:eastAsia="Times New Roman" w:cs="Times New Roman"/>
          <w:b w:val="0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Phone: </w:t>
      </w: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br/>
        <w:t xml:space="preserve">E-Mail: </w:t>
      </w: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To: </w:t>
      </w: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Address: </w:t>
      </w:r>
      <w:r>
        <w:rPr>
          <w:rFonts w:ascii="Times New Roman" w:hAnsi="Times New Roman" w:eastAsia="Times New Roman" w:cs="Times New Roman"/>
          <w:b w:val="0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Phone: </w:t>
      </w: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br/>
        <w:t xml:space="preserve">E-Mail: </w:t>
      </w: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[NAME OF RECIPIENT]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before="0" w:after="0"/>
      </w:pPr>
    </w:p>
    <w:p>
      <w:pPr>
        <w:spacing w:before="0" w:after="0"/>
      </w:pP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This letter represents my official notice of resignation from my position as </w:t>
      </w:r>
      <w:r>
        <w:rPr>
          <w:rFonts w:ascii="Times New Roman" w:hAnsi="Times New Roman" w:eastAsia="Times New Roman" w:cs="Times New Roman"/>
          <w:sz w:val="24"/>
        </w:rPr>
        <w:t>Registered Nurse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with </w:t>
      </w:r>
      <w:r>
        <w:rPr>
          <w:rFonts w:ascii="Times New Roman" w:hAnsi="Times New Roman" w:eastAsia="Times New Roman" w:cs="Times New Roman"/>
          <w:b w:val="0"/>
          <w:sz w:val="24"/>
        </w:rPr>
        <w:t>[NAME OF HOSPITAL/ORGANIZATION]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 made final on the </w:t>
      </w:r>
      <w:r>
        <w:rPr>
          <w:rFonts w:ascii="Times New Roman" w:hAnsi="Times New Roman" w:eastAsia="Times New Roman" w:cs="Times New Roman"/>
          <w:b w:val="0"/>
          <w:sz w:val="24"/>
        </w:rPr>
        <w:t>[DAY]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day of </w:t>
      </w:r>
      <w:r>
        <w:rPr>
          <w:rFonts w:ascii="Times New Roman" w:hAnsi="Times New Roman" w:eastAsia="Times New Roman" w:cs="Times New Roman"/>
          <w:b w:val="0"/>
          <w:sz w:val="24"/>
        </w:rPr>
        <w:t>[MONTH]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 w:val="0"/>
          <w:sz w:val="24"/>
        </w:rPr>
        <w:t>[YEAR]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It has been with great pleasure to work alongside the caregivers and individuals at </w:t>
      </w:r>
      <w:r>
        <w:rPr>
          <w:rFonts w:ascii="Times New Roman" w:hAnsi="Times New Roman" w:eastAsia="Times New Roman" w:cs="Times New Roman"/>
          <w:b w:val="0"/>
          <w:sz w:val="24"/>
        </w:rPr>
        <w:t>[NAME OF ORGANIZATION/HOSPITAL]</w:t>
      </w:r>
      <w:r>
        <w:rPr>
          <w:rFonts w:ascii="Times New Roman" w:hAnsi="Times New Roman" w:eastAsia="Times New Roman" w:cs="Times New Roman"/>
          <w:b w:val="0"/>
          <w:sz w:val="24"/>
        </w:rPr>
        <w:t>, and I will always appreciate the experience, knowledge, and life lessons I gained during my time here.</w:t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/>
      <w:r>
        <w:rPr>
          <w:rFonts w:ascii="Times New Roman" w:hAnsi="Times New Roman" w:eastAsia="Times New Roman" w:cs="Times New Roman"/>
          <w:b w:val="0"/>
          <w:sz w:val="24"/>
        </w:rPr>
        <w:t>I hope the notice period is enough for you to find a replacement. Please let me know of any help I can provide to train or assist the person who will take over my position. I have already begun working with my team to delegate my shifts and responsibilities in case my successor does not start until after my departure.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____________________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Signature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[NAME OF SENDER]</w:t>
      </w: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Print Name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