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 LIMITED (SPECIAL) POWER OF ATTORNEY</w:t>
      </w:r>
    </w:p>
    <w:p>
      <w:pPr/>
    </w:p>
    <w:p>
      <w:pPr/>
    </w:p>
    <w:p>
      <w:pPr>
        <w:spacing w:before="0" w:after="0"/>
        <w:jc w:val="both"/>
      </w:pPr>
      <w:r>
        <w:rPr>
          <w:rFonts w:ascii="Times New Roman" w:hAnsi="Times New Roman" w:eastAsia="Times New Roman" w:cs="Times New Roman"/>
          <w:b/>
          <w:sz w:val="24"/>
        </w:rPr>
        <w:t>CAUTION TO THE PRINCIPAL:</w:t>
      </w:r>
    </w:p>
    <w:p>
      <w:pPr>
        <w:spacing w:before="0" w:after="0"/>
        <w:jc w:val="both"/>
      </w:pPr>
    </w:p>
    <w:p>
      <w:pPr>
        <w:spacing w:before="0" w:after="0"/>
        <w:jc w:val="both"/>
      </w:pPr>
      <w:r>
        <w:rPr>
          <w:rFonts w:ascii="Times New Roman" w:hAnsi="Times New Roman" w:eastAsia="Times New Roman" w:cs="Times New Roman"/>
          <w:sz w:val="24"/>
        </w:rPr>
        <w:t>Your Power of Attorney is an important document. As the "Principal," you may give the person whom you choose (your "Agent") authority to spend your money and sell or dispose of your property during your lifetime without telling you. You do not lose your authority to act even though you have given your Agent similar authority.</w:t>
      </w:r>
    </w:p>
    <w:p>
      <w:pPr>
        <w:spacing w:before="0" w:after="0"/>
        <w:jc w:val="both"/>
      </w:pPr>
    </w:p>
    <w:p>
      <w:pPr>
        <w:spacing w:before="0" w:after="0"/>
        <w:jc w:val="both"/>
      </w:pPr>
      <w:r>
        <w:rPr>
          <w:rFonts w:ascii="Times New Roman" w:hAnsi="Times New Roman" w:eastAsia="Times New Roman" w:cs="Times New Roman"/>
          <w:sz w:val="24"/>
        </w:rPr>
        <w:t>When your Agent exercises this authority, he or she must act according to any instructions you have provided or, where there are no specific instructions, in your best interest. "Important Information for the Agent" at the end of this document describes your Agent's responsibilities.</w:t>
      </w:r>
    </w:p>
    <w:p>
      <w:pPr>
        <w:spacing w:before="0" w:after="0"/>
        <w:jc w:val="both"/>
      </w:pPr>
    </w:p>
    <w:p>
      <w:pPr>
        <w:spacing w:before="0" w:after="0"/>
        <w:jc w:val="both"/>
      </w:pPr>
      <w:r>
        <w:rPr>
          <w:rFonts w:ascii="Times New Roman" w:hAnsi="Times New Roman" w:eastAsia="Times New Roman" w:cs="Times New Roman"/>
          <w:sz w:val="24"/>
        </w:rPr>
        <w:t>Your Agent can act on your behalf only after signing the Power of Attorney before a notary public.</w:t>
      </w:r>
    </w:p>
    <w:p>
      <w:pPr>
        <w:spacing w:before="0" w:after="0"/>
        <w:jc w:val="both"/>
      </w:pPr>
    </w:p>
    <w:p>
      <w:pPr>
        <w:spacing w:before="0" w:after="0"/>
        <w:jc w:val="both"/>
      </w:pPr>
      <w:r>
        <w:rPr>
          <w:rFonts w:ascii="Times New Roman" w:hAnsi="Times New Roman" w:eastAsia="Times New Roman" w:cs="Times New Roman"/>
          <w:sz w:val="24"/>
        </w:rPr>
        <w:t>You can request information from your Agent at any time. If you are revoking a prior Power of Attorney, you should provide written notice of the revocation to your prior Agent(s) and to any third parties who may have acted upon it, including the financial institutions where your accounts are located.</w:t>
      </w:r>
    </w:p>
    <w:p>
      <w:pPr>
        <w:spacing w:before="0" w:after="0"/>
        <w:jc w:val="both"/>
      </w:pPr>
    </w:p>
    <w:p>
      <w:pPr>
        <w:spacing w:before="0" w:after="0"/>
        <w:jc w:val="both"/>
      </w:pPr>
      <w:r>
        <w:rPr>
          <w:rFonts w:ascii="Times New Roman" w:hAnsi="Times New Roman" w:eastAsia="Times New Roman" w:cs="Times New Roman"/>
          <w:sz w:val="24"/>
        </w:rPr>
        <w:t>You can revoke or terminate your Power of Attorney at any time for any reason as long as you are of sound mind. If you are no longer of sound mind, a court can remove an Agent for acting improperly.</w:t>
      </w:r>
    </w:p>
    <w:p>
      <w:pPr>
        <w:spacing w:before="0" w:after="0"/>
        <w:jc w:val="both"/>
      </w:pPr>
    </w:p>
    <w:p>
      <w:pPr>
        <w:spacing w:before="0" w:after="0"/>
        <w:jc w:val="both"/>
      </w:pPr>
      <w:r>
        <w:rPr>
          <w:rFonts w:ascii="Times New Roman" w:hAnsi="Times New Roman" w:eastAsia="Times New Roman" w:cs="Times New Roman"/>
          <w:sz w:val="24"/>
        </w:rPr>
        <w:t>Your Agent cannot make health care decisions for you. You may execute a "Health Care Proxy" to do this.</w:t>
      </w:r>
    </w:p>
    <w:p>
      <w:pPr>
        <w:spacing w:before="0" w:after="0"/>
        <w:jc w:val="both"/>
      </w:pPr>
    </w:p>
    <w:p>
      <w:pPr>
        <w:spacing w:before="0" w:after="0"/>
        <w:jc w:val="both"/>
      </w:pPr>
      <w:r>
        <w:rPr>
          <w:rFonts w:ascii="Times New Roman" w:hAnsi="Times New Roman" w:eastAsia="Times New Roman" w:cs="Times New Roman"/>
          <w:sz w:val="24"/>
        </w:rPr>
        <w:t xml:space="preserve">The law governing Powers of Attorney is contained in the New York General Obligations Law, Article 5, Title 15. This law is available at a law library, or online through the New York State Senate or Assembly websites, </w:t>
      </w:r>
      <w:r>
        <w:rPr>
          <w:rFonts w:ascii="Times New Roman" w:hAnsi="Times New Roman" w:eastAsia="Times New Roman" w:cs="Times New Roman"/>
          <w:sz w:val="24"/>
        </w:rPr>
        <w:t>www.nysenate.gov</w:t>
      </w:r>
      <w:r>
        <w:rPr>
          <w:rFonts w:ascii="Times New Roman" w:hAnsi="Times New Roman" w:eastAsia="Times New Roman" w:cs="Times New Roman"/>
          <w:sz w:val="24"/>
        </w:rPr>
        <w:t xml:space="preserve"> or </w:t>
      </w:r>
      <w:r>
        <w:rPr>
          <w:rFonts w:ascii="Times New Roman" w:hAnsi="Times New Roman" w:eastAsia="Times New Roman" w:cs="Times New Roman"/>
          <w:sz w:val="24"/>
        </w:rPr>
        <w:t>www.nyassembly.gov</w:t>
      </w:r>
      <w:r>
        <w:rPr>
          <w:rFonts w:ascii="Times New Roman" w:hAnsi="Times New Roman" w:eastAsia="Times New Roman" w:cs="Times New Roman"/>
          <w:sz w:val="24"/>
        </w:rPr>
        <w:t>.</w:t>
      </w:r>
    </w:p>
    <w:p>
      <w:pPr>
        <w:spacing w:before="0" w:after="0"/>
        <w:jc w:val="both"/>
      </w:pPr>
    </w:p>
    <w:p>
      <w:pPr>
        <w:spacing w:before="0" w:after="0"/>
        <w:jc w:val="both"/>
      </w:pPr>
      <w:r>
        <w:rPr>
          <w:rFonts w:ascii="Times New Roman" w:hAnsi="Times New Roman" w:eastAsia="Times New Roman" w:cs="Times New Roman"/>
          <w:sz w:val="24"/>
        </w:rPr>
        <w:t>If there is anything about this document that you do not understand, you should ask a lawyer of your own choosing to explain it to you.</w:t>
      </w:r>
    </w:p>
    <w:p>
      <w:pPr/>
    </w:p>
    <w:p>
      <w:pPr>
        <w:spacing w:before="0" w:after="0" w:line="276" w:lineRule="auto"/>
        <w:jc w:val="center"/>
      </w:pPr>
      <w:r>
        <w:rPr>
          <w:rFonts w:ascii="Times New Roman" w:hAnsi="Times New Roman" w:eastAsia="Times New Roman" w:cs="Times New Roman"/>
          <w:b/>
          <w:sz w:val="24"/>
        </w:rPr>
        <w:t>DESIGNATION OF AGENT(S)</w:t>
      </w:r>
    </w:p>
    <w:p>
      <w:pPr>
        <w:spacing w:line="276" w:lineRule="auto"/>
      </w:pPr>
    </w:p>
    <w:p>
      <w:pPr>
        <w:spacing w:line="276" w:lineRule="auto"/>
      </w:pPr>
      <w:r>
        <w:rPr>
          <w:rFonts w:ascii="Times New Roman" w:hAnsi="Times New Roman" w:eastAsia="Times New Roman" w:cs="Times New Roman"/>
          <w:b/>
          <w:sz w:val="24"/>
        </w:rPr>
        <w:tab/>
        <w:t>Name and Address of Principal</w:t>
      </w:r>
    </w:p>
    <w:p>
      <w:pPr>
        <w:spacing w:line="276" w:lineRule="auto"/>
      </w:pPr>
    </w:p>
    <w:p>
      <w:pPr>
        <w:spacing w:line="276" w:lineRule="auto"/>
      </w:pPr>
      <w:r>
        <w:rPr>
          <w:rFonts w:ascii="Times New Roman" w:hAnsi="Times New Roman" w:eastAsia="Times New Roman" w:cs="Times New Roman"/>
          <w:b/>
          <w:sz w:val="24"/>
        </w:rPr>
        <w:tab/>
        <w:t>Name(s) and Address(es) of Agent(s)</w:t>
      </w:r>
    </w:p>
    <w:p>
      <w:pPr>
        <w:spacing w:line="276" w:lineRule="auto"/>
      </w:pPr>
    </w:p>
    <w:p>
      <w:pPr>
        <w:spacing w:before="0" w:after="240"/>
        <w:jc w:val="both"/>
      </w:pPr>
      <w:r>
        <w:rPr>
          <w:rFonts w:ascii="Times New Roman" w:hAnsi="Times New Roman" w:eastAsia="Times New Roman" w:cs="Times New Roman"/>
          <w:sz w:val="24"/>
        </w:rPr>
        <w:t>If you designate more than one Agent above, and you do not initial the statement below, they must act together.</w:t>
      </w:r>
    </w:p>
    <w:p>
      <w:pPr/>
    </w:p>
    <w:p>
      <w:pPr>
        <w:spacing w:line="276" w:lineRule="auto"/>
        <w:jc w:val="center"/>
      </w:pPr>
      <w:r>
        <w:rPr>
          <w:rFonts w:ascii="Times New Roman" w:hAnsi="Times New Roman" w:eastAsia="Times New Roman" w:cs="Times New Roman"/>
          <w:b/>
          <w:sz w:val="24"/>
        </w:rPr>
        <w:t>DESIGNATION OF SUCCESSOR AGENT(S) (OPTIONAL)</w:t>
      </w:r>
    </w:p>
    <w:p>
      <w:pPr>
        <w:spacing w:line="276" w:lineRule="auto"/>
      </w:pPr>
    </w:p>
    <w:p>
      <w:pPr>
        <w:spacing w:before="0" w:after="0"/>
        <w:jc w:val="both"/>
      </w:pPr>
      <w:r>
        <w:rPr>
          <w:rFonts w:ascii="Times New Roman" w:hAnsi="Times New Roman" w:eastAsia="Times New Roman" w:cs="Times New Roman"/>
          <w:sz w:val="24"/>
        </w:rPr>
        <w:t>If any Agent designated above is unable or unwilling to serve, I appoint as my successor agent(s):</w:t>
      </w:r>
    </w:p>
    <w:p>
      <w:pPr>
        <w:spacing w:before="0" w:after="0"/>
        <w:jc w:val="both"/>
      </w:pPr>
    </w:p>
    <w:p>
      <w:pPr>
        <w:spacing w:line="276" w:lineRule="auto"/>
      </w:pPr>
      <w:r>
        <w:rPr>
          <w:rFonts w:ascii="Times New Roman" w:hAnsi="Times New Roman" w:eastAsia="Times New Roman" w:cs="Times New Roman"/>
          <w:b/>
          <w:sz w:val="24"/>
        </w:rPr>
        <w:tab/>
        <w:t>Name(s) and Address(es) of Successor Agent(s)</w:t>
      </w:r>
    </w:p>
    <w:p>
      <w:pPr>
        <w:spacing w:line="276" w:lineRule="auto"/>
      </w:pPr>
    </w:p>
    <w:p>
      <w:pPr>
        <w:spacing w:before="0" w:after="240"/>
        <w:jc w:val="both"/>
      </w:pPr>
      <w:r>
        <w:rPr>
          <w:rFonts w:ascii="Times New Roman" w:hAnsi="Times New Roman" w:eastAsia="Times New Roman" w:cs="Times New Roman"/>
          <w:sz w:val="24"/>
        </w:rPr>
        <w:t>If you do not initial the statement below, Successor Agents designated above must act together.</w:t>
      </w:r>
    </w:p>
    <w:p>
      <w:pPr>
        <w:spacing w:line="276" w:lineRule="auto"/>
      </w:pPr>
    </w:p>
    <w:p>
      <w:pPr>
        <w:spacing w:line="276" w:lineRule="auto"/>
        <w:jc w:val="both"/>
      </w:pPr>
      <w:r>
        <w:rPr>
          <w:rFonts w:ascii="Times New Roman" w:hAnsi="Times New Roman" w:eastAsia="Times New Roman" w:cs="Times New Roman"/>
          <w:sz w:val="24"/>
        </w:rPr>
        <w:t xml:space="preserve">You may provide for specific succession rules in this section. Insert specific succession provisions here: </w:t>
      </w:r>
    </w:p>
    <w:p>
      <w:pPr>
        <w:spacing w:line="276" w:lineRule="auto"/>
        <w:jc w:val="both"/>
      </w:pPr>
    </w:p>
    <w:p>
      <w:pPr>
        <w:spacing w:line="360" w:lineRule="auto"/>
      </w:pPr>
    </w:p>
    <w:p>
      <w:pPr>
        <w:jc w:val="center"/>
      </w:pPr>
      <w:r>
        <w:rPr>
          <w:rFonts w:ascii="Times New Roman" w:hAnsi="Times New Roman" w:eastAsia="Times New Roman" w:cs="Times New Roman"/>
          <w:b/>
          <w:sz w:val="24"/>
        </w:rPr>
        <w:t>EFFECTIVE DATE AND TERMINATION</w:t>
      </w:r>
    </w:p>
    <w:p>
      <w:pPr>
        <w:spacing w:line="276" w:lineRule="auto"/>
      </w:pPr>
    </w:p>
    <w:p>
      <w:pPr>
        <w:spacing w:before="0" w:after="240"/>
        <w:jc w:val="both"/>
      </w:pPr>
      <w:r>
        <w:rPr>
          <w:rFonts w:ascii="Times New Roman" w:hAnsi="Times New Roman" w:eastAsia="Times New Roman" w:cs="Times New Roman"/>
          <w:sz w:val="24"/>
        </w:rPr>
        <w:t xml:space="preserve">To indicate when this Power of Attorney shall become effective, initial </w:t>
      </w:r>
      <w:r>
        <w:rPr>
          <w:rFonts w:ascii="Times New Roman" w:hAnsi="Times New Roman" w:eastAsia="Times New Roman" w:cs="Times New Roman"/>
          <w:b/>
          <w:sz w:val="24"/>
        </w:rPr>
        <w:t>ONE</w:t>
      </w:r>
      <w:r>
        <w:rPr>
          <w:rFonts w:ascii="Times New Roman" w:hAnsi="Times New Roman" w:eastAsia="Times New Roman" w:cs="Times New Roman"/>
          <w:sz w:val="24"/>
        </w:rPr>
        <w:t xml:space="preserve"> of the following:</w:t>
      </w:r>
    </w:p>
    <w:p>
      <w:pPr>
        <w:spacing w:line="276" w:lineRule="auto"/>
      </w:pPr>
    </w:p>
    <w:p>
      <w:pPr>
        <w:spacing w:before="0" w:after="240"/>
        <w:jc w:val="both"/>
      </w:pPr>
      <w:r>
        <w:rPr>
          <w:rFonts w:ascii="Times New Roman" w:hAnsi="Times New Roman" w:eastAsia="Times New Roman" w:cs="Times New Roman"/>
          <w:sz w:val="24"/>
        </w:rPr>
        <w:t xml:space="preserve">To indicate when this Power of Attorney shall terminate, initial </w:t>
      </w:r>
      <w:r>
        <w:rPr>
          <w:rFonts w:ascii="Times New Roman" w:hAnsi="Times New Roman" w:eastAsia="Times New Roman" w:cs="Times New Roman"/>
          <w:b/>
          <w:sz w:val="24"/>
        </w:rPr>
        <w:t>ALL</w:t>
      </w:r>
      <w:r>
        <w:rPr>
          <w:rFonts w:ascii="Times New Roman" w:hAnsi="Times New Roman" w:eastAsia="Times New Roman" w:cs="Times New Roman"/>
          <w:sz w:val="24"/>
        </w:rPr>
        <w:t xml:space="preserve"> of the following that apply:</w:t>
      </w:r>
    </w:p>
    <w:p>
      <w:pPr/>
    </w:p>
    <w:p>
      <w:pPr>
        <w:spacing w:line="276" w:lineRule="auto"/>
        <w:jc w:val="both"/>
      </w:pPr>
      <w:r>
        <w:rPr>
          <w:rFonts w:ascii="Times New Roman" w:hAnsi="Times New Roman" w:eastAsia="Times New Roman" w:cs="Times New Roman"/>
          <w:b/>
          <w:sz w:val="24"/>
        </w:rPr>
        <w:t>THIS POWER OF ATTORNEY DOES NOT REVOKE</w:t>
      </w:r>
      <w:r>
        <w:rPr>
          <w:rFonts w:ascii="Times New Roman" w:hAnsi="Times New Roman" w:eastAsia="Times New Roman" w:cs="Times New Roman"/>
          <w:sz w:val="24"/>
        </w:rPr>
        <w:t xml:space="preserve"> any Powers of Attorney previously executed by me unless I have stated otherwise below, under "Modifications."</w:t>
      </w:r>
    </w:p>
    <w:p>
      <w:pPr/>
    </w:p>
    <w:p>
      <w:pPr>
        <w:spacing w:before="0" w:after="0"/>
      </w:pPr>
    </w:p>
    <w:p>
      <w:pPr>
        <w:spacing w:line="276" w:lineRule="auto"/>
        <w:jc w:val="center"/>
      </w:pPr>
      <w:r>
        <w:rPr>
          <w:rFonts w:ascii="Times New Roman" w:hAnsi="Times New Roman" w:eastAsia="Times New Roman" w:cs="Times New Roman"/>
          <w:b/>
          <w:sz w:val="24"/>
        </w:rPr>
        <w:t>GRANT OF AUTHORITY</w:t>
      </w:r>
    </w:p>
    <w:p>
      <w:pPr>
        <w:spacing w:line="276" w:lineRule="auto"/>
        <w:jc w:val="both"/>
      </w:pPr>
    </w:p>
    <w:p>
      <w:pPr>
        <w:spacing w:line="276" w:lineRule="auto"/>
        <w:jc w:val="both"/>
      </w:pPr>
      <w:r>
        <w:rPr>
          <w:rFonts w:ascii="Times New Roman" w:hAnsi="Times New Roman" w:eastAsia="Times New Roman" w:cs="Times New Roman"/>
          <w:sz w:val="24"/>
        </w:rPr>
        <w:t>I grant authority to my Agent(s) with respect to the following subject as defined in sections 5-1502A through 5-1502N of the New York General Obligations Law:</w:t>
      </w:r>
    </w:p>
    <w:p>
      <w:pPr>
        <w:spacing w:line="276" w:lineRule="auto"/>
        <w:jc w:val="both"/>
      </w:pPr>
    </w:p>
    <w:p>
      <w:pPr>
        <w:spacing w:before="0" w:after="0" w:line="276" w:lineRule="auto"/>
      </w:pPr>
    </w:p>
    <w:p>
      <w:pPr>
        <w:spacing w:before="0" w:after="0" w:line="276" w:lineRule="auto"/>
        <w:jc w:val="center"/>
      </w:pPr>
      <w:r>
        <w:rPr>
          <w:rFonts w:ascii="Times New Roman" w:hAnsi="Times New Roman" w:eastAsia="Times New Roman" w:cs="Times New Roman"/>
          <w:b/>
          <w:sz w:val="24"/>
        </w:rPr>
        <w:t>MODIFICATIONS (OPTIONAL)</w:t>
      </w:r>
    </w:p>
    <w:p>
      <w:pPr>
        <w:spacing w:before="0" w:after="0" w:line="276" w:lineRule="auto"/>
      </w:pPr>
    </w:p>
    <w:p>
      <w:pPr>
        <w:spacing w:before="0" w:after="0" w:line="276" w:lineRule="auto"/>
        <w:jc w:val="both"/>
      </w:pPr>
      <w:r>
        <w:rPr>
          <w:rFonts w:ascii="Times New Roman" w:hAnsi="Times New Roman" w:eastAsia="Times New Roman" w:cs="Times New Roman"/>
          <w:sz w:val="24"/>
        </w:rPr>
        <w:t xml:space="preserve">In this section, you may make additional provisions, including, but not limited to, language to limit or supplement authority granted to your </w:t>
      </w:r>
      <w:r>
        <w:rPr>
          <w:rFonts w:ascii="Times New Roman" w:hAnsi="Times New Roman" w:eastAsia="Times New Roman" w:cs="Times New Roman"/>
          <w:sz w:val="24"/>
        </w:rPr>
        <w:t>Agent(s)</w:t>
      </w:r>
      <w:r>
        <w:rPr>
          <w:rFonts w:ascii="Times New Roman" w:hAnsi="Times New Roman" w:eastAsia="Times New Roman" w:cs="Times New Roman"/>
          <w:sz w:val="24"/>
        </w:rPr>
        <w:t xml:space="preserve">, language to grant your Agent(s) the specific authority to make gifts to himself or herself, and/or language to grant your Agent(s) the specific authority to make other gift transactions and/or changes to interests in your property. Your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 xml:space="preserve">is entitled to be reimbursed from your assets for reasonable expenses incurred on your behalf. In this section, you may make additional provisions if you ALSO wish your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to be compensated from your assets for services rendered on your behalf, and you may define "reasonable compensation."</w:t>
      </w:r>
    </w:p>
    <w:p>
      <w:pPr>
        <w:spacing w:before="0" w:after="0" w:line="276" w:lineRule="auto"/>
        <w:jc w:val="both"/>
      </w:pPr>
    </w:p>
    <w:p>
      <w:pPr>
        <w:spacing w:line="276" w:lineRule="auto"/>
      </w:pPr>
    </w:p>
    <w:p>
      <w:pPr>
        <w:spacing w:line="276" w:lineRule="auto"/>
        <w:jc w:val="center"/>
      </w:pPr>
      <w:r>
        <w:rPr>
          <w:rFonts w:ascii="Times New Roman" w:hAnsi="Times New Roman" w:eastAsia="Times New Roman" w:cs="Times New Roman"/>
          <w:b/>
          <w:sz w:val="24"/>
        </w:rPr>
        <w:t>DESIGNATION OF MONITOR(S) (OPTIONAL)</w:t>
      </w:r>
    </w:p>
    <w:p>
      <w:pPr>
        <w:spacing w:line="276" w:lineRule="auto"/>
      </w:pPr>
    </w:p>
    <w:p>
      <w:pPr>
        <w:spacing w:before="0" w:after="240"/>
      </w:pPr>
      <w:r>
        <w:rPr>
          <w:rFonts w:ascii="Times New Roman" w:hAnsi="Times New Roman" w:eastAsia="Times New Roman" w:cs="Times New Roman"/>
          <w:sz w:val="24"/>
        </w:rPr>
        <w:t>If you wish to appoint monitor(s), initial and fill in the section below.</w:t>
      </w:r>
    </w:p>
    <w:p>
      <w:pPr>
        <w:spacing w:line="276" w:lineRule="auto"/>
      </w:pPr>
    </w:p>
    <w:p>
      <w:pPr>
        <w:spacing w:line="276" w:lineRule="auto"/>
      </w:pPr>
      <w:r>
        <w:rPr>
          <w:rFonts w:ascii="Times New Roman" w:hAnsi="Times New Roman" w:eastAsia="Times New Roman" w:cs="Times New Roman"/>
          <w:b/>
          <w:sz w:val="24"/>
        </w:rPr>
        <w:tab/>
        <w:t>Name(s) and Address(es) of Monitor(s)</w:t>
      </w:r>
    </w:p>
    <w:p>
      <w:pPr>
        <w:spacing w:line="276" w:lineRule="auto"/>
      </w:pPr>
    </w:p>
    <w:p>
      <w:pPr>
        <w:spacing w:line="276" w:lineRule="auto"/>
        <w:jc w:val="both"/>
      </w:pPr>
      <w:r>
        <w:rPr>
          <w:rFonts w:ascii="Times New Roman" w:hAnsi="Times New Roman" w:eastAsia="Times New Roman" w:cs="Times New Roman"/>
          <w:sz w:val="24"/>
        </w:rPr>
        <w:t>Upon the request of the Monitor(s), my Agent(s) must provide the Monitor(s) with a copy of the Power of Attorney and a record of all transactions done or made on my behalf. Third parties holding records of such transactions shall provide the records to the Monitor(s) upon request.</w:t>
      </w:r>
    </w:p>
    <w:p>
      <w:pPr>
        <w:spacing w:line="276" w:lineRule="auto"/>
      </w:pPr>
    </w:p>
    <w:p>
      <w:pPr>
        <w:spacing w:line="276" w:lineRule="auto"/>
        <w:jc w:val="center"/>
      </w:pPr>
      <w:r>
        <w:rPr>
          <w:rFonts w:ascii="Times New Roman" w:hAnsi="Times New Roman" w:eastAsia="Times New Roman" w:cs="Times New Roman"/>
          <w:b/>
          <w:sz w:val="24"/>
        </w:rPr>
        <w:t>COMPENSATION OF AGENT(S)</w:t>
      </w:r>
    </w:p>
    <w:p>
      <w:pPr>
        <w:spacing w:line="276" w:lineRule="auto"/>
      </w:pPr>
    </w:p>
    <w:p>
      <w:pPr>
        <w:spacing w:before="0" w:after="240" w:line="276" w:lineRule="auto"/>
        <w:jc w:val="both"/>
      </w:pP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 xml:space="preserve">is entitled to be reimbursed from your assets for reasonable expenses incurred on your behalf. If you ALSO wish your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to be compensated from your assets for services rendered on your behalf, and/or you wish to define "reasonable compensation," you may do so above, under "Modifications."</w:t>
      </w:r>
    </w:p>
    <w:p>
      <w:pPr/>
    </w:p>
    <w:p>
      <w:pPr>
        <w:spacing w:line="276" w:lineRule="auto"/>
        <w:jc w:val="center"/>
      </w:pPr>
      <w:r>
        <w:rPr>
          <w:rFonts w:ascii="Times New Roman" w:hAnsi="Times New Roman" w:eastAsia="Times New Roman" w:cs="Times New Roman"/>
          <w:b/>
          <w:sz w:val="24"/>
        </w:rPr>
        <w:t>ACCEPTANCE BY THIRD PARTIES</w:t>
      </w:r>
    </w:p>
    <w:p>
      <w:pPr>
        <w:spacing w:line="276" w:lineRule="auto"/>
        <w:jc w:val="both"/>
      </w:pPr>
    </w:p>
    <w:p>
      <w:pPr>
        <w:spacing w:line="276" w:lineRule="auto"/>
        <w:jc w:val="both"/>
      </w:pPr>
      <w:r>
        <w:rPr>
          <w:rFonts w:ascii="Times New Roman" w:hAnsi="Times New Roman" w:eastAsia="Times New Roman" w:cs="Times New Roman"/>
          <w:sz w:val="24"/>
        </w:rPr>
        <w:t>I agree to indemnify the third party for any claims that may arise against the third party because of reliance on this Power of Attorney. I understand that any termination of this Power of Attorney, whether the result of my revocation of the Power of Attorney or otherwise, is not effective as to a third party until the third party has actual notice or knowledge of the termination.</w:t>
      </w:r>
    </w:p>
    <w:p>
      <w:pPr>
        <w:spacing w:line="276" w:lineRule="auto"/>
        <w:jc w:val="both"/>
      </w:pPr>
    </w:p>
    <w:p>
      <w:pPr>
        <w:jc w:val="center"/>
      </w:pPr>
      <w:r>
        <w:rPr>
          <w:rFonts w:ascii="Times New Roman" w:hAnsi="Times New Roman" w:eastAsia="Times New Roman" w:cs="Times New Roman"/>
          <w:b/>
          <w:sz w:val="24"/>
        </w:rPr>
        <w:t>SIGNATURE AND ACKNOWLEDGMENT</w:t>
      </w:r>
    </w:p>
    <w:p>
      <w:pPr>
        <w:spacing w:line="276" w:lineRule="auto"/>
      </w:pPr>
    </w:p>
    <w:p>
      <w:pPr>
        <w:spacing w:line="276" w:lineRule="auto"/>
      </w:pPr>
      <w:r>
        <w:rPr>
          <w:rFonts w:ascii="Times New Roman" w:hAnsi="Times New Roman" w:eastAsia="Times New Roman" w:cs="Times New Roman"/>
          <w:sz w:val="24"/>
        </w:rPr>
        <w:t xml:space="preserve">IN WITNESS WHEREOF, I have hereunto signed my name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line="276" w:lineRule="auto"/>
      </w:pPr>
    </w:p>
    <w:p>
      <w:pPr>
        <w:spacing w:line="276" w:lineRule="auto"/>
      </w:pPr>
    </w:p>
    <w:p>
      <w:pPr>
        <w:spacing w:line="276" w:lineRule="auto"/>
      </w:pPr>
      <w:r>
        <w:rPr>
          <w:rFonts w:ascii="Times New Roman" w:hAnsi="Times New Roman" w:eastAsia="Times New Roman" w:cs="Times New Roman"/>
          <w:sz w:val="24"/>
        </w:rPr>
        <w:tab/>
        <w:t>Principal’s Signature</w:t>
        <w:tab/>
        <w:t>Full Name of Principal</w:t>
      </w:r>
    </w:p>
    <w:p>
      <w:pPr>
        <w:spacing w:line="276" w:lineRule="auto"/>
      </w:pPr>
    </w:p>
    <w:p>
      <w:pPr>
        <w:spacing w:line="276" w:lineRule="auto"/>
      </w:pPr>
    </w:p>
    <w:p>
      <w:pPr>
        <w:spacing w:line="276" w:lineRule="auto"/>
      </w:pPr>
      <w:r>
        <w:rPr>
          <w:rFonts w:ascii="Times New Roman" w:hAnsi="Times New Roman" w:eastAsia="Times New Roman" w:cs="Times New Roman"/>
          <w:b/>
          <w:sz w:val="24"/>
        </w:rPr>
        <w:t>NOTARY ACKNOWLEDGMENT OF PRINCIPAL'S SIGNATURE:</w:t>
      </w:r>
    </w:p>
    <w:p>
      <w:pPr>
        <w:spacing w:line="276" w:lineRule="auto"/>
      </w:pPr>
    </w:p>
    <w:p>
      <w:pPr>
        <w:spacing w:line="276" w:lineRule="auto"/>
      </w:pPr>
    </w:p>
    <w:p>
      <w:pPr>
        <w:spacing w:line="276" w:lineRule="auto"/>
      </w:pPr>
    </w:p>
    <w:p>
      <w:pPr>
        <w:spacing w:line="276" w:lineRule="auto"/>
      </w:pPr>
    </w:p>
    <w:p>
      <w:pPr>
        <w:spacing w:line="276" w:lineRule="auto"/>
        <w:jc w:val="both"/>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in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the undersigned notary public, personally appeared </w:t>
      </w:r>
      <w:r>
        <w:rPr>
          <w:rFonts w:ascii="Times New Roman" w:hAnsi="Times New Roman" w:eastAsia="Times New Roman" w:cs="Times New Roman"/>
          <w:sz w:val="24"/>
        </w:rPr>
        <w:t>[PRINCIPAL'S NAME]</w:t>
      </w:r>
      <w:r>
        <w:rPr>
          <w:rFonts w:ascii="Times New Roman" w:hAnsi="Times New Roman" w:eastAsia="Times New Roman" w:cs="Times New Roman"/>
          <w:sz w:val="24"/>
        </w:rPr>
        <w:t>,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or entity upon behalf of which the individual acted, executed the instrument.</w:t>
      </w:r>
    </w:p>
    <w:p>
      <w:pPr>
        <w:spacing w:line="276" w:lineRule="auto"/>
      </w:pPr>
    </w:p>
    <w:p>
      <w:pPr>
        <w:spacing w:line="276" w:lineRule="auto"/>
      </w:pPr>
      <w:r>
        <w:rPr>
          <w:rFonts w:ascii="Times New Roman" w:hAnsi="Times New Roman" w:eastAsia="Times New Roman" w:cs="Times New Roman"/>
          <w:sz w:val="24"/>
        </w:rPr>
        <w:tab/>
        <w:t>Notary Public Signature</w:t>
        <w:tab/>
        <w:t>Notary Printed Name</w:t>
      </w:r>
    </w:p>
    <w:p>
      <w:pPr>
        <w:spacing w:line="276" w:lineRule="auto"/>
      </w:pPr>
    </w:p>
    <w:p>
      <w:pPr>
        <w:spacing w:line="276" w:lineRule="auto"/>
      </w:pPr>
      <w:r>
        <w:rPr>
          <w:rFonts w:ascii="Times New Roman" w:hAnsi="Times New Roman" w:eastAsia="Times New Roman" w:cs="Times New Roman"/>
          <w:sz w:val="24"/>
        </w:rPr>
        <w:tab/>
        <w:t>Title or Office</w:t>
        <w:tab/>
        <w:t>My Commission Expires</w:t>
      </w:r>
    </w:p>
    <w:p>
      <w:pPr>
        <w:spacing w:line="276" w:lineRule="auto"/>
      </w:pPr>
      <w:r>
        <w:rPr>
          <w:rFonts w:ascii="Times New Roman" w:hAnsi="Times New Roman" w:eastAsia="Times New Roman" w:cs="Times New Roman"/>
          <w:b/>
          <w:sz w:val="24"/>
        </w:rPr>
        <w:t>SIGNATURES OF SUBSCRIBING WITNESSES:</w:t>
      </w:r>
    </w:p>
    <w:p>
      <w:pPr>
        <w:spacing w:line="276" w:lineRule="auto"/>
      </w:pPr>
    </w:p>
    <w:p>
      <w:pPr>
        <w:spacing w:line="276" w:lineRule="auto"/>
        <w:jc w:val="both"/>
      </w:pPr>
      <w:r>
        <w:rPr>
          <w:rFonts w:ascii="Times New Roman" w:hAnsi="Times New Roman" w:eastAsia="Times New Roman" w:cs="Times New Roman"/>
          <w:sz w:val="24"/>
        </w:rPr>
        <w:t>By signing as a witness, I acknowledge that the Principal signed the Power of Attorney in my presence and in the presence of the other witness, or that the Principal acknowledged to me that the Principal's signature was affixed by him or her or at his or her direction. I also acknowledge that the Principal has stated that this Power of Attorney reflects his or her wishes and that he or she has signed it voluntarily. I am not named herein as an Agent or as a permissible recipient of gifts.</w:t>
      </w:r>
    </w:p>
    <w:p>
      <w:pPr>
        <w:spacing w:line="276" w:lineRule="auto"/>
      </w:pPr>
    </w:p>
    <w:p>
      <w:pPr>
        <w:spacing w:line="276" w:lineRule="auto"/>
      </w:pPr>
    </w:p>
    <w:p>
      <w:pPr>
        <w:spacing w:line="235" w:lineRule="exact"/>
      </w:pPr>
      <w:r>
        <w:rPr>
          <w:rFonts w:ascii="Times New Roman" w:hAnsi="Times New Roman" w:eastAsia="Times New Roman" w:cs="Times New Roman"/>
          <w:sz w:val="24"/>
        </w:rPr>
        <w:tab/>
      </w:r>
      <w:r>
        <w:rPr>
          <w:rFonts w:ascii="Times New Roman" w:hAnsi="Times New Roman" w:eastAsia="Times New Roman" w:cs="Times New Roman"/>
          <w:b/>
          <w:sz w:val="24"/>
        </w:rPr>
        <w:t>FIRST WITNESS</w:t>
      </w:r>
      <w:r>
        <w:rPr>
          <w:rFonts w:ascii="Times New Roman" w:hAnsi="Times New Roman" w:eastAsia="Times New Roman" w:cs="Times New Roman"/>
          <w:sz w:val="24"/>
        </w:rPr>
        <w:tab/>
      </w:r>
      <w:r>
        <w:rPr>
          <w:rFonts w:ascii="Times New Roman" w:hAnsi="Times New Roman" w:eastAsia="Times New Roman" w:cs="Times New Roman"/>
          <w:b/>
          <w:sz w:val="24"/>
        </w:rPr>
        <w:t>SECOND WITNESS</w:t>
      </w:r>
    </w:p>
    <w:p>
      <w:pPr>
        <w:spacing w:line="235" w:lineRule="exact"/>
      </w:pPr>
    </w:p>
    <w:p>
      <w:pPr>
        <w:spacing w:line="235" w:lineRule="exact"/>
      </w:pPr>
      <w:r>
        <w:rPr>
          <w:rFonts w:ascii="Times New Roman" w:hAnsi="Times New Roman" w:eastAsia="Times New Roman" w:cs="Times New Roman"/>
          <w:b/>
          <w:sz w:val="24"/>
        </w:rPr>
        <w:tab/>
        <w:t>Print Name</w:t>
        <w:tab/>
        <w:t>Print Name</w:t>
      </w:r>
    </w:p>
    <w:p>
      <w:pPr>
        <w:spacing w:line="235" w:lineRule="exact"/>
      </w:pPr>
      <w:r>
        <w:rPr>
          <w:rFonts w:ascii="Times New Roman" w:hAnsi="Times New Roman" w:eastAsia="Times New Roman" w:cs="Times New Roman"/>
          <w:b/>
          <w:sz w:val="24"/>
        </w:rPr>
        <w:tab/>
        <w:t>Address</w:t>
        <w:tab/>
        <w:t>Address</w:t>
      </w:r>
    </w:p>
    <w:p>
      <w:pPr>
        <w:spacing w:line="235" w:lineRule="exact"/>
      </w:pPr>
      <w:r>
        <w:rPr>
          <w:rFonts w:ascii="Times New Roman" w:hAnsi="Times New Roman" w:eastAsia="Times New Roman" w:cs="Times New Roman"/>
          <w:b/>
          <w:sz w:val="24"/>
        </w:rPr>
        <w:tab/>
        <w:t>City &amp; State</w:t>
        <w:tab/>
        <w:t>City &amp; State</w:t>
      </w:r>
    </w:p>
    <w:p>
      <w:pPr>
        <w:spacing w:line="235" w:lineRule="exact"/>
      </w:pPr>
    </w:p>
    <w:p>
      <w:pPr>
        <w:spacing w:line="235" w:lineRule="exact"/>
      </w:pPr>
    </w:p>
    <w:p>
      <w:pPr>
        <w:spacing w:line="235" w:lineRule="exact"/>
      </w:pPr>
      <w:r>
        <w:rPr>
          <w:rFonts w:ascii="Times New Roman" w:hAnsi="Times New Roman" w:eastAsia="Times New Roman" w:cs="Times New Roman"/>
          <w:b/>
          <w:sz w:val="24"/>
        </w:rPr>
        <w:tab/>
        <w:t>Signature of First Witness</w:t>
        <w:tab/>
        <w:t>Signature of Second Witness</w:t>
      </w:r>
    </w:p>
    <w:p>
      <w:pPr>
        <w:spacing w:line="235" w:lineRule="exact"/>
      </w:pPr>
      <w:r>
        <w:rPr>
          <w:rFonts w:ascii="Times New Roman" w:hAnsi="Times New Roman" w:eastAsia="Times New Roman" w:cs="Times New Roman"/>
          <w:b/>
          <w:sz w:val="24"/>
        </w:rPr>
        <w:tab/>
        <w:t>Date</w:t>
        <w:tab/>
        <w:t>Date</w:t>
      </w:r>
    </w:p>
    <w:p>
      <w:pPr>
        <w:spacing w:line="276" w:lineRule="auto"/>
        <w:jc w:val="center"/>
      </w:pPr>
      <w:r>
        <w:rPr>
          <w:rFonts w:ascii="Times New Roman" w:hAnsi="Times New Roman" w:eastAsia="Times New Roman" w:cs="Times New Roman"/>
          <w:b/>
          <w:sz w:val="24"/>
        </w:rPr>
        <w:t>IMPORTANT INFORMATION FOR THE AGENT(S)</w:t>
      </w:r>
    </w:p>
    <w:p>
      <w:pPr>
        <w:spacing w:line="276" w:lineRule="auto"/>
      </w:pPr>
    </w:p>
    <w:p>
      <w:pPr>
        <w:spacing w:line="276" w:lineRule="auto"/>
        <w:jc w:val="both"/>
      </w:pPr>
      <w:r>
        <w:rPr>
          <w:rFonts w:ascii="Times New Roman" w:hAnsi="Times New Roman" w:eastAsia="Times New Roman" w:cs="Times New Roman"/>
          <w:sz w:val="24"/>
        </w:rPr>
        <w:t>When you accept the authority granted under this Power of Attorney, a special legal relationship is created between you and the Principal. This relationship imposes on you legal responsibilities that continue until you resign or the Power of Attorney is terminated or revoked. You must:</w:t>
      </w:r>
    </w:p>
    <w:p>
      <w:pPr>
        <w:spacing w:line="276" w:lineRule="auto"/>
      </w:pPr>
    </w:p>
    <w:p>
      <w:pPr>
        <w:spacing w:before="0" w:after="120" w:line="276" w:lineRule="auto"/>
        <w:jc w:val="both"/>
      </w:pPr>
      <w:r>
        <w:rPr>
          <w:rFonts w:ascii="Times New Roman" w:hAnsi="Times New Roman" w:eastAsia="Times New Roman" w:cs="Times New Roman"/>
          <w:sz w:val="24"/>
        </w:rPr>
        <w:t>act according to any instructions from the Principal, or, where there are no instructions, in the Principal's best interest;</w:t>
      </w:r>
    </w:p>
    <w:p>
      <w:pPr>
        <w:spacing w:before="0" w:after="120" w:line="276" w:lineRule="auto"/>
        <w:jc w:val="both"/>
      </w:pPr>
      <w:r>
        <w:rPr>
          <w:rFonts w:ascii="Times New Roman" w:hAnsi="Times New Roman" w:eastAsia="Times New Roman" w:cs="Times New Roman"/>
          <w:sz w:val="24"/>
        </w:rPr>
        <w:t>avoid conflicts that would impair your ability to act in the Principal's best interest;</w:t>
      </w:r>
    </w:p>
    <w:p>
      <w:pPr>
        <w:spacing w:before="0" w:after="120" w:line="276" w:lineRule="auto"/>
        <w:jc w:val="both"/>
      </w:pPr>
      <w:r>
        <w:rPr>
          <w:rFonts w:ascii="Times New Roman" w:hAnsi="Times New Roman" w:eastAsia="Times New Roman" w:cs="Times New Roman"/>
          <w:sz w:val="24"/>
        </w:rPr>
        <w:t>keep the Principal's property separate and distinct from any assets you own or control, unless otherwise permitted by law;</w:t>
      </w:r>
    </w:p>
    <w:p>
      <w:pPr>
        <w:spacing w:before="0" w:after="120" w:line="276" w:lineRule="auto"/>
        <w:jc w:val="both"/>
      </w:pPr>
      <w:r>
        <w:rPr>
          <w:rFonts w:ascii="Times New Roman" w:hAnsi="Times New Roman" w:eastAsia="Times New Roman" w:cs="Times New Roman"/>
          <w:sz w:val="24"/>
        </w:rPr>
        <w:t>keep a record of all transactions conducted for the Principal or keep all receipts of payments and transactions conducted for the Principal; and</w:t>
      </w:r>
    </w:p>
    <w:p>
      <w:pPr>
        <w:spacing w:before="0" w:after="0" w:line="276" w:lineRule="auto"/>
        <w:jc w:val="both"/>
      </w:pPr>
      <w:r>
        <w:rPr>
          <w:rFonts w:ascii="Times New Roman" w:hAnsi="Times New Roman" w:eastAsia="Times New Roman" w:cs="Times New Roman"/>
          <w:sz w:val="24"/>
        </w:rPr>
        <w:t>disclose your identity as an Agent whenever you act for the Principal by writing or printing the Principal's name and signing your own name as "Agent" in either of the following manners: (Principal's Name) by (your signature) as Agent, or (your signature) as Agent for (Principal's Name).</w:t>
      </w:r>
    </w:p>
    <w:p>
      <w:pPr>
        <w:spacing w:line="276" w:lineRule="auto"/>
      </w:pPr>
    </w:p>
    <w:p>
      <w:pPr>
        <w:spacing w:line="276" w:lineRule="auto"/>
        <w:jc w:val="both"/>
      </w:pPr>
      <w:r>
        <w:rPr>
          <w:rFonts w:ascii="Times New Roman" w:hAnsi="Times New Roman" w:eastAsia="Times New Roman" w:cs="Times New Roman"/>
          <w:sz w:val="24"/>
        </w:rPr>
        <w:t xml:space="preserve">You may not use the Principal's assets to benefit yourself or anyone else or make gifts to yourself or anyone else unless the Principal has specifically granted you that authority in the modifications section of Power of Attorney. If you have that authority, you must act according to any instructions of the Principal or, where there are no such instructions, in the Principal's best interest. </w:t>
      </w:r>
    </w:p>
    <w:p>
      <w:pPr>
        <w:spacing w:line="276" w:lineRule="auto"/>
      </w:pPr>
    </w:p>
    <w:p>
      <w:pPr>
        <w:spacing w:line="276" w:lineRule="auto"/>
        <w:jc w:val="both"/>
      </w:pPr>
      <w:r>
        <w:rPr>
          <w:rFonts w:ascii="Times New Roman" w:hAnsi="Times New Roman" w:eastAsia="Times New Roman" w:cs="Times New Roman"/>
          <w:sz w:val="24"/>
        </w:rPr>
        <w:t>You may resign by giving written notice to the Principal and to any co-Agent, Successor Agent(s), Monitor(s), if one has been named in this document, or the Principal's guardian if one has been appointed. If there is anything about this document or your responsibilities that you do not understand, you should seek legal advice.</w:t>
      </w:r>
    </w:p>
    <w:p>
      <w:pPr>
        <w:spacing w:line="276" w:lineRule="auto"/>
      </w:pPr>
    </w:p>
    <w:p>
      <w:pPr>
        <w:spacing w:line="276" w:lineRule="auto"/>
      </w:pPr>
      <w:r>
        <w:rPr>
          <w:rFonts w:ascii="Times New Roman" w:hAnsi="Times New Roman" w:eastAsia="Times New Roman" w:cs="Times New Roman"/>
          <w:sz w:val="24"/>
        </w:rPr>
        <w:t>Liability of Agent(s):</w:t>
      </w:r>
    </w:p>
    <w:p>
      <w:pPr>
        <w:spacing w:line="276" w:lineRule="auto"/>
      </w:pPr>
    </w:p>
    <w:p>
      <w:pPr>
        <w:spacing w:line="276" w:lineRule="auto"/>
        <w:jc w:val="both"/>
      </w:pPr>
      <w:r>
        <w:rPr>
          <w:rFonts w:ascii="Times New Roman" w:hAnsi="Times New Roman" w:eastAsia="Times New Roman" w:cs="Times New Roman"/>
          <w:sz w:val="24"/>
        </w:rPr>
        <w:t>The meaning of the authority given to you is defined in New York's General Obligations Law, Article 5, Title 15. If it is found that you have violated the law or acted outside the authority granted to you in the Power of Attorney, you may be liable under the law for your violation.</w:t>
      </w:r>
    </w:p>
    <w:p>
      <w:pPr>
        <w:spacing w:line="276" w:lineRule="auto"/>
        <w:jc w:val="center"/>
      </w:pPr>
      <w:r>
        <w:rPr>
          <w:rFonts w:ascii="Times New Roman" w:hAnsi="Times New Roman" w:eastAsia="Times New Roman" w:cs="Times New Roman"/>
          <w:b/>
          <w:sz w:val="24"/>
        </w:rPr>
        <w:t>AGENT'S SIGNATURE AND ACKNOWLEDGMENT OF APPOINTMENT</w:t>
      </w:r>
    </w:p>
    <w:p>
      <w:pPr>
        <w:spacing w:line="276" w:lineRule="auto"/>
      </w:pPr>
    </w:p>
    <w:p>
      <w:pPr>
        <w:spacing w:line="276" w:lineRule="auto"/>
        <w:jc w:val="both"/>
      </w:pPr>
      <w:r>
        <w:rPr>
          <w:rFonts w:ascii="Times New Roman" w:hAnsi="Times New Roman" w:eastAsia="Times New Roman" w:cs="Times New Roman"/>
          <w:sz w:val="24"/>
        </w:rPr>
        <w:t>It is not required that the Principal and the Agent(s) sign at the same time, nor that multiple Agents sign at the same time. (</w:t>
      </w:r>
      <w:r>
        <w:rPr>
          <w:rFonts w:ascii="Times New Roman" w:hAnsi="Times New Roman" w:eastAsia="Times New Roman" w:cs="Times New Roman"/>
          <w:b/>
          <w:sz w:val="24"/>
        </w:rPr>
        <w:t>Please use a separate copy of this Signature and Acknowledgement page for each Agent appointed above.</w:t>
      </w:r>
      <w:r>
        <w:rPr>
          <w:rFonts w:ascii="Times New Roman" w:hAnsi="Times New Roman" w:eastAsia="Times New Roman" w:cs="Times New Roman"/>
          <w:sz w:val="24"/>
        </w:rPr>
        <w:t>)</w:t>
      </w:r>
    </w:p>
    <w:p>
      <w:pPr>
        <w:spacing w:line="276" w:lineRule="auto"/>
      </w:pPr>
      <w:r>
        <w:rPr>
          <w:rFonts w:ascii="Times New Roman" w:hAnsi="Times New Roman" w:eastAsia="Times New Roman" w:cs="Times New Roman"/>
          <w:sz w:val="24"/>
        </w:rPr>
        <w:t xml:space="preserve"> </w:t>
      </w:r>
    </w:p>
    <w:p>
      <w:pPr>
        <w:spacing w:line="276" w:lineRule="auto"/>
        <w:jc w:val="both"/>
      </w:pPr>
      <w:r>
        <w:rPr>
          <w:rFonts w:ascii="Times New Roman" w:hAnsi="Times New Roman" w:eastAsia="Times New Roman" w:cs="Times New Roman"/>
          <w:sz w:val="24"/>
        </w:rPr>
        <w:t xml:space="preserve">I, </w:t>
      </w:r>
      <w:r>
        <w:rPr>
          <w:rFonts w:ascii="Times New Roman" w:hAnsi="Times New Roman" w:eastAsia="Times New Roman" w:cs="Times New Roman"/>
          <w:sz w:val="24"/>
        </w:rPr>
        <w:t>[AGENT'S FULL NAME]</w:t>
      </w:r>
      <w:r>
        <w:rPr>
          <w:rFonts w:ascii="Times New Roman" w:hAnsi="Times New Roman" w:eastAsia="Times New Roman" w:cs="Times New Roman"/>
          <w:sz w:val="24"/>
        </w:rPr>
        <w:t>, have read the foregoing Power of Attorney. I am the person identified therein as Agent for the Principal named therein.</w:t>
      </w:r>
    </w:p>
    <w:p>
      <w:pPr>
        <w:spacing w:line="276" w:lineRule="auto"/>
      </w:pPr>
    </w:p>
    <w:p>
      <w:pPr>
        <w:spacing w:line="276" w:lineRule="auto"/>
      </w:pPr>
      <w:r>
        <w:rPr>
          <w:rFonts w:ascii="Times New Roman" w:hAnsi="Times New Roman" w:eastAsia="Times New Roman" w:cs="Times New Roman"/>
          <w:sz w:val="24"/>
        </w:rPr>
        <w:t>I acknowledge my legal responsibilities.</w:t>
      </w:r>
    </w:p>
    <w:p>
      <w:pPr>
        <w:spacing w:line="276" w:lineRule="auto"/>
      </w:pPr>
    </w:p>
    <w:p>
      <w:pPr>
        <w:spacing w:line="276" w:lineRule="auto"/>
      </w:pPr>
      <w:r>
        <w:rPr>
          <w:rFonts w:ascii="Times New Roman" w:hAnsi="Times New Roman" w:eastAsia="Times New Roman" w:cs="Times New Roman"/>
          <w:sz w:val="24"/>
        </w:rPr>
        <w:t xml:space="preserve">IN WITNESS WHEREOF, I have hereunto signed my name on </w:t>
      </w:r>
      <w:r>
        <w:rPr>
          <w:rFonts w:ascii="Times New Roman" w:hAnsi="Times New Roman" w:eastAsia="Times New Roman" w:cs="Times New Roman"/>
          <w:sz w:val="24"/>
        </w:rPr>
        <w:t>[DATE]</w:t>
      </w:r>
    </w:p>
    <w:p>
      <w:pPr>
        <w:spacing w:line="276" w:lineRule="auto"/>
      </w:pPr>
    </w:p>
    <w:p>
      <w:pPr>
        <w:spacing w:line="276" w:lineRule="auto"/>
      </w:pPr>
    </w:p>
    <w:p>
      <w:pPr>
        <w:spacing w:line="276" w:lineRule="auto"/>
      </w:pPr>
      <w:r>
        <w:rPr>
          <w:rFonts w:ascii="Times New Roman" w:hAnsi="Times New Roman" w:eastAsia="Times New Roman" w:cs="Times New Roman"/>
          <w:sz w:val="24"/>
        </w:rPr>
        <w:tab/>
        <w:t>Agent’s Signature</w:t>
        <w:tab/>
        <w:t>Full Name of Agent</w:t>
      </w:r>
    </w:p>
    <w:p>
      <w:pPr>
        <w:spacing w:line="276" w:lineRule="auto"/>
      </w:pPr>
    </w:p>
    <w:p>
      <w:pPr>
        <w:spacing w:line="276" w:lineRule="auto"/>
      </w:pPr>
    </w:p>
    <w:p>
      <w:pPr>
        <w:spacing w:line="276" w:lineRule="auto"/>
      </w:pPr>
      <w:r>
        <w:rPr>
          <w:rFonts w:ascii="Times New Roman" w:hAnsi="Times New Roman" w:eastAsia="Times New Roman" w:cs="Times New Roman"/>
          <w:b/>
          <w:sz w:val="24"/>
        </w:rPr>
        <w:t>NOTARY ACKNOWLEDGMENT OF AGENT'S SIGNATURE:</w:t>
      </w:r>
    </w:p>
    <w:p>
      <w:pPr>
        <w:spacing w:line="276" w:lineRule="auto"/>
      </w:pPr>
    </w:p>
    <w:p>
      <w:pPr>
        <w:spacing w:line="276" w:lineRule="auto"/>
      </w:pPr>
    </w:p>
    <w:p>
      <w:pPr>
        <w:spacing w:line="276" w:lineRule="auto"/>
      </w:pPr>
    </w:p>
    <w:p>
      <w:pPr>
        <w:spacing w:line="276" w:lineRule="auto"/>
        <w:jc w:val="both"/>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in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the undersigned notary public, personally appeared </w:t>
      </w:r>
      <w:r>
        <w:rPr>
          <w:rFonts w:ascii="Times New Roman" w:hAnsi="Times New Roman" w:eastAsia="Times New Roman" w:cs="Times New Roman"/>
          <w:sz w:val="24"/>
        </w:rPr>
        <w:t>[AGENT'S NAME]</w:t>
      </w:r>
      <w:r>
        <w:rPr>
          <w:rFonts w:ascii="Times New Roman" w:hAnsi="Times New Roman" w:eastAsia="Times New Roman" w:cs="Times New Roman"/>
          <w:sz w:val="24"/>
        </w:rPr>
        <w:t>,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or entity upon behalf of which the individual acted, executed the instrument.</w:t>
      </w:r>
    </w:p>
    <w:p>
      <w:pPr>
        <w:spacing w:line="276" w:lineRule="auto"/>
      </w:pPr>
    </w:p>
    <w:p>
      <w:pPr>
        <w:spacing w:line="276" w:lineRule="auto"/>
      </w:pPr>
    </w:p>
    <w:p>
      <w:pPr>
        <w:spacing w:line="276" w:lineRule="auto"/>
      </w:pPr>
      <w:r>
        <w:rPr>
          <w:rFonts w:ascii="Times New Roman" w:hAnsi="Times New Roman" w:eastAsia="Times New Roman" w:cs="Times New Roman"/>
          <w:sz w:val="24"/>
        </w:rPr>
        <w:tab/>
        <w:t>Notary Public Signature</w:t>
        <w:tab/>
        <w:t>Notary Printed Name</w:t>
      </w:r>
    </w:p>
    <w:p>
      <w:pPr>
        <w:spacing w:line="276" w:lineRule="auto"/>
      </w:pPr>
    </w:p>
    <w:p>
      <w:pPr>
        <w:spacing w:line="276" w:lineRule="auto"/>
      </w:pPr>
      <w:r>
        <w:rPr>
          <w:rFonts w:ascii="Times New Roman" w:hAnsi="Times New Roman" w:eastAsia="Times New Roman" w:cs="Times New Roman"/>
          <w:sz w:val="24"/>
        </w:rPr>
        <w:tab/>
        <w:t>Title or Office</w:t>
        <w:tab/>
        <w:t>My Commission Expires</w:t>
      </w:r>
    </w:p>
    <w:p>
      <w:pPr>
        <w:spacing w:line="276" w:lineRule="auto"/>
        <w:jc w:val="center"/>
      </w:pPr>
      <w:r>
        <w:rPr>
          <w:rFonts w:ascii="Times New Roman" w:hAnsi="Times New Roman" w:eastAsia="Times New Roman" w:cs="Times New Roman"/>
          <w:b/>
          <w:sz w:val="24"/>
        </w:rPr>
        <w:t>SUCCESSOR AGENT'S SIGNATURE AND ACKNOWLEDGMENT OF APPOINTMENT</w:t>
      </w:r>
    </w:p>
    <w:p>
      <w:pPr>
        <w:spacing w:line="276" w:lineRule="auto"/>
        <w:jc w:val="both"/>
      </w:pPr>
    </w:p>
    <w:p>
      <w:pPr>
        <w:spacing w:line="276" w:lineRule="auto"/>
        <w:jc w:val="both"/>
      </w:pPr>
      <w:r>
        <w:rPr>
          <w:rFonts w:ascii="Times New Roman" w:hAnsi="Times New Roman" w:eastAsia="Times New Roman" w:cs="Times New Roman"/>
          <w:sz w:val="24"/>
        </w:rPr>
        <w:t>It is not required that the Principal and the Successor Agent(s), if any, sign at the same time, nor that multiple Successor Agents sign at the same time. Furthermore, Successor Agent(s) cannot use this Power of Attorney unless the Agent(s) designated above is/are unable or unwilling to serve.</w:t>
      </w:r>
      <w:r>
        <w:rPr>
          <w:rFonts w:ascii="Times New Roman" w:hAnsi="Times New Roman" w:eastAsia="Times New Roman" w:cs="Times New Roman"/>
          <w:b/>
          <w:sz w:val="24"/>
        </w:rPr>
        <w:t xml:space="preserve"> </w:t>
      </w:r>
      <w:r>
        <w:rPr>
          <w:rFonts w:ascii="Times New Roman" w:hAnsi="Times New Roman" w:eastAsia="Times New Roman" w:cs="Times New Roman"/>
          <w:sz w:val="24"/>
        </w:rPr>
        <w:t>(</w:t>
      </w:r>
      <w:r>
        <w:rPr>
          <w:rFonts w:ascii="Times New Roman" w:hAnsi="Times New Roman" w:eastAsia="Times New Roman" w:cs="Times New Roman"/>
          <w:b/>
          <w:sz w:val="24"/>
        </w:rPr>
        <w:t>Please use a separate copy of this Signature and Acknowledgement page for each Successor Agent appointed above.</w:t>
      </w:r>
      <w:r>
        <w:rPr>
          <w:rFonts w:ascii="Times New Roman" w:hAnsi="Times New Roman" w:eastAsia="Times New Roman" w:cs="Times New Roman"/>
          <w:sz w:val="24"/>
        </w:rPr>
        <w:t>)</w:t>
      </w:r>
    </w:p>
    <w:p>
      <w:pPr>
        <w:spacing w:line="276" w:lineRule="auto"/>
      </w:pPr>
    </w:p>
    <w:p>
      <w:pPr>
        <w:spacing w:line="276"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[SUCCESSOR AGENT'S FULL NAME]</w:t>
      </w:r>
      <w:r>
        <w:rPr>
          <w:rFonts w:ascii="Times New Roman" w:hAnsi="Times New Roman" w:eastAsia="Times New Roman" w:cs="Times New Roman"/>
          <w:sz w:val="24"/>
        </w:rPr>
        <w:t>, have read the foregoing Power of Attorney. I am the person identified therein as Successor Agent for the Principal named therein.</w:t>
      </w:r>
    </w:p>
    <w:p>
      <w:pPr>
        <w:spacing w:line="276" w:lineRule="auto"/>
      </w:pPr>
    </w:p>
    <w:p>
      <w:pPr>
        <w:spacing w:line="276" w:lineRule="auto"/>
      </w:pPr>
      <w:r>
        <w:rPr>
          <w:rFonts w:ascii="Times New Roman" w:hAnsi="Times New Roman" w:eastAsia="Times New Roman" w:cs="Times New Roman"/>
          <w:sz w:val="24"/>
        </w:rPr>
        <w:t xml:space="preserve">IN WITNESS WHEREOF, I have hereunto signed my name on </w:t>
      </w:r>
      <w:r>
        <w:rPr>
          <w:rFonts w:ascii="Times New Roman" w:hAnsi="Times New Roman" w:eastAsia="Times New Roman" w:cs="Times New Roman"/>
          <w:sz w:val="24"/>
        </w:rPr>
        <w:t>[DATE]</w:t>
      </w:r>
    </w:p>
    <w:p>
      <w:pPr>
        <w:spacing w:line="276" w:lineRule="auto"/>
      </w:pPr>
    </w:p>
    <w:p>
      <w:pPr>
        <w:spacing w:line="276" w:lineRule="auto"/>
      </w:pPr>
    </w:p>
    <w:p>
      <w:pPr>
        <w:spacing w:line="276" w:lineRule="auto"/>
      </w:pPr>
    </w:p>
    <w:p>
      <w:pPr>
        <w:spacing w:line="276" w:lineRule="auto"/>
      </w:pPr>
      <w:r>
        <w:rPr>
          <w:rFonts w:ascii="Times New Roman" w:hAnsi="Times New Roman" w:eastAsia="Times New Roman" w:cs="Times New Roman"/>
          <w:sz w:val="24"/>
        </w:rPr>
        <w:tab/>
        <w:t>Successor Agent’s Signature</w:t>
        <w:tab/>
        <w:t>Full Name of Successor Agent</w:t>
      </w:r>
    </w:p>
    <w:p>
      <w:pPr>
        <w:spacing w:line="276" w:lineRule="auto"/>
      </w:pPr>
    </w:p>
    <w:p>
      <w:pPr>
        <w:spacing w:line="276" w:lineRule="auto"/>
      </w:pPr>
    </w:p>
    <w:p>
      <w:pPr>
        <w:spacing w:line="276" w:lineRule="auto"/>
      </w:pPr>
      <w:r>
        <w:rPr>
          <w:rFonts w:ascii="Times New Roman" w:hAnsi="Times New Roman" w:eastAsia="Times New Roman" w:cs="Times New Roman"/>
          <w:b/>
          <w:sz w:val="24"/>
        </w:rPr>
        <w:t>NOTARY ACKNOWLEDGMENT OF SUCCESSOR AGENT'S SIGNATURE:</w:t>
      </w:r>
    </w:p>
    <w:p>
      <w:pPr>
        <w:spacing w:line="276" w:lineRule="auto"/>
      </w:pPr>
    </w:p>
    <w:p>
      <w:pPr>
        <w:spacing w:line="276" w:lineRule="auto"/>
      </w:pPr>
    </w:p>
    <w:p>
      <w:pPr>
        <w:spacing w:line="276" w:lineRule="auto"/>
      </w:pPr>
    </w:p>
    <w:p>
      <w:pPr>
        <w:spacing w:line="276" w:lineRule="auto"/>
        <w:jc w:val="both"/>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in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the undersigned notary public, personally appeared </w:t>
      </w:r>
      <w:r>
        <w:rPr>
          <w:rFonts w:ascii="Times New Roman" w:hAnsi="Times New Roman" w:eastAsia="Times New Roman" w:cs="Times New Roman"/>
          <w:sz w:val="24"/>
        </w:rPr>
        <w:t>[SUCCESSOR AGENT'S NAME]</w:t>
      </w:r>
      <w:r>
        <w:rPr>
          <w:rFonts w:ascii="Times New Roman" w:hAnsi="Times New Roman" w:eastAsia="Times New Roman" w:cs="Times New Roman"/>
          <w:sz w:val="24"/>
        </w:rPr>
        <w:t>,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or entity upon behalf of which the individual acted, executed the instrument.</w:t>
      </w:r>
    </w:p>
    <w:p>
      <w:pPr>
        <w:spacing w:line="276" w:lineRule="auto"/>
      </w:pPr>
    </w:p>
    <w:p>
      <w:pPr>
        <w:spacing w:line="276" w:lineRule="auto"/>
      </w:pPr>
    </w:p>
    <w:p>
      <w:pPr>
        <w:spacing w:line="276" w:lineRule="auto"/>
      </w:pPr>
      <w:r>
        <w:rPr>
          <w:rFonts w:ascii="Times New Roman" w:hAnsi="Times New Roman" w:eastAsia="Times New Roman" w:cs="Times New Roman"/>
          <w:sz w:val="24"/>
        </w:rPr>
        <w:tab/>
        <w:t>Notary Public Signature</w:t>
        <w:tab/>
        <w:t>Notary Printed Name</w:t>
      </w:r>
    </w:p>
    <w:p>
      <w:pPr>
        <w:spacing w:line="276" w:lineRule="auto"/>
      </w:pPr>
    </w:p>
    <w:p>
      <w:pPr>
        <w:spacing w:line="276" w:lineRule="auto"/>
      </w:pPr>
      <w:r>
        <w:rPr>
          <w:rFonts w:ascii="Times New Roman" w:hAnsi="Times New Roman" w:eastAsia="Times New Roman" w:cs="Times New Roman"/>
          <w:sz w:val="24"/>
        </w:rPr>
        <w:tab/>
        <w:t>Title or Office</w:t>
        <w:tab/>
        <w:t>My Commission Expires</w:t>
      </w:r>
    </w:p>
    <w:p>
      <w:pPr>
        <w:spacing w:line="276" w:lineRule="auto"/>
        <w:jc w:val="both"/>
      </w:pPr>
    </w:p>
    <w:p>
      <w:pPr>
        <w:spacing w:line="276" w:lineRule="auto"/>
        <w:jc w:val="both"/>
      </w:pPr>
    </w:p>
    <w:p>
      <w:pPr>
        <w:spacing w:line="276" w:lineRule="auto"/>
      </w:pPr>
      <w:r>
        <w:rPr>
          <w:rFonts w:ascii="Times New Roman" w:hAnsi="Times New Roman" w:eastAsia="Times New Roman" w:cs="Times New Roman"/>
          <w:b/>
          <w:sz w:val="24"/>
        </w:rPr>
        <w:t>THIS DOCUMENT WAS PREPARED BY:</w:t>
      </w:r>
    </w:p>
    <w:p>
      <w:pPr>
        <w:spacing w:line="276" w:lineRule="auto"/>
      </w:pPr>
    </w:p>
    <w:p>
      <w:pPr>
        <w:spacing w:line="276" w:lineRule="auto"/>
      </w:pPr>
      <w:r>
        <w:rPr>
          <w:rFonts w:ascii="Times New Roman" w:hAnsi="Times New Roman" w:eastAsia="Times New Roman" w:cs="Times New Roman"/>
          <w:b/>
          <w:sz w:val="24"/>
        </w:rPr>
        <w:tab/>
        <w:t>Full Name of Preparer</w:t>
        <w:tab/>
        <w:t>Title or Office</w:t>
      </w:r>
    </w:p>
    <w:p>
      <w:pPr>
        <w:spacing w:line="276" w:lineRule="auto"/>
      </w:pPr>
    </w:p>
    <w:p>
      <w:pPr>
        <w:spacing w:line="276" w:lineRule="auto"/>
      </w:pPr>
      <w:r>
        <w:rPr>
          <w:rFonts w:ascii="Times New Roman" w:hAnsi="Times New Roman" w:eastAsia="Times New Roman" w:cs="Times New Roman"/>
          <w:b/>
          <w:sz w:val="24"/>
        </w:rPr>
        <w:tab/>
        <w:t>Address</w:t>
        <w:tab/>
        <w:t>City</w:t>
        <w:tab/>
        <w:t>State</w:t>
        <w:tab/>
        <w:t>Zip</w:t>
      </w:r>
    </w:p>
    <w:p>
      <w:pPr>
        <w:spacing w:line="276" w:lineRule="auto"/>
      </w:pPr>
    </w:p>
    <w:p>
      <w:pPr>
        <w:spacing w:line="276" w:lineRule="auto"/>
      </w:pPr>
      <w:r>
        <w:rPr>
          <w:rFonts w:ascii="Times New Roman" w:hAnsi="Times New Roman" w:eastAsia="Times New Roman" w:cs="Times New Roman"/>
          <w:b/>
          <w:sz w:val="24"/>
        </w:rPr>
        <w:tab/>
        <w:t>Phone</w:t>
        <w:tab/>
        <w:t>Email</w:t>
      </w: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jc w:val="center"/>
      </w:pPr>
      <w:r>
        <w:rPr>
          <w:rFonts w:ascii="Times New Roman" w:hAnsi="Times New Roman" w:eastAsia="Times New Roman" w:cs="Times New Roman"/>
          <w:sz w:val="24"/>
        </w:rPr>
        <w:t>This space intentionally left blank</w:t>
      </w:r>
    </w:p>
    <w:p>
      <w:pPr>
        <w:jc w:val="center"/>
      </w:pPr>
      <w:r>
        <w:rPr>
          <w:rFonts w:ascii="Times New Roman" w:hAnsi="Times New Roman" w:eastAsia="Times New Roman" w:cs="Times New Roman"/>
          <w:b/>
          <w:sz w:val="24"/>
        </w:rPr>
        <w:t>SCHEDULE A</w:t>
      </w:r>
    </w:p>
    <w:p>
      <w:pPr>
        <w:jc w:val="center"/>
      </w:pPr>
    </w:p>
    <w:p>
      <w:pPr>
        <w:jc w:val="center"/>
      </w:pPr>
      <w:r>
        <w:rPr>
          <w:rFonts w:ascii="Times New Roman" w:hAnsi="Times New Roman" w:eastAsia="Times New Roman" w:cs="Times New Roman"/>
          <w:b/>
          <w:sz w:val="24"/>
        </w:rPr>
        <w:t xml:space="preserve">REAL PROPERTY </w:t>
      </w:r>
      <w:r>
        <w:rPr>
          <w:rFonts w:ascii="Times New Roman" w:hAnsi="Times New Roman" w:eastAsia="Times New Roman" w:cs="Times New Roman"/>
          <w:b/>
          <w:sz w:val="24"/>
        </w:rPr>
        <w:t>SUBJECT TO THIS POWER OF ATTORNEY</w:t>
      </w:r>
    </w:p>
    <w:p>
      <w:pPr>
        <w:jc w:val="center"/>
      </w:pPr>
    </w:p>
    <w:p>
      <w:pPr/>
    </w:p>
    <w:p>
      <w:pPr/>
      <w:r>
        <w:rPr>
          <w:rFonts w:ascii="Times New Roman" w:hAnsi="Times New Roman" w:eastAsia="Times New Roman" w:cs="Times New Roman"/>
          <w:sz w:val="24"/>
        </w:rPr>
        <w:t>Property included and/or excluded from this Power of Attorney:</w:t>
      </w:r>
    </w:p>
    <w:p>
      <w:pPr/>
    </w:p>
    <w:p>
      <w:pPr/>
      <w:r>
        <w:rPr>
          <w:rFonts w:ascii="Times New Roman" w:hAnsi="Times New Roman" w:eastAsia="Times New Roman" w:cs="Times New Roman"/>
          <w:sz w:val="24"/>
        </w:rPr>
        <w:t>[DESCRIPTION OF REAL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