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Oath of Inspectors 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Each of the undersigned, being duly sworn, each for himself or herself deposes and says, that he or she will faithfully execute the duties of 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inspector at 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annual meeting of the shareholders of [NAME OF CORPORATION] to be held at [ADDRESS], on the [DAY] day of [MONTH AND YEAR], at [TIME] o'clock [AM/PM], with strict impartiality and according to the best of his or her ability.</w:t>
      </w:r>
    </w:p>
    <w:p>
      <w:pPr/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__________________, Inspector.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__________________, Inspector.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Subscribed and sworn to before me this [day] day of [month and year].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Notary Public,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County of [county name]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