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Interrogatories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fax number, if any]</w:t>
      </w:r>
    </w:p>
    <w:p>
      <w:pPr>
        <w:keepNext w:val="0"/>
        <w:spacing w:before="200" w:after="0" w:line="260" w:lineRule="exact"/>
        <w:ind w:left="360" w:right="0" w:firstLine="0"/>
        <w:jc w:val="both"/>
      </w:pPr>
      <w:r>
        <w:rPr>
          <w:rFonts w:ascii="Times New Roman" w:hAnsi="Times New Roman" w:eastAsia="Times New Roman" w:cs="Times New Roman"/>
          <w:b w:val="0"/>
          <w:sz w:val="24"/>
        </w:rPr>
        <w:t>[attorney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State Bar # [attorney State Bar membership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[responding party designation, e.g., Plaintiff] [responding party name]</w:t>
      </w: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CALIFORNIA</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720" w:right="0" w:firstLine="0"/>
        <w:jc w:val="both"/>
      </w:pPr>
      <w:r>
        <w:rPr>
          <w:rFonts w:ascii="Times New Roman" w:hAnsi="Times New Roman" w:eastAsia="Times New Roman" w:cs="Times New Roman"/>
          <w:b w:val="0"/>
          <w:sz w:val="24"/>
        </w:rPr>
        <w:t>PROPOUNDING PARTY: [name]</w:t>
      </w:r>
    </w:p>
    <w:p>
      <w:pPr>
        <w:keepNext w:val="0"/>
        <w:spacing w:before="200" w:after="0" w:line="260" w:lineRule="exact"/>
        <w:ind w:left="720" w:right="0" w:firstLine="0"/>
        <w:jc w:val="both"/>
      </w:pPr>
      <w:r>
        <w:rPr>
          <w:rFonts w:ascii="Times New Roman" w:hAnsi="Times New Roman" w:eastAsia="Times New Roman" w:cs="Times New Roman"/>
          <w:b w:val="0"/>
          <w:sz w:val="24"/>
        </w:rPr>
        <w:t>RESPONDING PARTY: [name]</w:t>
      </w:r>
    </w:p>
    <w:p>
      <w:pPr>
        <w:keepNext w:val="0"/>
        <w:spacing w:before="200" w:after="0" w:line="260" w:lineRule="exact"/>
        <w:ind w:left="720" w:right="0" w:firstLine="0"/>
        <w:jc w:val="both"/>
      </w:pPr>
      <w:r>
        <w:rPr>
          <w:rFonts w:ascii="Times New Roman" w:hAnsi="Times New Roman" w:eastAsia="Times New Roman" w:cs="Times New Roman"/>
          <w:b w:val="0"/>
          <w:sz w:val="24"/>
        </w:rPr>
        <w:t>SET: [set number and type of interrogatories, e.g., First Special]</w:t>
      </w:r>
    </w:p>
    <w:p>
      <w:pPr>
        <w:keepNext w:val="0"/>
        <w:spacing w:before="200" w:after="0" w:line="260" w:lineRule="exact"/>
        <w:ind w:left="360" w:right="0" w:firstLine="0"/>
        <w:jc w:val="both"/>
      </w:pPr>
      <w:r>
        <w:rPr>
          <w:rFonts w:ascii="Times New Roman" w:hAnsi="Times New Roman" w:eastAsia="Times New Roman" w:cs="Times New Roman"/>
          <w:b w:val="0"/>
          <w:sz w:val="24"/>
        </w:rPr>
        <w:t>Pursuant to Cal. Code Civ. Proc. § 2030.210, et seq., [responding party name] responds to the [type, e.g., special] interrogatories served by [propounding party name] on [date served]:</w:t>
      </w:r>
    </w:p>
    <w:p>
      <w:pPr>
        <w:keepNext w:val="0"/>
        <w:spacing w:before="200" w:after="0" w:line="260" w:lineRule="exact"/>
        <w:ind w:left="360" w:right="0" w:firstLine="0"/>
        <w:jc w:val="both"/>
      </w:pPr>
      <w:r>
        <w:rPr>
          <w:rFonts w:ascii="Times New Roman" w:hAnsi="Times New Roman" w:eastAsia="Times New Roman" w:cs="Times New Roman"/>
          <w:b w:val="0"/>
          <w:sz w:val="24"/>
        </w:rPr>
        <w:t>[FORM or SPECIAL] INTERROGATORY NO. [number, e.g., 1]: [text of interrogatory]</w:t>
      </w:r>
    </w:p>
    <w:p>
      <w:pPr>
        <w:keepNext w:val="0"/>
        <w:spacing w:before="200" w:after="0" w:line="260" w:lineRule="exact"/>
        <w:ind w:left="360" w:right="0" w:firstLine="0"/>
        <w:jc w:val="both"/>
      </w:pPr>
      <w:r>
        <w:rPr>
          <w:rFonts w:ascii="Times New Roman" w:hAnsi="Times New Roman" w:eastAsia="Times New Roman" w:cs="Times New Roman"/>
          <w:b w:val="0"/>
          <w:sz w:val="24"/>
        </w:rPr>
        <w:t>RESPONSE TO [FORM or SPECIAL] INTERROGATORY NO. [number, e.g., 1]:</w:t>
      </w:r>
    </w:p>
    <w:p>
      <w:pPr>
        <w:keepNext w:val="0"/>
        <w:spacing w:before="200" w:after="0" w:line="260" w:lineRule="exact"/>
        <w:ind w:left="360" w:right="0" w:firstLine="0"/>
        <w:jc w:val="both"/>
      </w:pPr>
      <w:r>
        <w:rPr>
          <w:rFonts w:ascii="Times New Roman" w:hAnsi="Times New Roman" w:eastAsia="Times New Roman" w:cs="Times New Roman"/>
          <w:b w:val="0"/>
          <w:sz w:val="24"/>
        </w:rPr>
        <w:t>[Answer].</w:t>
      </w:r>
    </w:p>
    <w:p>
      <w:pPr>
        <w:keepNext w:val="0"/>
        <w:spacing w:before="200" w:after="0" w:line="260" w:lineRule="exact"/>
        <w:ind w:left="360" w:right="0" w:firstLine="0"/>
        <w:jc w:val="both"/>
      </w:pPr>
      <w:r>
        <w:rPr>
          <w:rFonts w:ascii="Times New Roman" w:hAnsi="Times New Roman" w:eastAsia="Times New Roman" w:cs="Times New Roman"/>
          <w:b w:val="0"/>
          <w:sz w:val="24"/>
        </w:rPr>
        <w:t>[FORM or SPECIAL] INTERROGATORY NO. [number, e.g., 2]: [text of interrogatory]</w:t>
      </w:r>
    </w:p>
    <w:p>
      <w:pPr>
        <w:keepNext w:val="0"/>
        <w:spacing w:before="200" w:after="0" w:line="260" w:lineRule="exact"/>
        <w:ind w:left="360" w:right="0" w:firstLine="0"/>
        <w:jc w:val="both"/>
      </w:pPr>
      <w:r>
        <w:rPr>
          <w:rFonts w:ascii="Times New Roman" w:hAnsi="Times New Roman" w:eastAsia="Times New Roman" w:cs="Times New Roman"/>
          <w:b w:val="0"/>
          <w:sz w:val="24"/>
        </w:rPr>
        <w:t>RESPONSE TO [FORM or SPECIAL] INTERROGATORY NO. [number, e.g., 2]:</w:t>
      </w:r>
    </w:p>
    <w:p>
      <w:pPr>
        <w:keepNext w:val="0"/>
        <w:spacing w:before="200" w:after="0" w:line="260" w:lineRule="exact"/>
        <w:ind w:left="360" w:right="0" w:firstLine="0"/>
        <w:jc w:val="both"/>
      </w:pPr>
      <w:r>
        <w:rPr>
          <w:rFonts w:ascii="Times New Roman" w:hAnsi="Times New Roman" w:eastAsia="Times New Roman" w:cs="Times New Roman"/>
          <w:b w:val="0"/>
          <w:sz w:val="24"/>
        </w:rPr>
        <w:t>[Responding party, e.g., Plaintiff] objects to this interrogatory on the grounds that [state objection, e.g., it seeks information protected from disclosure by the attorney-client privilege].</w:t>
      </w:r>
    </w:p>
    <w:p>
      <w:pPr>
        <w:keepNext w:val="0"/>
        <w:spacing w:before="200" w:after="0" w:line="260" w:lineRule="exact"/>
        <w:ind w:left="360" w:right="0" w:firstLine="0"/>
        <w:jc w:val="both"/>
      </w:pPr>
      <w:r>
        <w:rPr>
          <w:rFonts w:ascii="Times New Roman" w:hAnsi="Times New Roman" w:eastAsia="Times New Roman" w:cs="Times New Roman"/>
          <w:b w:val="0"/>
          <w:sz w:val="24"/>
        </w:rPr>
        <w:t>[FORM or SPECIAL] INTERROGATORY NO. [number, e.g., 3]: [text of interrogatory]</w:t>
      </w:r>
    </w:p>
    <w:p>
      <w:pPr>
        <w:keepNext w:val="0"/>
        <w:spacing w:before="200" w:after="0" w:line="260" w:lineRule="exact"/>
        <w:ind w:left="360" w:right="0" w:firstLine="0"/>
        <w:jc w:val="both"/>
      </w:pPr>
      <w:r>
        <w:rPr>
          <w:rFonts w:ascii="Times New Roman" w:hAnsi="Times New Roman" w:eastAsia="Times New Roman" w:cs="Times New Roman"/>
          <w:b w:val="0"/>
          <w:sz w:val="24"/>
        </w:rPr>
        <w:t>RESPONSE TO [FORM or SPECIAL] INTERROGATORY NO. [number, e.g., 3]:</w:t>
      </w:r>
    </w:p>
    <w:p>
      <w:pPr>
        <w:keepNext w:val="0"/>
        <w:spacing w:before="200" w:after="0" w:line="260" w:lineRule="exact"/>
        <w:ind w:left="360" w:right="0" w:firstLine="0"/>
        <w:jc w:val="both"/>
      </w:pPr>
      <w:r>
        <w:rPr>
          <w:rFonts w:ascii="Times New Roman" w:hAnsi="Times New Roman" w:eastAsia="Times New Roman" w:cs="Times New Roman"/>
          <w:b w:val="0"/>
          <w:sz w:val="24"/>
        </w:rPr>
        <w:t>[Responding party, e.g., Plaintiff] objects that this interrogatory on the ground that [describe objection, e.g., it seeks information which is not relevant and is not likely to lead to the discovery of admissible evidence, and is therefore overbroad and unduly burdensome], to the extent that it relates to [describe information outside the scope of discovery, e.g., incidents occurring prior to (date)]. Subject to and without waiving these objections, [responding party, e.g., Plaintiff] answers as follows: [answer unobjectionable portion of interrogatory].</w:t>
      </w:r>
    </w:p>
    <w:p>
      <w:pPr>
        <w:keepNext w:val="0"/>
        <w:spacing w:before="200" w:after="0" w:line="260" w:lineRule="exact"/>
        <w:ind w:left="360" w:right="0" w:firstLine="0"/>
        <w:jc w:val="both"/>
      </w:pPr>
      <w:r>
        <w:rPr>
          <w:rFonts w:ascii="Times New Roman" w:hAnsi="Times New Roman" w:eastAsia="Times New Roman" w:cs="Times New Roman"/>
          <w:b w:val="0"/>
          <w:sz w:val="24"/>
        </w:rPr>
        <w:t>[FORM or SPECIAL] INTERROGATORY NO. [number, e.g., 4]: [text of interrogatory]</w:t>
      </w:r>
    </w:p>
    <w:p>
      <w:pPr>
        <w:keepNext w:val="0"/>
        <w:spacing w:before="200" w:after="0" w:line="260" w:lineRule="exact"/>
        <w:ind w:left="360" w:right="0" w:firstLine="0"/>
        <w:jc w:val="both"/>
      </w:pPr>
      <w:r>
        <w:rPr>
          <w:rFonts w:ascii="Times New Roman" w:hAnsi="Times New Roman" w:eastAsia="Times New Roman" w:cs="Times New Roman"/>
          <w:b w:val="0"/>
          <w:sz w:val="24"/>
        </w:rPr>
        <w:t>RESPONSE TO [FORM or SPECIAL] INTERROGATORY NO. [number, e.g., 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[Responding party, e.g., Plaintiff] lacks personal knowledge to respond to [this interrogatory or describe portion of interrogatory], but has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and good faith effort to obtain the information, and answers as follows: [answer based on information gathered].</w:t>
      </w:r>
    </w:p>
    <w:p>
      <w:pPr>
        <w:keepNext w:val="0"/>
        <w:spacing w:before="200" w:after="0" w:line="260" w:lineRule="exact"/>
        <w:ind w:left="360" w:right="0" w:firstLine="0"/>
        <w:jc w:val="both"/>
      </w:pPr>
      <w:r>
        <w:rPr>
          <w:rFonts w:ascii="Times New Roman" w:hAnsi="Times New Roman" w:eastAsia="Times New Roman" w:cs="Times New Roman"/>
          <w:b w:val="0"/>
          <w:sz w:val="24"/>
        </w:rPr>
        <w:t>[FORM or SPECIAL] INTERROGATORY NO. [number, e.g., 5]: [text of interrogatory]</w:t>
      </w:r>
    </w:p>
    <w:p>
      <w:pPr>
        <w:keepNext w:val="0"/>
        <w:spacing w:before="200" w:after="0" w:line="260" w:lineRule="exact"/>
        <w:ind w:left="360" w:right="0" w:firstLine="0"/>
        <w:jc w:val="both"/>
      </w:pPr>
      <w:r>
        <w:rPr>
          <w:rFonts w:ascii="Times New Roman" w:hAnsi="Times New Roman" w:eastAsia="Times New Roman" w:cs="Times New Roman"/>
          <w:b w:val="0"/>
          <w:sz w:val="24"/>
        </w:rPr>
        <w:t>RESPONSE TO [FORM or SPECIAL] INTERROGATORY NO. [number, e.g., 5]:</w:t>
      </w:r>
    </w:p>
    <w:p>
      <w:pPr>
        <w:keepNext w:val="0"/>
        <w:spacing w:before="200" w:after="0" w:line="260" w:lineRule="exact"/>
        <w:ind w:left="360" w:right="0" w:firstLine="0"/>
        <w:jc w:val="both"/>
      </w:pPr>
      <w:r>
        <w:rPr>
          <w:rFonts w:ascii="Times New Roman" w:hAnsi="Times New Roman" w:eastAsia="Times New Roman" w:cs="Times New Roman"/>
          <w:b w:val="0"/>
          <w:sz w:val="24"/>
        </w:rPr>
        <w:t>[Responding party, e.g., Plaintiff] lacks personal knowledge to respond to [this interrogatory or describe portion of interrogatory]. This information is equally available to [propounding party].</w:t>
      </w:r>
    </w:p>
    <w:p>
      <w:pPr>
        <w:keepNext w:val="0"/>
        <w:spacing w:before="200" w:after="0" w:line="260" w:lineRule="exact"/>
        <w:ind w:left="360" w:right="0" w:firstLine="0"/>
        <w:jc w:val="both"/>
      </w:pPr>
      <w:r>
        <w:rPr>
          <w:rFonts w:ascii="Times New Roman" w:hAnsi="Times New Roman" w:eastAsia="Times New Roman" w:cs="Times New Roman"/>
          <w:b w:val="0"/>
          <w:sz w:val="24"/>
        </w:rPr>
        <w:t>[FORM or SPECIAL] INTERROGATORY NO. [number, e.g., 6]: [text of interrogatory]</w:t>
      </w:r>
    </w:p>
    <w:p>
      <w:pPr>
        <w:keepNext w:val="0"/>
        <w:spacing w:before="200" w:after="0" w:line="260" w:lineRule="exact"/>
        <w:ind w:left="360" w:right="0" w:firstLine="0"/>
        <w:jc w:val="both"/>
      </w:pPr>
      <w:r>
        <w:rPr>
          <w:rFonts w:ascii="Times New Roman" w:hAnsi="Times New Roman" w:eastAsia="Times New Roman" w:cs="Times New Roman"/>
          <w:b w:val="0"/>
          <w:sz w:val="24"/>
        </w:rPr>
        <w:t>RESPONSE TO [FORM or SPECIAL] INTERROGATORY NO. [number, e.g., 6]:</w:t>
      </w:r>
    </w:p>
    <w:p>
      <w:pPr>
        <w:keepNext w:val="0"/>
        <w:spacing w:before="200" w:after="0" w:line="260" w:lineRule="exact"/>
        <w:ind w:left="360" w:right="0" w:firstLine="0"/>
        <w:jc w:val="both"/>
      </w:pPr>
      <w:r>
        <w:rPr>
          <w:rFonts w:ascii="Times New Roman" w:hAnsi="Times New Roman" w:eastAsia="Times New Roman" w:cs="Times New Roman"/>
          <w:b w:val="0"/>
          <w:sz w:val="24"/>
        </w:rPr>
        <w:t>Pursuant to Cal. Code Civ. Proc. § 2030.230, [responding party, e.g., Plaintiff] identifies the following documents, [bates numbers or other identification], which [are attached or were previously produced or are available for propounding party's examination, audit, inspection, or copying]. The information requested by [propounding party, e.g., Defendant] in this interrogatory may be ascertained from these documents.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[responding party designation, e.g., Plaintiff] [responding party name]</w:t>
      </w:r>
    </w:p>
    <w:p>
      <w:pPr>
        <w:keepNext w:val="0"/>
        <w:spacing w:before="120" w:after="0" w:line="260" w:lineRule="exact"/>
        <w:ind w:left="360" w:right="0" w:firstLine="0"/>
        <w:jc w:val="left"/>
      </w:pPr>
      <w:r>
        <w:rPr>
          <w:rFonts w:ascii="Times New Roman" w:hAnsi="Times New Roman" w:eastAsia="Times New Roman" w:cs="Times New Roman"/>
          <w:b w:val="0"/>
          <w:sz w:val="24"/>
        </w:rPr>
        <w:t>VERIFICATION</w:t>
      </w:r>
    </w:p>
    <w:p>
      <w:pPr>
        <w:keepNext w:val="0"/>
        <w:spacing w:before="200" w:after="0" w:line="260" w:lineRule="exact"/>
        <w:ind w:left="720" w:right="0" w:firstLine="0"/>
        <w:jc w:val="both"/>
      </w:pPr>
      <w:r>
        <w:rPr>
          <w:rFonts w:ascii="Times New Roman" w:hAnsi="Times New Roman" w:eastAsia="Times New Roman" w:cs="Times New Roman"/>
          <w:b w:val="0"/>
          <w:sz w:val="24"/>
        </w:rPr>
        <w:t>My name is [declarant name]. I am [identify party or relationship to party, e.g., the Plaintiff] in this action. I declare under penalty of perjury under the laws of the State of California that the foregoing is true and correct except as to those matters which are stated on information and belief, and as to those matters I believe them to be true.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 (declarant signature)</w:t>
      </w:r>
    </w:p>
    <w:p>
      <w:pPr>
        <w:keepNext w:val="0"/>
        <w:spacing w:before="120" w:after="0" w:line="260" w:lineRule="exact"/>
        <w:ind w:left="720" w:right="0" w:firstLine="0"/>
        <w:jc w:val="left"/>
      </w:pPr>
      <w:r>
        <w:rPr>
          <w:rFonts w:ascii="Times New Roman" w:hAnsi="Times New Roman" w:eastAsia="Times New Roman" w:cs="Times New Roman"/>
          <w:b w:val="0"/>
          <w:sz w:val="24"/>
        </w:rPr>
        <w:t>[declarant name]</w:t>
      </w:r>
    </w:p>
    <w:p>
      <w:pPr>
        <w:keepNext w:val="0"/>
        <w:spacing w:before="120" w:after="0" w:line="260" w:lineRule="exact"/>
        <w:ind w:left="360" w:right="0" w:firstLine="0"/>
        <w:jc w:val="left"/>
      </w:pPr>
      <w:r>
        <w:rPr>
          <w:rFonts w:ascii="Times New Roman" w:hAnsi="Times New Roman" w:eastAsia="Times New Roman" w:cs="Times New Roman"/>
          <w:b w:val="0"/>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I, [name of person making service], certify:</w:t>
      </w:r>
    </w:p>
    <w:p>
      <w:pPr>
        <w:keepNext w:val="0"/>
        <w:spacing w:before="200" w:after="0" w:line="260" w:lineRule="exact"/>
        <w:ind w:left="720" w:right="0" w:firstLine="0"/>
        <w:jc w:val="both"/>
      </w:pPr>
      <w:r>
        <w:rPr>
          <w:rFonts w:ascii="Times New Roman" w:hAnsi="Times New Roman" w:eastAsia="Times New Roman" w:cs="Times New Roman"/>
          <w:b w:val="0"/>
          <w:sz w:val="24"/>
        </w:rPr>
        <w:t>I 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or employed in] [county name] County, where [specify manner of service, e.g., mailing] of this document occurred. I am over the age of 18 years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case.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of service],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[responding party designation,, e.g., Plaintiff] [responding party name]'s Objections and Responses to [propounding party]'s [number, e.g., First] Set of [Form or Special or Supplemental] Interrogatories was served by [specify manner of service, e.g., U.S. first class mail, postage prepaid] on the following parties:</w:t>
      </w:r>
    </w:p>
    <w:p>
      <w:pPr>
        <w:keepNext w:val="0"/>
        <w:spacing w:before="200" w:after="0" w:line="260" w:lineRule="exact"/>
        <w:ind w:left="720" w:right="0" w:firstLine="0"/>
        <w:jc w:val="both"/>
      </w:pPr>
      <w:r>
        <w:rPr>
          <w:rFonts w:ascii="Times New Roman" w:hAnsi="Times New Roman" w:eastAsia="Times New Roman" w:cs="Times New Roman"/>
          <w:b w:val="0"/>
          <w:sz w:val="24"/>
        </w:rPr>
        <w:t>[list name(s) and address(es) of attorney(s) or parties served]</w:t>
      </w:r>
    </w:p>
    <w:p>
      <w:pPr>
        <w:keepNext w:val="0"/>
        <w:spacing w:before="200" w:after="0" w:line="260" w:lineRule="exact"/>
        <w:ind w:left="720" w:right="0" w:firstLine="0"/>
        <w:jc w:val="both"/>
      </w:pPr>
      <w:r>
        <w:rPr>
          <w:rFonts w:ascii="Times New Roman" w:hAnsi="Times New Roman" w:eastAsia="Times New Roman" w:cs="Times New Roman"/>
          <w:b w:val="0"/>
          <w:sz w:val="24"/>
        </w:rPr>
        <w:t>I certify under penalty of perjury under the laws of the State of California that the foregoing is true and correct.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 (signature of person making service)</w:t>
      </w:r>
    </w:p>
    <w:p>
      <w:pPr>
        <w:keepNext w:val="0"/>
        <w:spacing w:before="120" w:after="0" w:line="260" w:lineRule="exact"/>
        <w:ind w:left="720" w:right="0" w:firstLine="0"/>
        <w:jc w:val="left"/>
      </w:pPr>
      <w:r>
        <w:rPr>
          <w:rFonts w:ascii="Times New Roman" w:hAnsi="Times New Roman" w:eastAsia="Times New Roman" w:cs="Times New Roman"/>
          <w:b w:val="0"/>
          <w:sz w:val="24"/>
        </w:rPr>
        <w:t>[name of person making service]</w:t>
      </w:r>
    </w:p>
    <w:p>
      <w:pPr>
        <w:keepNext w:val="0"/>
        <w:spacing w:before="120" w:after="0" w:line="260" w:lineRule="exact"/>
        <w:ind w:left="720" w:right="0" w:firstLine="0"/>
        <w:jc w:val="left"/>
      </w:pPr>
      <w:r>
        <w:rPr>
          <w:rFonts w:ascii="Times New Roman" w:hAnsi="Times New Roman" w:eastAsia="Times New Roman" w:cs="Times New Roman"/>
          <w:b w:val="0"/>
          <w:sz w:val="24"/>
        </w:rPr>
        <w:t>[address of person making service]</w:t>
      </w:r>
    </w:p>
    <w:p>
      <w:pPr>
        <w:keepNext w:val="0"/>
        <w:spacing w:before="200" w:after="0" w:line="260" w:lineRule="exact"/>
        <w:ind w:left="720" w:right="0" w:firstLine="0"/>
        <w:jc w:val="both"/>
      </w:pPr>
      <w:r>
        <w:rPr>
          <w:rFonts w:ascii="Times New Roman" w:hAnsi="Times New Roman" w:eastAsia="Times New Roman" w:cs="Times New Roman"/>
          <w:b w:val="0"/>
          <w:sz w:val="24"/>
        </w:rPr>
        <w:t>[Attachments, if any]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