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Objections and Responses to Interrogatories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Pursuant to Article 31 of the New York Civil Practice Law and Rules ("C.P.L.R."), [plaintiff/defendant] [client's name], by [his/her/its] attorneys [your firm name], hereby responds and objects to [defendant/plaintiff] [propounding party's name]'s First Set of Interrogatories.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RESPONSES AND OBJECTIONS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These General Responses and Objections are hereby incorporated into each specific response and objection below. Nothing in [client's name]'s specific responses and objections should be construed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waiver of any of these General Responses and Objections.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name]'s responses to the interrogatories shall in all respects be governed by the requirements of the C.P.L.R. [Client's name] objects to the interrogatories to the extent they seek disclosure beyond what is permitted or required by the C.P.L.R.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seek information or documents that are privileged or protected under the attorney-client privilege, the attorney work product doctrine, or any other applicable privilege, or are otherwise protected from disclosure. The inadvertent production of privileged information or documents shall not operate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waiver of any privilege or protection. The voluntary production of privileged information or documents shall not operate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waiver of any privilege or protection as to any other information or document.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furnishing these responses, [client's name] does not concede that any information disclosed or documents produced are: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Material and necessary to the litigation's prosecution or defense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Admissible at trial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Relevant –or–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Reasonably calculated to lead to admissible evidence at trial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furnishing these responses, [client's name] does not admit the truth or accuracy of any interrogatory characterization or assertion.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furnishing these responses, [client's name] does not waive any subsequent objections, including on the grounds of: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Competence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Admissibility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Relevance –or–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Materiality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seek information that is confidential, proprietary, or otherwise protected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court-imposed protective order.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seek information that: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neither material nor necessary to the litigation's prosecution or defense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beyond the scope of the litigation issues and/or 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not reasonably calculated to lead to admissible evidence at trial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are unduly burdensome, oppressive, embarrassing, annoying, or expensive.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seek information outside [client's name]'s possession, custody, or control.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seek publicly available information or documents.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seek information or documents related to third parties.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are vague, ambiguous, or unclear.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interrogatories to the extent they are premature at this preliminary stage of discovery.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These responses and objections are based on information presently known to [client's name]. [Client's name] reserves the right to supplement, correct, or amend these responses and objections in the event future discovery or events reveal information that would justify such supplementation, correction, or amendment.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SPECIFIC INTERROGATORY RESPONSES AND OBJECTIONS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[interrogatory verbatim].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</w:t>
      </w:r>
      <w:r>
        <w:rPr>
          <w:rFonts w:ascii="Times New Roman" w:hAnsi="Times New Roman" w:eastAsia="Times New Roman" w:cs="Times New Roman"/>
          <w:b w:val="0"/>
          <w:sz w:val="24"/>
        </w:rPr>
        <w:t>: [objection]. Subject to and without waiving any of the foregoing general responses and objections: [state response to the interrogatory].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[Attorney of record for the propounding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and zip code]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[represented party's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CERTIFICATION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[CLIENT'S NAME], of full age, hereby certifies: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am [plaintiff/defendant] in the within action. I have reviewed the foregoing responses and objections to [defendant/plaintiff]'s First Set of Interrogatories. I hereby certify that the statements contained herein are true to the best of my knowledge and belief. I understand that I am under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continuing obligation to amend these responses and objections in the event future discovery or events reveal information that would justify such supplementation, correction, or amendment. I am aware that if any of the statements contained in these responses and objections are willfully false, I am subject to punishment.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[Client's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[plaintiff/defendant] [client's name]'s Responses and Objections to [defendant/plaintiff] [propounding party's name]'s First Set of Interrogatories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 certify that the foregoing statements made by me are true. I am fully aware that if any of the foregoing statements made by me are willfully false, I am subject to punishment.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