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Objections and Responses to Notice of Deposition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[DEFENDANT/PLAINTIFF] [NAME]'S OBJECTIONS AND RESPONSES TO [PLAINTIFF/DEFENDANT] [NAME]'S NOTICE OF DEPOSITION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Please take notice that the [Defendant/Plaintiff] [name] (hereinafter ["Defendant"/"Plaintiff"]), through its undersigned counsel, hereby objects and responds to the [Plaintiff/Defendant] [name]'s Notice of Deposition served on [date] as follows: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1.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[name] objects to [Plaintiff/Defendant] [name]'s Notice on the ground that it fails to comply with the formal requirements of the Colorado Rules of Civil Procedure. The Notice lacks [deficiency].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2.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[name] objects to [Plaintiff/Defendant] [name]'s Notice on the ground that it imposes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undue burden on [Defendant/Plaintiff] [name] because [Plaintiff/Defendant] [name] has sought more depositions than allowed by [the Colorado Rules of Civil Procedure/Case Management Order].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3.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[name] objects to [Plaintiff/Defendant] [name]'s Notice on the ground that it is premature under C.R.C.P. 26(d) and [Plaintiff/Defendant] [name] has neither sought nor received leave of Court.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4.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[name] objects to [Plaintiff/Defendant] [name]'s Notice on the ground that the officer named in the notice as the one before whom the deposition is to be taken is not qualified to take the deposition because [state reason].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5.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[name] objects to [Plaintiff/Defendant] [name]'s Notice on the grounds that its request for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production of documents does not comply with the requirements of the Colorado Rules of Civil Procedure. The Notice lacks [deficiency, such as the date of the deposition does not allow the 35 days' notice required for that request under C.R.C.P. 34(b)].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6.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 [Defendant/Plaintiff] [name] objects to [Plaintiff/Defendant] [name]'s Notice on the ground that the witness is not competent to testify because [reason].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[Defendant/Plaintiff] [name]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certify that on [date],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foregoing [Defendant/Plaintiff] [name]'s Objections and Responses to [Plaintiff/Defendant] [name]'s Notice of Deposition was served on the following parties by [form of service]: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[Counsel's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[Name of server]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