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Notice of Deposition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&amp; ID #]</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[name]</w:t>
      </w:r>
    </w:p>
    <w:p>
      <w:pPr>
        <w:keepNext w:val="0"/>
        <w:spacing w:before="200" w:after="0" w:line="260" w:lineRule="exact"/>
        <w:ind w:left="360" w:right="0" w:firstLine="0"/>
        <w:jc w:val="both"/>
      </w:pPr>
      <w:r>
        <w:rPr>
          <w:rFonts w:ascii="Times New Roman" w:hAnsi="Times New Roman" w:eastAsia="Times New Roman" w:cs="Times New Roman"/>
          <w:b w:val="0"/>
          <w:sz w:val="24"/>
        </w:rPr>
        <w:t>Please take notice that the Defendant [defendant’s name] (hereinafter “Defendant”), by and through its undersigned counsel, hereby objects and responds to the Plaintiff’s Notice of Deposition served on [date]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objects to Plaintiff’s Notice on the ground that it fails to comply with the formal requirements of the Rules Governing the Courts of the State of New Jersey. The Notice lacks [deficiency].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objects to Plaintiff’s Notice on the ground that it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 because Plaintiff has sought more depositions than allowed by [the Scheduling Order/ Case Management Order].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objects to Plaintiff’s Notice on the ground that the noticed location for the deposition exceeds the maximum distance permitted by N.J. Ct. R. 4:14-7(b)(1).</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objects to Plaintiff’s Notice on the ground that it is premature under Mass. R. Civ. P. 30(</w:t>
      </w:r>
      <w:r>
        <w:rPr>
          <w:rFonts w:ascii="Times New Roman" w:hAnsi="Times New Roman" w:eastAsia="Times New Roman" w:cs="Times New Roman"/>
          <w:b/>
          <w:sz w:val="24"/>
        </w:rPr>
        <w:t>a</w:t>
      </w:r>
      <w:r>
        <w:rPr>
          <w:rFonts w:ascii="Times New Roman" w:hAnsi="Times New Roman" w:eastAsia="Times New Roman" w:cs="Times New Roman"/>
          <w:b w:val="0"/>
          <w:sz w:val="24"/>
        </w:rPr>
        <w:t>)(i) and Plaintiff has neither sought nor received leave of court.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objects to Plaintiff’s Notice on the ground that the officer named in the notice as the one before whom the deposition is to be taken is not qualified to take the deposition because [reason].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objects to Plaintiff’s Notice on the grounds that its request for the production of documents does not comply with the requirements of the New Jersey Rules of Civil Procedure. The Notice lacks [deficiency].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objects to Plaintiff’s Notice on the ground that the witness is not competent to testify because [reason].</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