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Notice of Deposition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[NAME OF COURT]</w:t>
      </w:r>
    </w:p>
    <w:p>
      <w:pPr>
        <w:keepNext w:val="0"/>
        <w:spacing w:before="200" w:after="0" w:line="260" w:lineRule="exact"/>
        <w:ind w:left="360" w:right="0" w:firstLine="0"/>
        <w:jc w:val="center"/>
      </w:pPr>
      <w:r>
        <w:rPr>
          <w:rFonts w:ascii="Times New Roman" w:hAnsi="Times New Roman" w:eastAsia="Times New Roman" w:cs="Times New Roman"/>
          <w:b w:val="0"/>
          <w:sz w:val="24"/>
        </w:rPr>
        <w:t>[NAME OF DIVISION] DIVISION</w:t>
      </w:r>
    </w:p>
    <w:p>
      <w:pPr>
        <w:keepNext w:val="0"/>
        <w:spacing w:before="200" w:after="0" w:line="260" w:lineRule="exact"/>
        <w:ind w:left="360" w:right="0" w:firstLine="0"/>
        <w:jc w:val="center"/>
      </w:pPr>
      <w:r>
        <w:rPr>
          <w:rFonts w:ascii="Times New Roman" w:hAnsi="Times New Roman" w:eastAsia="Times New Roman" w:cs="Times New Roman"/>
          <w:b w:val="0"/>
          <w:sz w:val="24"/>
        </w:rPr>
        <w:t>[NAME OF COUNTY] COUNTY, OHIO</w:t>
      </w:r>
    </w:p>
    <w:p>
      <w:pPr>
        <w:keepNext w:val="0"/>
        <w:spacing w:before="120" w:after="0" w:line="260" w:lineRule="exact"/>
        <w:ind w:left="360" w:right="0" w:firstLine="0"/>
        <w:jc w:val="left"/>
      </w:pPr>
      <w:r>
        <w:rPr>
          <w:rFonts w:ascii="Times New Roman" w:hAnsi="Times New Roman" w:eastAsia="Times New Roman" w:cs="Times New Roman"/>
          <w:b/>
          <w:sz w:val="24"/>
        </w:rPr>
        <w:t>DEFENDANT [NAME]'S OBJECTIONS AND RESPONSES</w:t>
      </w:r>
      <w:r>
        <w:rPr>
          <w:rFonts w:ascii="Times New Roman" w:hAnsi="Times New Roman" w:eastAsia="Times New Roman" w:cs="Times New Roman"/>
          <w:sz w:val="24"/>
        </w:rPr>
        <w:br/>
      </w:r>
      <w:r>
        <w:rPr>
          <w:rFonts w:ascii="Times New Roman" w:hAnsi="Times New Roman" w:eastAsia="Times New Roman" w:cs="Times New Roman"/>
          <w:b/>
          <w:sz w:val="24"/>
        </w:rPr>
        <w:t>TO PLAINTIFF [NAME]'S NOTICE OF DEPOSITION</w:t>
      </w:r>
    </w:p>
    <w:p>
      <w:pPr>
        <w:keepNext w:val="0"/>
        <w:spacing w:before="200" w:after="0" w:line="260" w:lineRule="exact"/>
        <w:ind w:left="720" w:right="0" w:firstLine="0"/>
        <w:jc w:val="both"/>
      </w:pPr>
      <w:r>
        <w:rPr>
          <w:rFonts w:ascii="Times New Roman" w:hAnsi="Times New Roman" w:eastAsia="Times New Roman" w:cs="Times New Roman"/>
          <w:b w:val="0"/>
          <w:sz w:val="24"/>
        </w:rPr>
        <w:t>Please take notice that the Defendant [defendant's name] (hereinafter "Defendant"), by and through its undersigned counsel, hereby objects and responds to the Plaintiff's Notice of Deposition served on [date]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it fails to comply with the formal requirements of the Ohio Rules of Civil Procedure. The Notice lacks [deficiency].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it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 because Plaintiff has sought more depositions than allowed by [the Scheduling Order/ Case Management Order].</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the noticed location for the deposition creates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burden/undue expense] on the Defendant.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it is premature under [cite rule] and Plaintiff has neither sought nor received leave of court.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the officer named in the notice as the one before whom the deposition is to be taken is not qualified to take the deposition because [state reason].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grounds that its request for the production of documents does not comply with the requirements of the Ohio Rules of Civil Procedure. The Notice lacks [deficiency, such as the date of the deposition does not allow the 28 days' notice required for that request under Ohio Civ. R. 34(B)(1)].</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objects to Plaintiff's Notice on the ground that the witness is not competent to testify because [reason].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Supreme Court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[your name], attorney for Defendant [name], in the above-entitled action, hereby certify that on the [numerical day of the month, e.g. 14th] day of [name of month], [year],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within </w:t>
      </w:r>
      <w:r>
        <w:rPr>
          <w:rFonts w:ascii="Times New Roman" w:hAnsi="Times New Roman" w:eastAsia="Times New Roman" w:cs="Times New Roman"/>
          <w:b/>
          <w:sz w:val="24"/>
        </w:rPr>
        <w:t>DEFENDANT [NAME]'S OBJECTIONS AND RESPONSES TO PLAINTIFF [NAME]'S NOTICE OF DEPOSITION</w:t>
      </w:r>
      <w:r>
        <w:rPr>
          <w:rFonts w:ascii="Times New Roman" w:hAnsi="Times New Roman" w:eastAsia="Times New Roman" w:cs="Times New Roman"/>
          <w:b w:val="0"/>
          <w:sz w:val="24"/>
        </w:rPr>
        <w:t>, electronically, to the parties and counsel of record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[Name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[Address of law firm]</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[Plaintiff/Defendant],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[Include name and address for other parties]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