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Notice of Rule 4:14-2(c) Deposition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&amp; ID #]</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[name]</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N.J. Ct. R. 4:14-2(c), Defendant [name] (hereinafter "Defendant"), by and through its undersigned counsel, hereby objects and responds to the Plaintiff [name]'s Notice of Deposition Under Rule 4:14-2(c) served on [date] as follows:</w:t>
      </w:r>
    </w:p>
    <w:p>
      <w:pPr>
        <w:keepNext w:val="0"/>
        <w:spacing w:before="120" w:after="0" w:line="260" w:lineRule="exact"/>
        <w:ind w:left="720" w:right="0" w:firstLine="0"/>
        <w:jc w:val="left"/>
      </w:pPr>
      <w:r>
        <w:rPr>
          <w:rFonts w:ascii="Times New Roman" w:hAnsi="Times New Roman" w:eastAsia="Times New Roman" w:cs="Times New Roman"/>
          <w:b/>
          <w:sz w:val="24"/>
        </w:rPr>
        <w:t>GENERAL OBJECTIONS</w:t>
      </w:r>
    </w:p>
    <w:p>
      <w:pPr>
        <w:keepNext w:val="0"/>
        <w:spacing w:before="200" w:after="0" w:line="260" w:lineRule="exact"/>
        <w:ind w:left="1080" w:right="0" w:firstLine="0"/>
        <w:jc w:val="both"/>
      </w:pPr>
      <w:r>
        <w:rPr>
          <w:rFonts w:ascii="Times New Roman" w:hAnsi="Times New Roman" w:eastAsia="Times New Roman" w:cs="Times New Roman"/>
          <w:b w:val="0"/>
          <w:sz w:val="24"/>
        </w:rPr>
        <w:t>Each of the responses to individual topics below incorporates without further reference each of the below general objections. Defendant reserves its rights to object to specific questions during the deposition on any and all permissible grounds.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are inconsistent with or purport to impose obligations broader in scope than those imposed by the Rules Governing the Courts of the State of New Jersey, and Defendant expressly disclaims any obligation to provide any discovery beyond that required by such rules.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seek discovery that is not relevant to the subject matter involved in the action and reasonably calculated to lead to the discovery of admissible evidence.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call for the disclosure of information protected from discovery by the attorney-client privilege, the work product doctrine, or any other applicable privilege or immunity from discovery.</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call for testimony as to information that is not known or reasonably available to Defendant.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the topics set forth in Plaintiff's Notice to the extent that they fail to describe with reasonable particularity the matters on which examination is requested.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the topics set forth in Plaintiff's Notice and to the definitions incorporated therein, if any, to the extent that the topics or definitions contain inaccurate, incomplete, or misleading descriptions of the facts, events, and pleadings underlying this action or assume facts not in evidence. Any discovery provided in response shall not constitute Defendant's agreement with or acquiescence to any such description or facts.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the topics set forth in Plaintiff's Notice to the extent that they seek expert opinion and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any questions or inquiries that go beyond or outside of the scope of the topics listed in Plaintiff's notice. Any discovery provided in response to such questions or inquiries shall not constitute Defendant's agreement that all the topics in Plaintiff's Notice concern information known or reasonably available to the Defendant.</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the topics set forth in Plaintiff's Notice to the extent that they are directed to the selection and identification by Defendant's counsel of evidence and legal arguments to be used at trial in this matter, which constitutes mental impressions, conclusions, opinions, and legal theories protected by the attorney work product doctrine.</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the topics set forth in Plaintiff's Notice to the extent that they seek information prepared in anticipation of litigation or for trial without having met the requirements of N.J. Ct. R. 4:10-2(c).</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Plaintiff's Notice on the ground that it fails to comply with the formal requirements of the Rules Governing the Courts of the State of New Jersey. The Notice lacks [deficiency].</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Plaintiff's Notice on the ground that it is premature under N.J. Ct. R. 4:14-1 and Plaintiff has neither sought nor received leave of court.</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Plaintiff's Notice on the ground that it seeks more depositions than allowed by the Court's scheduling order.</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Plaintiff's Notice on the ground that Plaintiff has already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N.J. Ct. R. 4:10-2(c) deposition of Defendant in this case and has not received the court's leave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N.J. Ct. R. 4:10-2(c) deposition.</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Plaintiff's Notice on the ground that it provides unreasonable notice of the deposition in view of the number of noticed topics, giving Defendant insufficient time to conduct the necessary research and witness preparation on each topic, and, therefore, places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Plaintiff's Notice on the ground that the noticed location for the deposition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travel burden on the witnesses who may be designated to testify on the noticed topics.</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Plaintiff's Notice on the ground that the noticed topics cause annoyance, embarrassment, oppression, or undue burden or expense under N.J. Ct. R. 4:10-3. The noticed topics are unduly burdensome for the following reasons: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 is possible to obtain the following information from another source that is more convenient or less burdensome or expensive: [list the relevant topics from the notice, and what other source they can be more easily obtained from].</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topics are unreasonably cumulative or duplicative: [list the relevant topics and the specific reasons why they are cumulative or duplicative (e.g., the information has already been produced in other discovery or by another party)].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likely burden or expense of responding to the following topics outweighs the likely benefit of its receipt, taking into account the parties' relative access to the information, the amount in controversy, the resources of the parties, the importance of the issues, and the importance of the requested discovery in resolving the issues: [list the relevant topics and the specific reasons why the likely burden or expense outweighs the benefit].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[Other reasons why the topics are unduly burdensome].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objects to Plaintiff's Notice on the ground that the noticed topics seek the discovery of information that is protected from discovery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Specifically, the notice seeks discovery of [describe protected information]. [Defendant objects to Plaintiff's Notice to the extent that the noticed topics seek the discovery of confidential information such as [example of type of confidential information],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to protect confidential information produced during discovery.]</w:t>
      </w:r>
    </w:p>
    <w:p>
      <w:pPr>
        <w:keepNext w:val="0"/>
        <w:spacing w:before="120" w:after="0" w:line="260" w:lineRule="exact"/>
        <w:ind w:left="720" w:right="0" w:firstLine="0"/>
        <w:jc w:val="left"/>
      </w:pPr>
      <w:r>
        <w:rPr>
          <w:rFonts w:ascii="Times New Roman" w:hAnsi="Times New Roman" w:eastAsia="Times New Roman" w:cs="Times New Roman"/>
          <w:b/>
          <w:sz w:val="24"/>
        </w:rPr>
        <w:t>OBJECTIONS AND RESPONSES TO DEPOSITION TOPICS</w:t>
      </w:r>
    </w:p>
    <w:p>
      <w:pPr>
        <w:keepNext w:val="0"/>
        <w:spacing w:before="120" w:after="0" w:line="260" w:lineRule="exact"/>
        <w:ind w:left="1080" w:right="0" w:firstLine="0"/>
        <w:jc w:val="left"/>
      </w:pPr>
      <w:r>
        <w:rPr>
          <w:rFonts w:ascii="Times New Roman" w:hAnsi="Times New Roman" w:eastAsia="Times New Roman" w:cs="Times New Roman"/>
          <w:b/>
          <w:sz w:val="24"/>
        </w:rPr>
        <w:t>TOPIC NO. 1:</w:t>
      </w:r>
    </w:p>
    <w:p>
      <w:pPr>
        <w:keepNext w:val="0"/>
        <w:spacing w:before="200" w:after="0" w:line="260" w:lineRule="exact"/>
        <w:ind w:left="1440" w:right="0" w:firstLine="0"/>
        <w:jc w:val="both"/>
      </w:pPr>
      <w:r>
        <w:rPr>
          <w:rFonts w:ascii="Times New Roman" w:hAnsi="Times New Roman" w:eastAsia="Times New Roman" w:cs="Times New Roman"/>
          <w:b w:val="0"/>
          <w:sz w:val="24"/>
        </w:rPr>
        <w:t>[Copy topic verbatim from the N.J. Ct. R. 4:14-2(c) notice of deposition.]</w:t>
      </w:r>
    </w:p>
    <w:p>
      <w:pPr>
        <w:keepNext w:val="0"/>
        <w:spacing w:before="120" w:after="0" w:line="260" w:lineRule="exact"/>
        <w:ind w:left="1080" w:right="0" w:firstLine="0"/>
        <w:jc w:val="left"/>
      </w:pPr>
      <w:r>
        <w:rPr>
          <w:rFonts w:ascii="Times New Roman" w:hAnsi="Times New Roman" w:eastAsia="Times New Roman" w:cs="Times New Roman"/>
          <w:b/>
          <w:sz w:val="24"/>
        </w:rPr>
        <w:t>OBJECTION TO TOPIC NO. 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[State specific objections. Some examples include that the topic is overly broad and/or vague, seeks expert opinion and/or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 calls for the disclosure of information protected from discovery by the attorney-client privilege and/or the work product doctrine, or encompasses information that is irrelevant to any claim or defense in the 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and without waiving these objections or its general objections, Defendant agrees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to testify as to pertinent facts relating to [summary of topic].</w:t>
      </w:r>
    </w:p>
    <w:p>
      <w:pPr>
        <w:keepNext w:val="0"/>
        <w:spacing w:before="120" w:after="0" w:line="260" w:lineRule="exact"/>
        <w:ind w:left="1080" w:right="0" w:firstLine="0"/>
        <w:jc w:val="left"/>
      </w:pPr>
      <w:r>
        <w:rPr>
          <w:rFonts w:ascii="Times New Roman" w:hAnsi="Times New Roman" w:eastAsia="Times New Roman" w:cs="Times New Roman"/>
          <w:b/>
          <w:sz w:val="24"/>
        </w:rPr>
        <w:t>TOPIC NO. 2:</w:t>
      </w:r>
    </w:p>
    <w:p>
      <w:pPr>
        <w:keepNext w:val="0"/>
        <w:spacing w:before="200" w:after="0" w:line="260" w:lineRule="exact"/>
        <w:ind w:left="1440" w:right="0" w:firstLine="0"/>
        <w:jc w:val="both"/>
      </w:pPr>
      <w:r>
        <w:rPr>
          <w:rFonts w:ascii="Times New Roman" w:hAnsi="Times New Roman" w:eastAsia="Times New Roman" w:cs="Times New Roman"/>
          <w:b w:val="0"/>
          <w:sz w:val="24"/>
        </w:rPr>
        <w:t>[Copy topic verbatim from the N.J. Ct. R. 4:14-2(c) notice of deposition.]</w:t>
      </w:r>
    </w:p>
    <w:p>
      <w:pPr>
        <w:keepNext w:val="0"/>
        <w:spacing w:before="120" w:after="0" w:line="260" w:lineRule="exact"/>
        <w:ind w:left="1080" w:right="0" w:firstLine="0"/>
        <w:jc w:val="left"/>
      </w:pPr>
      <w:r>
        <w:rPr>
          <w:rFonts w:ascii="Times New Roman" w:hAnsi="Times New Roman" w:eastAsia="Times New Roman" w:cs="Times New Roman"/>
          <w:b/>
          <w:sz w:val="24"/>
        </w:rPr>
        <w:t>OBJECTION TO TOPIC NO. 2:</w:t>
      </w:r>
    </w:p>
    <w:p>
      <w:pPr>
        <w:keepNext w:val="0"/>
        <w:spacing w:before="200" w:after="0" w:line="260" w:lineRule="exact"/>
        <w:ind w:left="1440" w:right="0" w:firstLine="0"/>
        <w:jc w:val="both"/>
      </w:pPr>
      <w:r>
        <w:rPr>
          <w:rFonts w:ascii="Times New Roman" w:hAnsi="Times New Roman" w:eastAsia="Times New Roman" w:cs="Times New Roman"/>
          <w:b w:val="0"/>
          <w:sz w:val="24"/>
        </w:rPr>
        <w:t>This topic requires the deponent to identify all documents upon which Defendant relies in support of its [defenses] [and] [counterclaims]. Defendant objects to this topic on the grounds that any such documents have been produced by Defendant and that the selection and compilation of particular documents by Defendant's counsel that may be used at trial in support of Defendant's [defenses] [and] [counterclaims] is protected by the work product doctrine and is not discoverable absent the showing required by N.J. Ct. R. 4:10-2(c), which Plaintiff has not made. In addition, Defendant objects on the basis that this topic is vague and overly broad.</w:t>
      </w:r>
    </w:p>
    <w:p>
      <w:pPr>
        <w:keepNext w:val="0"/>
        <w:spacing w:before="120" w:after="0" w:line="260" w:lineRule="exact"/>
        <w:ind w:left="1080" w:right="0" w:firstLine="0"/>
        <w:jc w:val="left"/>
      </w:pPr>
      <w:r>
        <w:rPr>
          <w:rFonts w:ascii="Times New Roman" w:hAnsi="Times New Roman" w:eastAsia="Times New Roman" w:cs="Times New Roman"/>
          <w:b/>
          <w:sz w:val="24"/>
        </w:rPr>
        <w:t>TOPIC NO. 3:</w:t>
      </w:r>
    </w:p>
    <w:p>
      <w:pPr>
        <w:keepNext w:val="0"/>
        <w:spacing w:before="200" w:after="0" w:line="260" w:lineRule="exact"/>
        <w:ind w:left="1440" w:right="0" w:firstLine="0"/>
        <w:jc w:val="both"/>
      </w:pPr>
      <w:r>
        <w:rPr>
          <w:rFonts w:ascii="Times New Roman" w:hAnsi="Times New Roman" w:eastAsia="Times New Roman" w:cs="Times New Roman"/>
          <w:b w:val="0"/>
          <w:sz w:val="24"/>
        </w:rPr>
        <w:t>[Copy topic verbatim from the original N.J. Ct. R. 4:14-2(c) notice of deposition.]</w:t>
      </w:r>
    </w:p>
    <w:p>
      <w:pPr>
        <w:keepNext w:val="0"/>
        <w:spacing w:before="120" w:after="0" w:line="260" w:lineRule="exact"/>
        <w:ind w:left="1080" w:right="0" w:firstLine="0"/>
        <w:jc w:val="left"/>
      </w:pPr>
      <w:r>
        <w:rPr>
          <w:rFonts w:ascii="Times New Roman" w:hAnsi="Times New Roman" w:eastAsia="Times New Roman" w:cs="Times New Roman"/>
          <w:b/>
          <w:sz w:val="24"/>
        </w:rPr>
        <w:t>OBJECTION TO TOPIC NO. 3:</w:t>
      </w:r>
    </w:p>
    <w:p>
      <w:pPr>
        <w:keepNext w:val="0"/>
        <w:spacing w:before="200" w:after="0" w:line="260" w:lineRule="exact"/>
        <w:ind w:left="1440" w:right="0" w:firstLine="0"/>
        <w:jc w:val="both"/>
      </w:pPr>
      <w:r>
        <w:rPr>
          <w:rFonts w:ascii="Times New Roman" w:hAnsi="Times New Roman" w:eastAsia="Times New Roman" w:cs="Times New Roman"/>
          <w:b w:val="0"/>
          <w:sz w:val="24"/>
        </w:rPr>
        <w:t>[State specific objections.]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