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Objections and Responses to Requests for Admission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[Attorney name]</w:t>
      </w:r>
    </w:p>
    <w:p>
      <w:pPr>
        <w:keepNext w:val="0"/>
        <w:spacing w:before="200" w:after="0" w:line="260" w:lineRule="exact"/>
        <w:ind w:left="360" w:right="0" w:firstLine="0"/>
        <w:jc w:val="both"/>
      </w:pPr>
      <w:r>
        <w:rPr>
          <w:rFonts w:ascii="Times New Roman" w:hAnsi="Times New Roman" w:eastAsia="Times New Roman" w:cs="Times New Roman"/>
          <w:b w:val="0"/>
          <w:sz w:val="24"/>
        </w:rPr>
        <w:t>[Attorney address]</w:t>
      </w:r>
    </w:p>
    <w:p>
      <w:pPr>
        <w:keepNext w:val="0"/>
        <w:spacing w:before="200" w:after="0" w:line="260" w:lineRule="exact"/>
        <w:ind w:left="360" w:right="0" w:firstLine="0"/>
        <w:jc w:val="both"/>
      </w:pPr>
      <w:r>
        <w:rPr>
          <w:rFonts w:ascii="Times New Roman" w:hAnsi="Times New Roman" w:eastAsia="Times New Roman" w:cs="Times New Roman"/>
          <w:b w:val="0"/>
          <w:sz w:val="24"/>
        </w:rPr>
        <w:t>[Attorney telephone number]</w:t>
      </w:r>
    </w:p>
    <w:p>
      <w:pPr>
        <w:keepNext w:val="0"/>
        <w:spacing w:before="200" w:after="0" w:line="260" w:lineRule="exact"/>
        <w:ind w:left="360" w:right="0" w:firstLine="0"/>
        <w:jc w:val="both"/>
      </w:pPr>
      <w:r>
        <w:rPr>
          <w:rFonts w:ascii="Times New Roman" w:hAnsi="Times New Roman" w:eastAsia="Times New Roman" w:cs="Times New Roman"/>
          <w:b w:val="0"/>
          <w:sz w:val="24"/>
        </w:rPr>
        <w:t>[Attorney fax number, if any]</w:t>
      </w:r>
    </w:p>
    <w:p>
      <w:pPr>
        <w:keepNext w:val="0"/>
        <w:spacing w:before="200" w:after="0" w:line="260" w:lineRule="exact"/>
        <w:ind w:left="360" w:right="0" w:firstLine="0"/>
        <w:jc w:val="both"/>
      </w:pPr>
      <w:r>
        <w:rPr>
          <w:rFonts w:ascii="Times New Roman" w:hAnsi="Times New Roman" w:eastAsia="Times New Roman" w:cs="Times New Roman"/>
          <w:b w:val="0"/>
          <w:sz w:val="24"/>
        </w:rPr>
        <w:t>[Attorney email address]</w:t>
      </w:r>
    </w:p>
    <w:p>
      <w:pPr>
        <w:keepNext w:val="0"/>
        <w:spacing w:before="200" w:after="0" w:line="260" w:lineRule="exact"/>
        <w:ind w:left="360" w:right="0" w:firstLine="0"/>
        <w:jc w:val="both"/>
      </w:pPr>
      <w:r>
        <w:rPr>
          <w:rFonts w:ascii="Times New Roman" w:hAnsi="Times New Roman" w:eastAsia="Times New Roman" w:cs="Times New Roman"/>
          <w:b w:val="0"/>
          <w:sz w:val="24"/>
        </w:rPr>
        <w:t>State Bar # [attorney State Bar membership number]</w:t>
      </w:r>
    </w:p>
    <w:p>
      <w:pPr>
        <w:keepNext w:val="0"/>
        <w:spacing w:before="200" w:after="0" w:line="260" w:lineRule="exact"/>
        <w:ind w:left="360" w:right="0" w:firstLine="0"/>
        <w:jc w:val="both"/>
      </w:pPr>
      <w:r>
        <w:rPr>
          <w:rFonts w:ascii="Times New Roman" w:hAnsi="Times New Roman" w:eastAsia="Times New Roman" w:cs="Times New Roman"/>
          <w:b w:val="0"/>
          <w:sz w:val="24"/>
        </w:rPr>
        <w:t>Attorney for [responding party designation, e.g., Defendant] [responding party name]</w:t>
      </w:r>
    </w:p>
    <w:p>
      <w:pPr>
        <w:keepNext w:val="0"/>
        <w:spacing w:before="200" w:after="0" w:line="260" w:lineRule="exact"/>
        <w:ind w:left="360" w:right="0" w:firstLine="0"/>
        <w:jc w:val="center"/>
      </w:pPr>
      <w:r>
        <w:rPr>
          <w:rFonts w:ascii="Times New Roman" w:hAnsi="Times New Roman" w:eastAsia="Times New Roman" w:cs="Times New Roman"/>
          <w:b w:val="0"/>
          <w:sz w:val="24"/>
        </w:rPr>
        <w:t>SUPERIOR COURT OF THE STATE OF CALIFORNIA</w:t>
      </w:r>
    </w:p>
    <w:p>
      <w:pPr>
        <w:keepNext w:val="0"/>
        <w:spacing w:before="200" w:after="0" w:line="260" w:lineRule="exact"/>
        <w:ind w:left="360" w:right="0" w:firstLine="0"/>
        <w:jc w:val="center"/>
      </w:pPr>
      <w:r>
        <w:rPr>
          <w:rFonts w:ascii="Times New Roman" w:hAnsi="Times New Roman" w:eastAsia="Times New Roman" w:cs="Times New Roman"/>
          <w:b w:val="0"/>
          <w:sz w:val="24"/>
        </w:rPr>
        <w:t>FOR THE COUNTY OF [county name]</w:t>
      </w:r>
    </w:p>
    <w:p>
      <w:pPr>
        <w:keepNext w:val="0"/>
        <w:spacing w:before="200" w:after="0" w:line="260" w:lineRule="exact"/>
        <w:ind w:left="720" w:right="0" w:firstLine="0"/>
        <w:jc w:val="both"/>
      </w:pPr>
      <w:r>
        <w:rPr>
          <w:rFonts w:ascii="Times New Roman" w:hAnsi="Times New Roman" w:eastAsia="Times New Roman" w:cs="Times New Roman"/>
          <w:b w:val="0"/>
          <w:sz w:val="24"/>
        </w:rPr>
        <w:t>PROPOUNDING PARTY: [propounding party designation, e.g., Plaintiff] [propounding party name]</w:t>
      </w:r>
    </w:p>
    <w:p>
      <w:pPr>
        <w:keepNext w:val="0"/>
        <w:spacing w:before="200" w:after="0" w:line="260" w:lineRule="exact"/>
        <w:ind w:left="720" w:right="0" w:firstLine="0"/>
        <w:jc w:val="both"/>
      </w:pPr>
      <w:r>
        <w:rPr>
          <w:rFonts w:ascii="Times New Roman" w:hAnsi="Times New Roman" w:eastAsia="Times New Roman" w:cs="Times New Roman"/>
          <w:b w:val="0"/>
          <w:sz w:val="24"/>
        </w:rPr>
        <w:t>RESPONDING PARTY: [responding party designation, e.g., Defendant] [responding party name]</w:t>
      </w:r>
    </w:p>
    <w:p>
      <w:pPr>
        <w:keepNext w:val="0"/>
        <w:spacing w:before="200" w:after="0" w:line="260" w:lineRule="exact"/>
        <w:ind w:left="720" w:right="0" w:firstLine="0"/>
        <w:jc w:val="both"/>
      </w:pPr>
      <w:r>
        <w:rPr>
          <w:rFonts w:ascii="Times New Roman" w:hAnsi="Times New Roman" w:eastAsia="Times New Roman" w:cs="Times New Roman"/>
          <w:b w:val="0"/>
          <w:sz w:val="24"/>
        </w:rPr>
        <w:t>SET: [set number, e.g., First]</w:t>
      </w:r>
    </w:p>
    <w:p>
      <w:pPr>
        <w:keepNext w:val="0"/>
        <w:spacing w:before="200" w:after="0" w:line="260" w:lineRule="exact"/>
        <w:ind w:left="360" w:right="0" w:firstLine="0"/>
        <w:jc w:val="both"/>
      </w:pPr>
      <w:r>
        <w:rPr>
          <w:rFonts w:ascii="Times New Roman" w:hAnsi="Times New Roman" w:eastAsia="Times New Roman" w:cs="Times New Roman"/>
          <w:b w:val="0"/>
          <w:sz w:val="24"/>
        </w:rPr>
        <w:t>Pursuant to Cal. Code Civ. Proc. § 2033.210 et seq., [responding party designation, e.g., Defendant] [responding party name] responds to [propounding party designation, e.g., Plaintiff] [propounding party name]'s [set number, e.g., First] Set of Requests for Admissions, served on [responding party designation, e.g., Defendant] on [date of service], as follows:</w:t>
      </w:r>
    </w:p>
    <w:p>
      <w:pPr>
        <w:keepNext w:val="0"/>
        <w:spacing w:before="120" w:after="0" w:line="260" w:lineRule="exact"/>
        <w:ind w:left="36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GENUINENESS OF DOCUMENTS</w:t>
      </w:r>
      <w:r>
        <w:rPr>
          <w:rFonts w:ascii="Times New Roman" w:hAnsi="Times New Roman" w:eastAsia="Times New Roman" w:cs="Times New Roman"/>
          <w:b w:val="0"/>
          <w:sz w:val="24"/>
        </w:rPr>
        <w:t xml:space="preserve"> </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Request for Admission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[set forth verbatim text of request, e.g., Admit that the document attached to these Requests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and correct copy of the purchase and sale agreement executed by the parties on (date)].</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Response to Request for Admission </w:t>
      </w:r>
      <w:r>
        <w:rPr>
          <w:rFonts w:ascii="Times New Roman" w:hAnsi="Times New Roman" w:eastAsia="Times New Roman" w:cs="Times New Roman"/>
          <w:b/>
          <w:sz w:val="24"/>
        </w:rPr>
        <w:t>A</w:t>
      </w:r>
      <w:r>
        <w:rPr>
          <w:rFonts w:ascii="Times New Roman" w:hAnsi="Times New Roman" w:eastAsia="Times New Roman" w:cs="Times New Roman"/>
          <w:b w:val="0"/>
          <w:sz w:val="24"/>
        </w:rPr>
        <w:t>: Admitted</w:t>
      </w:r>
    </w:p>
    <w:p>
      <w:pPr>
        <w:keepNext w:val="0"/>
        <w:spacing w:before="120" w:after="0" w:line="260" w:lineRule="exact"/>
        <w:ind w:left="720" w:right="0" w:firstLine="240"/>
        <w:jc w:val="left"/>
      </w:pPr>
      <w:r>
        <w:rPr>
          <w:rFonts w:ascii="Times New Roman" w:hAnsi="Times New Roman" w:eastAsia="Times New Roman" w:cs="Times New Roman"/>
          <w:b w:val="0"/>
          <w:sz w:val="24"/>
        </w:rPr>
        <w:t>[Continue with responses to any additional requests for admission relating to the genuineness of documents]</w:t>
      </w:r>
    </w:p>
    <w:p>
      <w:pPr>
        <w:keepNext w:val="0"/>
        <w:spacing w:before="120" w:after="0" w:line="260" w:lineRule="exact"/>
        <w:ind w:left="36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OTHER MATTERS OF FACT</w:t>
      </w:r>
      <w:r>
        <w:rPr>
          <w:rFonts w:ascii="Times New Roman" w:hAnsi="Times New Roman" w:eastAsia="Times New Roman" w:cs="Times New Roman"/>
          <w:b w:val="0"/>
          <w:sz w:val="24"/>
        </w:rPr>
        <w:t xml:space="preserve"> </w:t>
      </w:r>
    </w:p>
    <w:p>
      <w:pPr>
        <w:keepNext w:val="0"/>
        <w:spacing w:before="120" w:after="0" w:line="260" w:lineRule="exact"/>
        <w:ind w:left="720" w:right="0" w:firstLine="240"/>
        <w:jc w:val="left"/>
      </w:pPr>
      <w:r>
        <w:rPr>
          <w:rFonts w:ascii="Times New Roman" w:hAnsi="Times New Roman" w:eastAsia="Times New Roman" w:cs="Times New Roman"/>
          <w:b w:val="0"/>
          <w:sz w:val="24"/>
        </w:rPr>
        <w:t>Request for Admission No. 1: [set forth verbatim text of request].</w:t>
      </w:r>
    </w:p>
    <w:p>
      <w:pPr>
        <w:keepNext w:val="0"/>
        <w:spacing w:before="120" w:after="0" w:line="260" w:lineRule="exact"/>
        <w:ind w:left="720" w:right="0" w:firstLine="240"/>
        <w:jc w:val="left"/>
      </w:pPr>
      <w:r>
        <w:rPr>
          <w:rFonts w:ascii="Times New Roman" w:hAnsi="Times New Roman" w:eastAsia="Times New Roman" w:cs="Times New Roman"/>
          <w:b w:val="0"/>
          <w:sz w:val="24"/>
        </w:rPr>
        <w:t>Response to Request for Admission No. 1: Denied</w:t>
      </w:r>
    </w:p>
    <w:p>
      <w:pPr>
        <w:keepNext w:val="0"/>
        <w:spacing w:before="120" w:after="0" w:line="260" w:lineRule="exact"/>
        <w:ind w:left="720" w:right="0" w:firstLine="240"/>
        <w:jc w:val="left"/>
      </w:pPr>
      <w:r>
        <w:rPr>
          <w:rFonts w:ascii="Times New Roman" w:hAnsi="Times New Roman" w:eastAsia="Times New Roman" w:cs="Times New Roman"/>
          <w:b w:val="0"/>
          <w:sz w:val="24"/>
        </w:rPr>
        <w:t>Request for Admission No. 2: [set forth verbatim text of request].</w:t>
      </w:r>
    </w:p>
    <w:p>
      <w:pPr>
        <w:keepNext w:val="0"/>
        <w:spacing w:before="120" w:after="0" w:line="260" w:lineRule="exact"/>
        <w:ind w:left="720" w:right="0" w:firstLine="240"/>
        <w:jc w:val="left"/>
      </w:pPr>
      <w:r>
        <w:rPr>
          <w:rFonts w:ascii="Times New Roman" w:hAnsi="Times New Roman" w:eastAsia="Times New Roman" w:cs="Times New Roman"/>
          <w:b w:val="0"/>
          <w:sz w:val="24"/>
        </w:rPr>
        <w:t>Response to Request for Admission No. 2: [Responding party designation, e.g., Defendant] admits that [specify facts admitted]. In all other respects, [responding party designation, e.g., Defendant] denies the matters asserted in this request.</w:t>
      </w:r>
    </w:p>
    <w:p>
      <w:pPr>
        <w:keepNext w:val="0"/>
        <w:spacing w:before="120" w:after="0" w:line="260" w:lineRule="exact"/>
        <w:ind w:left="720" w:right="0" w:firstLine="240"/>
        <w:jc w:val="left"/>
      </w:pPr>
      <w:r>
        <w:rPr>
          <w:rFonts w:ascii="Times New Roman" w:hAnsi="Times New Roman" w:eastAsia="Times New Roman" w:cs="Times New Roman"/>
          <w:b w:val="0"/>
          <w:sz w:val="24"/>
        </w:rPr>
        <w:t>Request for Admission No. 3: [set forth verbatim text of request].</w:t>
      </w:r>
    </w:p>
    <w:p>
      <w:pPr>
        <w:keepNext w:val="0"/>
        <w:spacing w:before="120" w:after="0" w:line="260" w:lineRule="exact"/>
        <w:ind w:left="720" w:right="0" w:firstLine="240"/>
        <w:jc w:val="left"/>
      </w:pPr>
      <w:r>
        <w:rPr>
          <w:rFonts w:ascii="Times New Roman" w:hAnsi="Times New Roman" w:eastAsia="Times New Roman" w:cs="Times New Roman"/>
          <w:b w:val="0"/>
          <w:sz w:val="24"/>
        </w:rPr>
        <w:t>Response to Request for Admission No. 3: [Responding party designation, e.g., Defendant] admits the matters asserted in this request, except that [responding party designation, e.g., Defendant] denies that [specify facts denied].</w:t>
      </w:r>
    </w:p>
    <w:p>
      <w:pPr>
        <w:keepNext w:val="0"/>
        <w:spacing w:before="120" w:after="0" w:line="260" w:lineRule="exact"/>
        <w:ind w:left="720" w:right="0" w:firstLine="240"/>
        <w:jc w:val="left"/>
      </w:pPr>
      <w:r>
        <w:rPr>
          <w:rFonts w:ascii="Times New Roman" w:hAnsi="Times New Roman" w:eastAsia="Times New Roman" w:cs="Times New Roman"/>
          <w:b w:val="0"/>
          <w:sz w:val="24"/>
        </w:rPr>
        <w:t>Request for Admission No. 4: [set forth verbatim text of request].</w:t>
      </w:r>
    </w:p>
    <w:p>
      <w:pPr>
        <w:keepNext w:val="0"/>
        <w:spacing w:before="120" w:after="0" w:line="260" w:lineRule="exact"/>
        <w:ind w:left="720" w:right="0" w:firstLine="240"/>
        <w:jc w:val="left"/>
      </w:pPr>
      <w:r>
        <w:rPr>
          <w:rFonts w:ascii="Times New Roman" w:hAnsi="Times New Roman" w:eastAsia="Times New Roman" w:cs="Times New Roman"/>
          <w:b w:val="0"/>
          <w:sz w:val="24"/>
        </w:rPr>
        <w:t>Response to Request for Admission No. 4: After reasonable inquiry, the information that [responding party designation, e.g., Defendant] knows or can readily obtain is insufficient to enable [him / her / it] to admit or deny the truth of this request. The admission or denial of this request requires [responding party, e.g., Defendant] to have information on [subject matter], which [responding party, e.g., Defendant] does not have in [his / her / its] records and which is not within the knowledge of [responding party, e.g., Defendant]'s employees, agents, and others of whom [responding party, e.g., Defendant] has made reasonable inquiries.</w:t>
      </w:r>
    </w:p>
    <w:p>
      <w:pPr>
        <w:keepNext w:val="0"/>
        <w:spacing w:before="120" w:after="0" w:line="260" w:lineRule="exact"/>
        <w:ind w:left="720" w:right="0" w:firstLine="240"/>
        <w:jc w:val="left"/>
      </w:pPr>
      <w:r>
        <w:rPr>
          <w:rFonts w:ascii="Times New Roman" w:hAnsi="Times New Roman" w:eastAsia="Times New Roman" w:cs="Times New Roman"/>
          <w:b w:val="0"/>
          <w:sz w:val="24"/>
        </w:rPr>
        <w:t>Request for Admission No. 5: [set forth verbatim text of request]..</w:t>
      </w:r>
    </w:p>
    <w:p>
      <w:pPr>
        <w:keepNext w:val="0"/>
        <w:spacing w:before="120" w:after="0" w:line="260" w:lineRule="exact"/>
        <w:ind w:left="720" w:right="0" w:firstLine="240"/>
        <w:jc w:val="left"/>
      </w:pPr>
      <w:r>
        <w:rPr>
          <w:rFonts w:ascii="Times New Roman" w:hAnsi="Times New Roman" w:eastAsia="Times New Roman" w:cs="Times New Roman"/>
          <w:b w:val="0"/>
          <w:sz w:val="24"/>
        </w:rPr>
        <w:t>Response to Request for Admission No. 5: [Responding party designation, e.g., Defendant] [admits / denies] that [set forth portion of request admitted or denied]. After reasonable inquiry, the information that [responding party, e.g., Defendant] knows or can readily obtain is insufficient to enable [him / her / it] to admit or deny the remainder of this request.</w:t>
      </w:r>
    </w:p>
    <w:p>
      <w:pPr>
        <w:keepNext w:val="0"/>
        <w:spacing w:before="120" w:after="0" w:line="260" w:lineRule="exact"/>
        <w:ind w:left="720" w:right="0" w:firstLine="240"/>
        <w:jc w:val="left"/>
      </w:pPr>
      <w:r>
        <w:rPr>
          <w:rFonts w:ascii="Times New Roman" w:hAnsi="Times New Roman" w:eastAsia="Times New Roman" w:cs="Times New Roman"/>
          <w:b w:val="0"/>
          <w:sz w:val="24"/>
        </w:rPr>
        <w:t>Request for Admission No. 6: [set forth verbatim text of request]..</w:t>
      </w:r>
    </w:p>
    <w:p>
      <w:pPr>
        <w:keepNext w:val="0"/>
        <w:spacing w:before="120" w:after="0" w:line="260" w:lineRule="exact"/>
        <w:ind w:left="720" w:right="0" w:firstLine="240"/>
        <w:jc w:val="left"/>
      </w:pPr>
      <w:r>
        <w:rPr>
          <w:rFonts w:ascii="Times New Roman" w:hAnsi="Times New Roman" w:eastAsia="Times New Roman" w:cs="Times New Roman"/>
          <w:b w:val="0"/>
          <w:sz w:val="24"/>
        </w:rPr>
        <w:t>Response to Request for Admission No. 6: [Responding party designation, e.g., Defendant] objects to this request in its entirety and declines to respond on the ground(s) that [specify ground(s) for objection, e.g., the admission or denial of the matter requested would result in the disclosure of information protected by the attorney-client privilege].</w:t>
      </w:r>
    </w:p>
    <w:p>
      <w:pPr>
        <w:keepNext w:val="0"/>
        <w:spacing w:before="120" w:after="0" w:line="260" w:lineRule="exact"/>
        <w:ind w:left="720" w:right="0" w:firstLine="240"/>
        <w:jc w:val="left"/>
      </w:pPr>
      <w:r>
        <w:rPr>
          <w:rFonts w:ascii="Times New Roman" w:hAnsi="Times New Roman" w:eastAsia="Times New Roman" w:cs="Times New Roman"/>
          <w:b w:val="0"/>
          <w:sz w:val="24"/>
        </w:rPr>
        <w:t>Request for Admission No. 7: [set forth verbatim text of request]..</w:t>
      </w:r>
    </w:p>
    <w:p>
      <w:pPr>
        <w:keepNext w:val="0"/>
        <w:spacing w:before="120" w:after="0" w:line="260" w:lineRule="exact"/>
        <w:ind w:left="720" w:right="0" w:firstLine="240"/>
        <w:jc w:val="left"/>
      </w:pPr>
      <w:r>
        <w:rPr>
          <w:rFonts w:ascii="Times New Roman" w:hAnsi="Times New Roman" w:eastAsia="Times New Roman" w:cs="Times New Roman"/>
          <w:b w:val="0"/>
          <w:sz w:val="24"/>
        </w:rPr>
        <w:t>Response to Request for Admission No. 7: [Responding party designation, e.g., Defendant] objects to this request in part on the ground(s) that [specify ground(s) for objection, e.g., the admission or denial of the request, as worded, would result in the disclosure of information protected by the attorney-client privilege]. Subject to and without waiving [his / her / its] objection(s), [responding party designation, e.g., Defendant] answers this request as follows: [set forth partial admission or denial, e.g., (responding party designation, e.g., Defendant) admits that (specify facts admitted). In all other respects, (responding party designation, e.g., Defendant) denies the matter set forth in this request, subject to the above-stated objection(s)].</w:t>
      </w:r>
    </w:p>
    <w:p>
      <w:pPr>
        <w:keepNext w:val="0"/>
        <w:spacing w:before="120" w:after="0" w:line="260" w:lineRule="exact"/>
        <w:ind w:left="720" w:right="0" w:firstLine="240"/>
        <w:jc w:val="left"/>
      </w:pPr>
      <w:r>
        <w:rPr>
          <w:rFonts w:ascii="Times New Roman" w:hAnsi="Times New Roman" w:eastAsia="Times New Roman" w:cs="Times New Roman"/>
          <w:b w:val="0"/>
          <w:sz w:val="24"/>
        </w:rPr>
        <w:t>[Continue with responses to any additional requests for admission relating to matters other than the genuineness of documents]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[Firm name, if 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 (attorney signature)</w:t>
      </w:r>
    </w:p>
    <w:p>
      <w:pPr>
        <w:keepNext w:val="0"/>
        <w:spacing w:before="120" w:after="0" w:line="260" w:lineRule="exact"/>
        <w:ind w:left="360" w:right="0" w:firstLine="0"/>
        <w:jc w:val="left"/>
      </w:pPr>
      <w:r>
        <w:rPr>
          <w:rFonts w:ascii="Times New Roman" w:hAnsi="Times New Roman" w:eastAsia="Times New Roman" w:cs="Times New Roman"/>
          <w:b w:val="0"/>
          <w:sz w:val="24"/>
        </w:rPr>
        <w:t>[Attorney name]</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[responding party designation, e.g., Defendant] [responding party name]</w:t>
      </w:r>
    </w:p>
    <w:p>
      <w:pPr>
        <w:keepNext w:val="0"/>
        <w:spacing w:before="120" w:after="0" w:line="260" w:lineRule="exact"/>
        <w:ind w:left="360" w:right="0" w:firstLine="0"/>
        <w:jc w:val="left"/>
      </w:pPr>
      <w:r>
        <w:rPr>
          <w:rFonts w:ascii="Times New Roman" w:hAnsi="Times New Roman" w:eastAsia="Times New Roman" w:cs="Times New Roman"/>
          <w:b/>
          <w:sz w:val="24"/>
        </w:rPr>
        <w:t>VERIFICATION</w:t>
      </w:r>
    </w:p>
    <w:p>
      <w:pPr>
        <w:keepNext w:val="0"/>
        <w:spacing w:before="120" w:after="0" w:line="260" w:lineRule="exact"/>
        <w:ind w:left="720" w:right="0" w:firstLine="240"/>
        <w:jc w:val="left"/>
      </w:pPr>
      <w:r>
        <w:rPr>
          <w:rFonts w:ascii="Times New Roman" w:hAnsi="Times New Roman" w:eastAsia="Times New Roman" w:cs="Times New Roman"/>
          <w:b w:val="0"/>
          <w:sz w:val="24"/>
        </w:rPr>
        <w:t>My name is [declarant name]. I am [identify party or relationship to party, e.g., the Defendant] in this action. I declare under penalty of perjury under the laws of the State of California that the foregoing is true and correct except as to those matters which are stated on information and belief, and as to those matters, I believe them to be true.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 (declarant signature)</w:t>
      </w:r>
    </w:p>
    <w:p>
      <w:pPr>
        <w:keepNext w:val="0"/>
        <w:spacing w:before="120" w:after="0" w:line="260" w:lineRule="exact"/>
        <w:ind w:left="720" w:right="0" w:firstLine="0"/>
        <w:jc w:val="left"/>
      </w:pPr>
      <w:r>
        <w:rPr>
          <w:rFonts w:ascii="Times New Roman" w:hAnsi="Times New Roman" w:eastAsia="Times New Roman" w:cs="Times New Roman"/>
          <w:b w:val="0"/>
          <w:sz w:val="24"/>
        </w:rPr>
        <w:t>[Declarant name]</w:t>
      </w:r>
    </w:p>
    <w:p>
      <w:pPr>
        <w:keepNext w:val="0"/>
        <w:spacing w:before="120" w:after="0" w:line="260" w:lineRule="exact"/>
        <w:ind w:left="360" w:right="0" w:firstLine="0"/>
        <w:jc w:val="left"/>
      </w:pPr>
      <w:r>
        <w:rPr>
          <w:rFonts w:ascii="Times New Roman" w:hAnsi="Times New Roman" w:eastAsia="Times New Roman" w:cs="Times New Roman"/>
          <w:b/>
          <w:sz w:val="24"/>
        </w:rPr>
        <w:t>Certificate of Service</w:t>
      </w:r>
    </w:p>
    <w:p>
      <w:pPr>
        <w:keepNext w:val="0"/>
        <w:spacing w:before="120" w:after="0" w:line="260" w:lineRule="exact"/>
        <w:ind w:left="720" w:right="0" w:firstLine="240"/>
        <w:jc w:val="left"/>
      </w:pPr>
      <w:r>
        <w:rPr>
          <w:rFonts w:ascii="Times New Roman" w:hAnsi="Times New Roman" w:eastAsia="Times New Roman" w:cs="Times New Roman"/>
          <w:b w:val="0"/>
          <w:sz w:val="24"/>
        </w:rPr>
        <w:t>I, [name of person making service], certify:</w:t>
      </w:r>
    </w:p>
    <w:p>
      <w:pPr>
        <w:keepNext w:val="0"/>
        <w:spacing w:before="120" w:after="0" w:line="260" w:lineRule="exact"/>
        <w:ind w:left="720" w:right="0" w:firstLine="240"/>
        <w:jc w:val="left"/>
      </w:pPr>
      <w:r>
        <w:rPr>
          <w:rFonts w:ascii="Times New Roman" w:hAnsi="Times New Roman" w:eastAsia="Times New Roman" w:cs="Times New Roman"/>
          <w:b w:val="0"/>
          <w:sz w:val="24"/>
        </w:rPr>
        <w:t>I am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resident of or employed in] [county name] County, where [specify manner of service, e.g., mailing] of this document occurred. I am over the age of 18 years and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this case.</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I hereby certify that on [date of service],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foregoing [responding party designation, e.g., Defendant] [responding party name]'s Responses to [propounding party designation, e.g., Plaintiff] [propounding party name]'s [set number, e.g., First] Set of Requests for Admission was served by [specify manner of service, e.g., U.S. first class mail, postage prepaid] on the following parties:</w:t>
      </w:r>
    </w:p>
    <w:p>
      <w:pPr>
        <w:keepNext w:val="0"/>
        <w:spacing w:before="120" w:after="0" w:line="260" w:lineRule="exact"/>
        <w:ind w:left="720" w:right="0" w:firstLine="240"/>
        <w:jc w:val="left"/>
      </w:pPr>
      <w:r>
        <w:rPr>
          <w:rFonts w:ascii="Times New Roman" w:hAnsi="Times New Roman" w:eastAsia="Times New Roman" w:cs="Times New Roman"/>
          <w:b w:val="0"/>
          <w:sz w:val="24"/>
        </w:rPr>
        <w:t>[List name(s) and address(es) of attorney(s) or parties served]</w:t>
      </w:r>
    </w:p>
    <w:p>
      <w:pPr>
        <w:keepNext w:val="0"/>
        <w:spacing w:before="120" w:after="0" w:line="260" w:lineRule="exact"/>
        <w:ind w:left="720" w:right="0" w:firstLine="240"/>
        <w:jc w:val="left"/>
      </w:pPr>
      <w:r>
        <w:rPr>
          <w:rFonts w:ascii="Times New Roman" w:hAnsi="Times New Roman" w:eastAsia="Times New Roman" w:cs="Times New Roman"/>
          <w:b w:val="0"/>
          <w:sz w:val="24"/>
        </w:rPr>
        <w:t>I certify under penalty of perjury under the laws of the State of California that the foregoing is true and correct.</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 (signature of person making service)</w:t>
      </w:r>
    </w:p>
    <w:p>
      <w:pPr>
        <w:keepNext w:val="0"/>
        <w:spacing w:before="120" w:after="0" w:line="260" w:lineRule="exact"/>
        <w:ind w:left="720" w:right="0" w:firstLine="0"/>
        <w:jc w:val="left"/>
      </w:pPr>
      <w:r>
        <w:rPr>
          <w:rFonts w:ascii="Times New Roman" w:hAnsi="Times New Roman" w:eastAsia="Times New Roman" w:cs="Times New Roman"/>
          <w:b w:val="0"/>
          <w:sz w:val="24"/>
        </w:rPr>
        <w:t>[Name of person making service]</w:t>
      </w:r>
    </w:p>
    <w:p>
      <w:pPr>
        <w:keepNext w:val="0"/>
        <w:spacing w:before="120" w:after="0" w:line="260" w:lineRule="exact"/>
        <w:ind w:left="720" w:right="0" w:firstLine="0"/>
        <w:jc w:val="left"/>
      </w:pPr>
      <w:r>
        <w:rPr>
          <w:rFonts w:ascii="Times New Roman" w:hAnsi="Times New Roman" w:eastAsia="Times New Roman" w:cs="Times New Roman"/>
          <w:b w:val="0"/>
          <w:sz w:val="24"/>
        </w:rPr>
        <w:t>[Address of person making service]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