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Objections and Responses to Requests for Admission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IN THE CIRCUIT COURT OF THE [CIRCUIT NUMBER] JUDICIAL CIRCUIT </w:t>
      </w:r>
      <w:r>
        <w:rPr>
          <w:rFonts w:ascii="Times New Roman" w:hAnsi="Times New Roman" w:eastAsia="Times New Roman" w:cs="Times New Roman"/>
          <w:sz w:val="24"/>
        </w:rPr>
        <w:br/>
      </w:r>
      <w:r>
        <w:rPr>
          <w:rFonts w:ascii="Times New Roman" w:hAnsi="Times New Roman" w:eastAsia="Times New Roman" w:cs="Times New Roman"/>
          <w:b/>
          <w:sz w:val="24"/>
        </w:rPr>
        <w:t>[NAME OF COUNTY] COUNTY, ILLINOIS</w:t>
      </w:r>
    </w:p>
    <w:p>
      <w:pPr>
        <w:keepNext w:val="0"/>
        <w:spacing w:before="120" w:after="0" w:line="260" w:lineRule="exact"/>
        <w:ind w:left="360" w:right="0" w:firstLine="0"/>
        <w:jc w:val="left"/>
      </w:pPr>
      <w:r>
        <w:rPr>
          <w:rFonts w:ascii="Times New Roman" w:hAnsi="Times New Roman" w:eastAsia="Times New Roman" w:cs="Times New Roman"/>
          <w:b/>
          <w:sz w:val="24"/>
        </w:rPr>
        <w:t xml:space="preserve">[RESPONDING PARTY, E.G., DEFENDANT]'S OBJECTIONS AND RESPONSES TO [PROPOUNDING PARTY, E.G. PLAINTIFF]'S </w:t>
      </w:r>
      <w:r>
        <w:rPr>
          <w:rFonts w:ascii="Times New Roman" w:hAnsi="Times New Roman" w:eastAsia="Times New Roman" w:cs="Times New Roman"/>
          <w:sz w:val="24"/>
        </w:rPr>
        <w:br/>
      </w:r>
      <w:r>
        <w:rPr>
          <w:rFonts w:ascii="Times New Roman" w:hAnsi="Times New Roman" w:eastAsia="Times New Roman" w:cs="Times New Roman"/>
          <w:b/>
          <w:sz w:val="24"/>
        </w:rPr>
        <w:t>[NUMBER, SUCH AS FIRST] SET OF REQUESTS FOR ADMISSION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Pursuant to Illinois Supreme Court Rule 216, [responding party, e.g., Defendant] [party name] hereby responds to [propounding party, e.g., Plaintiff] [party name]'s [number, such as First] Set of Requests for Admission, served on [responding party, e.g., Defendant] on [date of service of requests] (the "Requests," and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as follows:</w:t>
      </w:r>
    </w:p>
    <w:p>
      <w:pPr>
        <w:keepNext w:val="0"/>
        <w:spacing w:before="120" w:after="0" w:line="260" w:lineRule="exact"/>
        <w:ind w:left="1080" w:right="0" w:firstLine="0"/>
        <w:jc w:val="left"/>
      </w:pPr>
      <w:r>
        <w:rPr>
          <w:rFonts w:ascii="Times New Roman" w:hAnsi="Times New Roman" w:eastAsia="Times New Roman" w:cs="Times New Roman"/>
          <w:b/>
          <w:sz w:val="24"/>
        </w:rPr>
        <w:t>REQUEST NO. 1:</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1:</w:t>
      </w:r>
    </w:p>
    <w:p>
      <w:pPr>
        <w:keepNext w:val="0"/>
        <w:spacing w:before="200" w:after="0" w:line="260" w:lineRule="exact"/>
        <w:ind w:left="1440" w:right="0" w:firstLine="0"/>
        <w:jc w:val="both"/>
      </w:pPr>
      <w:r>
        <w:rPr>
          <w:rFonts w:ascii="Times New Roman" w:hAnsi="Times New Roman" w:eastAsia="Times New Roman" w:cs="Times New Roman"/>
          <w:b w:val="0"/>
          <w:sz w:val="24"/>
        </w:rPr>
        <w:t>Admitted.</w:t>
      </w:r>
    </w:p>
    <w:p>
      <w:pPr>
        <w:keepNext w:val="0"/>
        <w:spacing w:before="120" w:after="0" w:line="260" w:lineRule="exact"/>
        <w:ind w:left="1080" w:right="0" w:firstLine="0"/>
        <w:jc w:val="left"/>
      </w:pPr>
      <w:r>
        <w:rPr>
          <w:rFonts w:ascii="Times New Roman" w:hAnsi="Times New Roman" w:eastAsia="Times New Roman" w:cs="Times New Roman"/>
          <w:b/>
          <w:sz w:val="24"/>
        </w:rPr>
        <w:t>REQUEST NO. 2:</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2:</w:t>
      </w:r>
    </w:p>
    <w:p>
      <w:pPr>
        <w:keepNext w:val="0"/>
        <w:spacing w:before="200" w:after="0" w:line="260" w:lineRule="exact"/>
        <w:ind w:left="1440" w:right="0" w:firstLine="0"/>
        <w:jc w:val="both"/>
      </w:pPr>
      <w:r>
        <w:rPr>
          <w:rFonts w:ascii="Times New Roman" w:hAnsi="Times New Roman" w:eastAsia="Times New Roman" w:cs="Times New Roman"/>
          <w:b w:val="0"/>
          <w:sz w:val="24"/>
        </w:rPr>
        <w:t>Admitted. By way of further response, [provide explanatory details].</w:t>
      </w:r>
    </w:p>
    <w:p>
      <w:pPr>
        <w:keepNext w:val="0"/>
        <w:spacing w:before="120" w:after="0" w:line="260" w:lineRule="exact"/>
        <w:ind w:left="1080" w:right="0" w:firstLine="0"/>
        <w:jc w:val="left"/>
      </w:pPr>
      <w:r>
        <w:rPr>
          <w:rFonts w:ascii="Times New Roman" w:hAnsi="Times New Roman" w:eastAsia="Times New Roman" w:cs="Times New Roman"/>
          <w:b/>
          <w:sz w:val="24"/>
        </w:rPr>
        <w:t>REQUEST NO. 3:</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3:</w:t>
      </w:r>
    </w:p>
    <w:p>
      <w:pPr>
        <w:keepNext w:val="0"/>
        <w:spacing w:before="200" w:after="0" w:line="260" w:lineRule="exact"/>
        <w:ind w:left="1440" w:right="0" w:firstLine="0"/>
        <w:jc w:val="both"/>
      </w:pPr>
      <w:r>
        <w:rPr>
          <w:rFonts w:ascii="Times New Roman" w:hAnsi="Times New Roman" w:eastAsia="Times New Roman" w:cs="Times New Roman"/>
          <w:b w:val="0"/>
          <w:sz w:val="24"/>
        </w:rPr>
        <w:t>Denied.</w:t>
      </w:r>
    </w:p>
    <w:p>
      <w:pPr>
        <w:keepNext w:val="0"/>
        <w:spacing w:before="120" w:after="0" w:line="260" w:lineRule="exact"/>
        <w:ind w:left="1080" w:right="0" w:firstLine="0"/>
        <w:jc w:val="left"/>
      </w:pPr>
      <w:r>
        <w:rPr>
          <w:rFonts w:ascii="Times New Roman" w:hAnsi="Times New Roman" w:eastAsia="Times New Roman" w:cs="Times New Roman"/>
          <w:b/>
          <w:sz w:val="24"/>
        </w:rPr>
        <w:t>REQUEST NO. 4:</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4:</w:t>
      </w:r>
    </w:p>
    <w:p>
      <w:pPr>
        <w:keepNext w:val="0"/>
        <w:spacing w:before="200" w:after="0" w:line="260" w:lineRule="exact"/>
        <w:ind w:left="1440" w:right="0" w:firstLine="0"/>
        <w:jc w:val="both"/>
      </w:pPr>
      <w:r>
        <w:rPr>
          <w:rFonts w:ascii="Times New Roman" w:hAnsi="Times New Roman" w:eastAsia="Times New Roman" w:cs="Times New Roman"/>
          <w:b w:val="0"/>
          <w:sz w:val="24"/>
        </w:rPr>
        <w:t>Denied. By way of further response and explanation, [provide explanatory details].</w:t>
      </w:r>
    </w:p>
    <w:p>
      <w:pPr>
        <w:keepNext w:val="0"/>
        <w:spacing w:before="120" w:after="0" w:line="260" w:lineRule="exact"/>
        <w:ind w:left="1080" w:right="0" w:firstLine="0"/>
        <w:jc w:val="left"/>
      </w:pPr>
      <w:r>
        <w:rPr>
          <w:rFonts w:ascii="Times New Roman" w:hAnsi="Times New Roman" w:eastAsia="Times New Roman" w:cs="Times New Roman"/>
          <w:b/>
          <w:sz w:val="24"/>
        </w:rPr>
        <w:t>REQUEST NO. 5:</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5:</w:t>
      </w:r>
    </w:p>
    <w:p>
      <w:pPr>
        <w:keepNext w:val="0"/>
        <w:spacing w:before="200" w:after="0" w:line="260" w:lineRule="exact"/>
        <w:ind w:left="1440" w:right="0" w:firstLine="0"/>
        <w:jc w:val="both"/>
      </w:pPr>
      <w:r>
        <w:rPr>
          <w:rFonts w:ascii="Times New Roman" w:hAnsi="Times New Roman" w:eastAsia="Times New Roman" w:cs="Times New Roman"/>
          <w:b w:val="0"/>
          <w:sz w:val="24"/>
        </w:rPr>
        <w:t>[Responding party, e.g., Defendant] states that [he/she/it] cannot truthfully admit or deny this Request because [reasons].</w:t>
      </w:r>
    </w:p>
    <w:p>
      <w:pPr>
        <w:keepNext w:val="0"/>
        <w:spacing w:before="120" w:after="0" w:line="260" w:lineRule="exact"/>
        <w:ind w:left="1080" w:right="0" w:firstLine="0"/>
        <w:jc w:val="left"/>
      </w:pPr>
      <w:r>
        <w:rPr>
          <w:rFonts w:ascii="Times New Roman" w:hAnsi="Times New Roman" w:eastAsia="Times New Roman" w:cs="Times New Roman"/>
          <w:b/>
          <w:sz w:val="24"/>
        </w:rPr>
        <w:t>REQUEST NO. 6:</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information that [responding party, e.g., Defendant] knows or can readily obtain about the document in question, which was authored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is insufficient to enable it to admit or deny its authenticity.</w:t>
      </w:r>
    </w:p>
    <w:p>
      <w:pPr>
        <w:keepNext w:val="0"/>
        <w:spacing w:before="120" w:after="0" w:line="260" w:lineRule="exact"/>
        <w:ind w:left="1080" w:right="0" w:firstLine="0"/>
        <w:jc w:val="left"/>
      </w:pPr>
      <w:r>
        <w:rPr>
          <w:rFonts w:ascii="Times New Roman" w:hAnsi="Times New Roman" w:eastAsia="Times New Roman" w:cs="Times New Roman"/>
          <w:b/>
          <w:sz w:val="24"/>
        </w:rPr>
        <w:t>REQUEST NO. 7:</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7:</w:t>
      </w:r>
    </w:p>
    <w:p>
      <w:pPr>
        <w:keepNext w:val="0"/>
        <w:spacing w:before="200" w:after="0" w:line="260" w:lineRule="exact"/>
        <w:ind w:left="1440" w:right="0" w:firstLine="0"/>
        <w:jc w:val="both"/>
      </w:pPr>
      <w:r>
        <w:rPr>
          <w:rFonts w:ascii="Times New Roman" w:hAnsi="Times New Roman" w:eastAsia="Times New Roman" w:cs="Times New Roman"/>
          <w:b w:val="0"/>
          <w:sz w:val="24"/>
        </w:rPr>
        <w:t>[Responding party, e.g., Defendant] admits [set forth portion of request admitted]. [Responding party, e.g., Defendant] denies [set forth portion of request denied].</w:t>
      </w:r>
    </w:p>
    <w:p>
      <w:pPr>
        <w:keepNext w:val="0"/>
        <w:spacing w:before="120" w:after="0" w:line="260" w:lineRule="exact"/>
        <w:ind w:left="1080" w:right="0" w:firstLine="0"/>
        <w:jc w:val="left"/>
      </w:pPr>
      <w:r>
        <w:rPr>
          <w:rFonts w:ascii="Times New Roman" w:hAnsi="Times New Roman" w:eastAsia="Times New Roman" w:cs="Times New Roman"/>
          <w:b/>
          <w:sz w:val="24"/>
        </w:rPr>
        <w:t>REQUEST NO. 8:</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8:</w:t>
      </w:r>
    </w:p>
    <w:p>
      <w:pPr>
        <w:keepNext w:val="0"/>
        <w:spacing w:before="200" w:after="0" w:line="260" w:lineRule="exact"/>
        <w:ind w:left="1440" w:right="0" w:firstLine="0"/>
        <w:jc w:val="both"/>
      </w:pPr>
      <w:r>
        <w:rPr>
          <w:rFonts w:ascii="Times New Roman" w:hAnsi="Times New Roman" w:eastAsia="Times New Roman" w:cs="Times New Roman"/>
          <w:b w:val="0"/>
          <w:sz w:val="24"/>
        </w:rPr>
        <w:t>[Responding party, e.g., Defendant] [admits or denies] [set forth portion of request admitted or denied]. After reasonable inquiry, the information that [responding party, e.g., Defendant] knows or can readily obtain is insufficient to enable it to admit or deny the remainder of this Request.</w:t>
      </w:r>
    </w:p>
    <w:p>
      <w:pPr>
        <w:keepNext w:val="0"/>
        <w:spacing w:before="120" w:after="0" w:line="260" w:lineRule="exact"/>
        <w:ind w:left="1080" w:right="0" w:firstLine="0"/>
        <w:jc w:val="left"/>
      </w:pPr>
      <w:r>
        <w:rPr>
          <w:rFonts w:ascii="Times New Roman" w:hAnsi="Times New Roman" w:eastAsia="Times New Roman" w:cs="Times New Roman"/>
          <w:b/>
          <w:sz w:val="24"/>
        </w:rPr>
        <w:t>REQUEST NO. 9:</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[Responding party, e.g., Defendant] objects to this Request on the grounds that it fails to separately set forth each matter as to which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admission is sought. Instead the Request presents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of compound issues and complex questions within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request, and imposes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undue burden on [responding party, e.g., Defendant] to identify each matter as to which admission is sought.</w:t>
      </w:r>
    </w:p>
    <w:p>
      <w:pPr>
        <w:keepNext w:val="0"/>
        <w:spacing w:before="120" w:after="0" w:line="260" w:lineRule="exact"/>
        <w:ind w:left="1080" w:right="0" w:firstLine="0"/>
        <w:jc w:val="left"/>
      </w:pPr>
      <w:r>
        <w:rPr>
          <w:rFonts w:ascii="Times New Roman" w:hAnsi="Times New Roman" w:eastAsia="Times New Roman" w:cs="Times New Roman"/>
          <w:b/>
          <w:sz w:val="24"/>
        </w:rPr>
        <w:t>REQUEST NO. 10:</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10:</w:t>
      </w:r>
    </w:p>
    <w:p>
      <w:pPr>
        <w:keepNext w:val="0"/>
        <w:spacing w:before="200" w:after="0" w:line="260" w:lineRule="exact"/>
        <w:ind w:left="1440" w:right="0" w:firstLine="0"/>
        <w:jc w:val="both"/>
      </w:pPr>
      <w:r>
        <w:rPr>
          <w:rFonts w:ascii="Times New Roman" w:hAnsi="Times New Roman" w:eastAsia="Times New Roman" w:cs="Times New Roman"/>
          <w:b w:val="0"/>
          <w:sz w:val="24"/>
        </w:rPr>
        <w:t>[Responding party, e.g., Defendant] objects to this Request on the grounds that the terms [list terms] are so vague, ambiguous, and lacking in specificity that [responding party, e.g., Defendant] cannot in good faith respond to the Request. In particular, [explanation]. Subject to and without waiving this objection, [responding party, e.g., Defendant] [response].</w:t>
      </w:r>
    </w:p>
    <w:p>
      <w:pPr>
        <w:keepNext w:val="0"/>
        <w:spacing w:before="120" w:after="0" w:line="260" w:lineRule="exact"/>
        <w:ind w:left="1080" w:right="0" w:firstLine="0"/>
        <w:jc w:val="left"/>
      </w:pPr>
      <w:r>
        <w:rPr>
          <w:rFonts w:ascii="Times New Roman" w:hAnsi="Times New Roman" w:eastAsia="Times New Roman" w:cs="Times New Roman"/>
          <w:b/>
          <w:sz w:val="24"/>
        </w:rPr>
        <w:t>REQUEST NO. 11:</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[Responding party, e.g., Defendant] objects to this Request on the grounds that it requires the disclosure of information that is protected from discovery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protective order entered by the court on [date of order], which provides in pertinent part: [quote pertinent part of order]. The following information sought by this Request is protected: [describe protected information].</w:t>
      </w:r>
    </w:p>
    <w:p>
      <w:pPr>
        <w:keepNext w:val="0"/>
        <w:spacing w:before="120" w:after="0" w:line="260" w:lineRule="exact"/>
        <w:ind w:left="1080" w:right="0" w:firstLine="0"/>
        <w:jc w:val="left"/>
      </w:pPr>
      <w:r>
        <w:rPr>
          <w:rFonts w:ascii="Times New Roman" w:hAnsi="Times New Roman" w:eastAsia="Times New Roman" w:cs="Times New Roman"/>
          <w:b/>
          <w:sz w:val="24"/>
        </w:rPr>
        <w:t>REQUEST NO. 12:</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[Responding party, e.g., Defendant] objects to this Request on the grounds that it seeks admission as to [describe],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[question of law or legal conclusion].</w:t>
      </w:r>
    </w:p>
    <w:p>
      <w:pPr>
        <w:keepNext w:val="0"/>
        <w:spacing w:before="120" w:after="0" w:line="260" w:lineRule="exact"/>
        <w:ind w:left="1080" w:right="0" w:firstLine="0"/>
        <w:jc w:val="left"/>
      </w:pPr>
      <w:r>
        <w:rPr>
          <w:rFonts w:ascii="Times New Roman" w:hAnsi="Times New Roman" w:eastAsia="Times New Roman" w:cs="Times New Roman"/>
          <w:b/>
          <w:sz w:val="24"/>
        </w:rPr>
        <w:t>REQUEST NO. 13:</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13:</w:t>
      </w:r>
    </w:p>
    <w:p>
      <w:pPr>
        <w:keepNext w:val="0"/>
        <w:spacing w:before="200" w:after="0" w:line="260" w:lineRule="exact"/>
        <w:ind w:left="1440" w:right="0" w:firstLine="0"/>
        <w:jc w:val="both"/>
      </w:pPr>
      <w:r>
        <w:rPr>
          <w:rFonts w:ascii="Times New Roman" w:hAnsi="Times New Roman" w:eastAsia="Times New Roman" w:cs="Times New Roman"/>
          <w:b w:val="0"/>
          <w:sz w:val="24"/>
        </w:rPr>
        <w:t>[Responding party, e.g., Defendant] objects to this Request on the grounds that it calls for the disclosure of [describe information], which is information protected from discovery by the [identify protection, such as attorney-client or other privilege, work product doctrine, or other immunity from discovery].</w:t>
      </w:r>
    </w:p>
    <w:p>
      <w:pPr>
        <w:keepNext w:val="0"/>
        <w:spacing w:before="120" w:after="0" w:line="260" w:lineRule="exact"/>
        <w:ind w:left="1080" w:right="0" w:firstLine="0"/>
        <w:jc w:val="left"/>
      </w:pPr>
      <w:r>
        <w:rPr>
          <w:rFonts w:ascii="Times New Roman" w:hAnsi="Times New Roman" w:eastAsia="Times New Roman" w:cs="Times New Roman"/>
          <w:b/>
          <w:sz w:val="24"/>
        </w:rPr>
        <w:t>REQUEST NO. 14:</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14: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[Responding party, e.g., Defendant] objects to this Request as it fails to set forth the entire document and, accordingly, seeks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response to information taken out of context. Subject to and without waiving this objection, [responding party, e.g., Defendant] [response].</w:t>
      </w:r>
    </w:p>
    <w:p>
      <w:pPr>
        <w:keepNext w:val="0"/>
        <w:spacing w:before="200" w:after="0" w:line="260" w:lineRule="exact"/>
        <w:ind w:left="1080" w:right="0" w:firstLine="0"/>
        <w:jc w:val="both"/>
      </w:pPr>
      <w:r>
        <w:rPr>
          <w:rFonts w:ascii="Times New Roman" w:hAnsi="Times New Roman" w:eastAsia="Times New Roman" w:cs="Times New Roman"/>
          <w:b w:val="0"/>
          <w:sz w:val="24"/>
        </w:rPr>
        <w:t>* * *</w:t>
      </w:r>
    </w:p>
    <w:p>
      <w:pPr>
        <w:keepNext w:val="0"/>
        <w:spacing w:before="120" w:after="0" w:line="260" w:lineRule="exact"/>
        <w:ind w:left="1080" w:right="0" w:firstLine="0"/>
        <w:jc w:val="left"/>
      </w:pPr>
      <w:r>
        <w:rPr>
          <w:rFonts w:ascii="Times New Roman" w:hAnsi="Times New Roman" w:eastAsia="Times New Roman" w:cs="Times New Roman"/>
          <w:b/>
          <w:sz w:val="24"/>
        </w:rPr>
        <w:t>REQUEST NO. 31:</w:t>
      </w:r>
    </w:p>
    <w:p>
      <w:pPr>
        <w:keepNext w:val="0"/>
        <w:spacing w:before="200" w:after="0" w:line="260" w:lineRule="exact"/>
        <w:ind w:left="1440" w:right="0" w:firstLine="0"/>
        <w:jc w:val="both"/>
      </w:pPr>
      <w:r>
        <w:rPr>
          <w:rFonts w:ascii="Times New Roman" w:hAnsi="Times New Roman" w:eastAsia="Times New Roman" w:cs="Times New Roman"/>
          <w:b w:val="0"/>
          <w:sz w:val="24"/>
        </w:rPr>
        <w:t>[request verbatim]</w:t>
      </w:r>
    </w:p>
    <w:p>
      <w:pPr>
        <w:keepNext w:val="0"/>
        <w:spacing w:before="120" w:after="0" w:line="260" w:lineRule="exact"/>
        <w:ind w:left="1080" w:right="0" w:firstLine="0"/>
        <w:jc w:val="left"/>
      </w:pPr>
      <w:r>
        <w:rPr>
          <w:rFonts w:ascii="Times New Roman" w:hAnsi="Times New Roman" w:eastAsia="Times New Roman" w:cs="Times New Roman"/>
          <w:b/>
          <w:sz w:val="24"/>
        </w:rPr>
        <w:t>RESPONSE TO REQUEST NO. 31:</w:t>
      </w:r>
    </w:p>
    <w:p>
      <w:pPr>
        <w:keepNext w:val="0"/>
        <w:spacing w:before="200" w:after="0" w:line="260" w:lineRule="exact"/>
        <w:ind w:left="1440" w:right="0" w:firstLine="0"/>
        <w:jc w:val="both"/>
      </w:pPr>
      <w:r>
        <w:rPr>
          <w:rFonts w:ascii="Times New Roman" w:hAnsi="Times New Roman" w:eastAsia="Times New Roman" w:cs="Times New Roman"/>
          <w:b w:val="0"/>
          <w:sz w:val="24"/>
        </w:rPr>
        <w:t>[Responding party, e.g., Defendant] objects to this request on the grounds that it exceeds the number of requests allowed by Illinois Supreme Court Rule 216(f).</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[Counsel's Name]</w:t>
      </w:r>
    </w:p>
    <w:p>
      <w:pPr>
        <w:keepNext w:val="0"/>
        <w:spacing w:before="120" w:after="0" w:line="260" w:lineRule="exact"/>
        <w:ind w:left="360" w:right="0" w:firstLine="0"/>
        <w:jc w:val="left"/>
      </w:pPr>
      <w:r>
        <w:rPr>
          <w:rFonts w:ascii="Times New Roman" w:hAnsi="Times New Roman" w:eastAsia="Times New Roman" w:cs="Times New Roman"/>
          <w:b w:val="0"/>
          <w:sz w:val="24"/>
        </w:rPr>
        <w:t>[Firm name]</w:t>
      </w:r>
    </w:p>
    <w:p>
      <w:pPr>
        <w:keepNext w:val="0"/>
        <w:spacing w:before="120" w:after="0" w:line="260" w:lineRule="exact"/>
        <w:ind w:left="360" w:right="0" w:firstLine="0"/>
        <w:jc w:val="left"/>
      </w:pPr>
      <w:r>
        <w:rPr>
          <w:rFonts w:ascii="Times New Roman" w:hAnsi="Times New Roman" w:eastAsia="Times New Roman" w:cs="Times New Roman"/>
          <w:b w:val="0"/>
          <w:sz w:val="24"/>
        </w:rPr>
        <w:t>Illinois Bar No. [number]</w:t>
      </w:r>
    </w:p>
    <w:p>
      <w:pPr>
        <w:keepNext w:val="0"/>
        <w:spacing w:before="120" w:after="0" w:line="260" w:lineRule="exact"/>
        <w:ind w:left="360" w:right="0" w:firstLine="0"/>
        <w:jc w:val="left"/>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val="0"/>
          <w:sz w:val="24"/>
        </w:rPr>
        <w:t>Telephone: [number]</w:t>
      </w:r>
    </w:p>
    <w:p>
      <w:pPr>
        <w:keepNext w:val="0"/>
        <w:spacing w:before="120" w:after="0" w:line="260" w:lineRule="exact"/>
        <w:ind w:left="360" w:right="0" w:firstLine="0"/>
        <w:jc w:val="left"/>
      </w:pPr>
      <w:r>
        <w:rPr>
          <w:rFonts w:ascii="Times New Roman" w:hAnsi="Times New Roman" w:eastAsia="Times New Roman" w:cs="Times New Roman"/>
          <w:b w:val="0"/>
          <w:sz w:val="24"/>
        </w:rPr>
        <w:t>Facsimile: [number]</w:t>
      </w:r>
    </w:p>
    <w:p>
      <w:pPr>
        <w:keepNext w:val="0"/>
        <w:spacing w:before="120" w:after="0" w:line="260" w:lineRule="exact"/>
        <w:ind w:left="360" w:right="0" w:firstLine="0"/>
        <w:jc w:val="left"/>
      </w:pPr>
      <w:r>
        <w:rPr>
          <w:rFonts w:ascii="Times New Roman" w:hAnsi="Times New Roman" w:eastAsia="Times New Roman" w:cs="Times New Roman"/>
          <w:b w:val="0"/>
          <w:sz w:val="24"/>
        </w:rPr>
        <w:t>Email: [Email]</w:t>
      </w:r>
    </w:p>
    <w:p>
      <w:pPr>
        <w:keepNext w:val="0"/>
        <w:spacing w:before="120" w:after="0" w:line="260" w:lineRule="exact"/>
        <w:ind w:left="360" w:right="0" w:firstLine="0"/>
        <w:jc w:val="left"/>
      </w:pPr>
      <w:r>
        <w:rPr>
          <w:rFonts w:ascii="Times New Roman" w:hAnsi="Times New Roman" w:eastAsia="Times New Roman" w:cs="Times New Roman"/>
          <w:b w:val="0"/>
          <w:sz w:val="24"/>
        </w:rPr>
        <w:t>Firm No. [number]</w:t>
      </w:r>
    </w:p>
    <w:p>
      <w:pPr>
        <w:keepNext w:val="0"/>
        <w:spacing w:before="120" w:after="0" w:line="260" w:lineRule="exact"/>
        <w:ind w:left="360" w:right="0" w:firstLine="0"/>
        <w:jc w:val="left"/>
      </w:pPr>
      <w:r>
        <w:rPr>
          <w:rFonts w:ascii="Times New Roman" w:hAnsi="Times New Roman" w:eastAsia="Times New Roman" w:cs="Times New Roman"/>
          <w:b w:val="0"/>
          <w:sz w:val="24"/>
        </w:rPr>
        <w:t>Attorneys for [Party]</w:t>
      </w:r>
    </w:p>
    <w:p>
      <w:pPr/>
    </w:p>
    <w:p>
      <w:pPr>
        <w:keepNext w:val="0"/>
        <w:spacing w:before="120" w:after="0" w:line="260" w:lineRule="exact"/>
        <w:ind w:left="360" w:right="0" w:firstLine="0"/>
        <w:jc w:val="left"/>
      </w:pPr>
      <w:r>
        <w:rPr>
          <w:rFonts w:ascii="Times New Roman" w:hAnsi="Times New Roman" w:eastAsia="Times New Roman" w:cs="Times New Roman"/>
          <w:b/>
          <w:sz w:val="24"/>
        </w:rPr>
        <w:t>VERIFICATION</w:t>
      </w:r>
    </w:p>
    <w:p>
      <w:pPr>
        <w:keepNext w:val="0"/>
        <w:spacing w:before="200" w:after="0" w:line="260" w:lineRule="exact"/>
        <w:ind w:left="720" w:right="0" w:firstLine="0"/>
        <w:jc w:val="both"/>
      </w:pPr>
      <w:r>
        <w:rPr>
          <w:rFonts w:ascii="Times New Roman" w:hAnsi="Times New Roman" w:eastAsia="Times New Roman" w:cs="Times New Roman"/>
          <w:b w:val="0"/>
          <w:sz w:val="24"/>
        </w:rPr>
        <w:t>Under penalties as provided by law pursuant to Section 1-109 of the Code of Civil Procedure, the undersigned certifies that the statements set forth in the foregoing are true and correct to the best of the undersigned's information and belief.</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[POSITION]</w:t>
      </w:r>
    </w:p>
    <w:p>
      <w:pPr/>
    </w:p>
    <w:p>
      <w:pPr>
        <w:keepNext w:val="0"/>
        <w:spacing w:before="120" w:after="0" w:line="260" w:lineRule="exact"/>
        <w:ind w:left="360" w:right="0" w:firstLine="0"/>
        <w:jc w:val="left"/>
      </w:pPr>
      <w:r>
        <w:rPr>
          <w:rFonts w:ascii="Times New Roman" w:hAnsi="Times New Roman" w:eastAsia="Times New Roman" w:cs="Times New Roman"/>
          <w:b/>
          <w:sz w:val="24"/>
        </w:rPr>
        <w:t>CERTIFICATE OF SERVICE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hereby certify that on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foregoing </w:t>
      </w:r>
      <w:r>
        <w:rPr>
          <w:rFonts w:ascii="Times New Roman" w:hAnsi="Times New Roman" w:eastAsia="Times New Roman" w:cs="Times New Roman"/>
          <w:b/>
          <w:sz w:val="24"/>
        </w:rPr>
        <w:t>[Responding Party, e.g., Defendant]'s Objections and Responses to [Propounding Party, e.g. Plaintiff]'s [Number, Such as First] Set of Requests for Admission</w:t>
      </w:r>
      <w:r>
        <w:rPr>
          <w:rFonts w:ascii="Times New Roman" w:hAnsi="Times New Roman" w:eastAsia="Times New Roman" w:cs="Times New Roman"/>
          <w:b w:val="0"/>
          <w:sz w:val="24"/>
        </w:rPr>
        <w:t xml:space="preserve"> was served on the following parties by [form of service]:</w:t>
      </w:r>
    </w:p>
    <w:p>
      <w:pPr>
        <w:keepNext w:val="0"/>
        <w:spacing w:before="200" w:after="0" w:line="260" w:lineRule="exact"/>
        <w:ind w:left="720" w:right="0" w:firstLine="0"/>
        <w:jc w:val="both"/>
      </w:pPr>
      <w:r>
        <w:rPr>
          <w:rFonts w:ascii="Times New Roman" w:hAnsi="Times New Roman" w:eastAsia="Times New Roman" w:cs="Times New Roman"/>
          <w:b w:val="0"/>
          <w:sz w:val="24"/>
        </w:rPr>
        <w:t>[Counsel's name]</w:t>
      </w:r>
    </w:p>
    <w:p>
      <w:pPr>
        <w:keepNext w:val="0"/>
        <w:spacing w:before="200" w:after="0" w:line="260" w:lineRule="exact"/>
        <w:ind w:left="720" w:right="0" w:firstLine="0"/>
        <w:jc w:val="both"/>
      </w:pPr>
      <w:r>
        <w:rPr>
          <w:rFonts w:ascii="Times New Roman" w:hAnsi="Times New Roman" w:eastAsia="Times New Roman" w:cs="Times New Roman"/>
          <w:b w:val="0"/>
          <w:sz w:val="24"/>
        </w:rPr>
        <w:t>[Firm 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200" w:after="0" w:line="260" w:lineRule="exact"/>
        <w:ind w:left="720" w:right="0" w:firstLine="0"/>
        <w:jc w:val="both"/>
      </w:pPr>
      <w:r>
        <w:rPr>
          <w:rFonts w:ascii="Times New Roman" w:hAnsi="Times New Roman" w:eastAsia="Times New Roman" w:cs="Times New Roman"/>
          <w:b w:val="0"/>
          <w:sz w:val="24"/>
        </w:rPr>
        <w:t>[Counsel's name]</w:t>
      </w:r>
    </w:p>
    <w:p>
      <w:pPr>
        <w:keepNext w:val="0"/>
        <w:spacing w:before="200" w:after="0" w:line="260" w:lineRule="exact"/>
        <w:ind w:left="720" w:right="0" w:firstLine="0"/>
        <w:jc w:val="both"/>
      </w:pPr>
      <w:r>
        <w:rPr>
          <w:rFonts w:ascii="Times New Roman" w:hAnsi="Times New Roman" w:eastAsia="Times New Roman" w:cs="Times New Roman"/>
          <w:b w:val="0"/>
          <w:sz w:val="24"/>
        </w:rPr>
        <w:t>[Firm name]</w:t>
      </w:r>
    </w:p>
    <w:p>
      <w:pPr>
        <w:keepNext w:val="0"/>
        <w:spacing w:before="200" w:after="0" w:line="260" w:lineRule="exact"/>
        <w:ind w:left="720" w:right="0" w:firstLine="0"/>
        <w:jc w:val="both"/>
      </w:pPr>
      <w:r>
        <w:rPr>
          <w:rFonts w:ascii="Times New Roman" w:hAnsi="Times New Roman" w:eastAsia="Times New Roman" w:cs="Times New Roman"/>
          <w:b w:val="0"/>
          <w:sz w:val="24"/>
        </w:rPr>
        <w:t>[Address]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server]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