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Requests for Admission </w:t>
      </w:r>
    </w:p>
    <w:p>
      <w:pPr>
        <w:keepNext w:val="0"/>
        <w:spacing w:after="0" w:line="240" w:lineRule="exact"/>
        <w:ind w:right="0"/>
        <w:jc w:val="both"/>
      </w:pPr>
    </w:p>
    <w:p>
      <w:pPr>
        <w:spacing w:line="100" w:lineRule="exact"/>
      </w:pPr>
    </w:p>
    <w:p>
      <w:pPr>
        <w:keepNext w:val="0"/>
        <w:spacing w:before="200" w:after="0" w:line="260" w:lineRule="exact"/>
        <w:ind w:left="360" w:right="0" w:firstLine="0"/>
        <w:jc w:val="both"/>
      </w:pPr>
      <w:r>
        <w:rPr>
          <w:rFonts w:ascii="Times New Roman" w:hAnsi="Times New Roman" w:eastAsia="Times New Roman" w:cs="Times New Roman"/>
          <w:b w:val="0"/>
          <w:sz w:val="24"/>
        </w:rPr>
        <w:t>TO: Plaintiff [Plaintiff's Name] and its attorney [Plaintiff's attorney, firm name and address].</w:t>
      </w:r>
    </w:p>
    <w:p>
      <w:pPr>
        <w:keepNext w:val="0"/>
        <w:spacing w:before="200" w:after="0" w:line="260" w:lineRule="exact"/>
        <w:ind w:left="360" w:right="0" w:firstLine="0"/>
        <w:jc w:val="both"/>
      </w:pPr>
      <w:r>
        <w:rPr>
          <w:rFonts w:ascii="Times New Roman" w:hAnsi="Times New Roman" w:eastAsia="Times New Roman" w:cs="Times New Roman"/>
          <w:b w:val="0"/>
          <w:sz w:val="24"/>
        </w:rPr>
        <w:t>Defendant, [defendant's name] ("Defendant"), hereby makes these [his/her/its] Responses to the Plaintiff's Requests for Admission pursuant to Rule 36 of Minnesota Rules of Civil Procedure, for purposes of this action only, reserving the right to supplement and amend, as follows:</w:t>
      </w:r>
    </w:p>
    <w:p>
      <w:pPr>
        <w:keepNext w:val="0"/>
        <w:spacing w:before="200" w:after="0" w:line="260" w:lineRule="exact"/>
        <w:ind w:left="360" w:right="0" w:firstLine="0"/>
        <w:jc w:val="center"/>
      </w:pPr>
      <w:r>
        <w:rPr>
          <w:rFonts w:ascii="Times New Roman" w:hAnsi="Times New Roman" w:eastAsia="Times New Roman" w:cs="Times New Roman"/>
          <w:b/>
          <w:sz w:val="24"/>
        </w:rPr>
        <w:t>GENERAL OBJECTIONS</w:t>
      </w:r>
    </w:p>
    <w:p>
      <w:pPr>
        <w:keepNext w:val="0"/>
        <w:spacing w:before="200" w:after="0" w:line="260" w:lineRule="exact"/>
        <w:ind w:left="720" w:right="0" w:firstLine="0"/>
        <w:jc w:val="both"/>
      </w:pPr>
      <w:r>
        <w:rPr>
          <w:rFonts w:ascii="Times New Roman" w:hAnsi="Times New Roman" w:eastAsia="Times New Roman" w:cs="Times New Roman"/>
          <w:b w:val="0"/>
          <w:sz w:val="24"/>
        </w:rPr>
        <w:t>Defendant, through counsel, hereby incorporates the following general objections in response to each request for admission in addition to the specifically stated objections.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[defendant's name], through counsel, objects to these requests to the extent that they are overbroad, unduly burdensome, and impose obligations in excess of those imposed by the Minnesota Rules of Civil Procedure.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[defendant's name], through counsel, objects to these requests to the extent that they seek information that is neither relevant to any party's claim or defense not proportional to the needs of the case.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[defendant's name], through counsel, objects to these requests to the extent that they seek information protected from disclosure by the attorney-client privilege, the attorney work product doctrine, or any other applicable privilege, protection, or immunity.</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[defendant's name], through counsel, objects to these requests to the extent that they call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conclusion.</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[defendant's name], through counsel, objects to these requests to the extent they seek the disclosure of the mental impressions, conclusions, opinions, or legal theories of counsel and are, therefore, beyond the scope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Admission.</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[defendant's name], through counsel, objects to the definition of the term [term] where [reason you object to defined term].</w:t>
      </w:r>
    </w:p>
    <w:p>
      <w:pPr>
        <w:keepNext w:val="0"/>
        <w:spacing w:before="200" w:after="0" w:line="260" w:lineRule="exact"/>
        <w:ind w:left="360" w:right="0" w:firstLine="0"/>
        <w:jc w:val="center"/>
      </w:pPr>
      <w:r>
        <w:rPr>
          <w:rFonts w:ascii="Times New Roman" w:hAnsi="Times New Roman" w:eastAsia="Times New Roman" w:cs="Times New Roman"/>
          <w:b/>
          <w:sz w:val="24"/>
        </w:rPr>
        <w:t>RESPONSES</w:t>
      </w:r>
    </w:p>
    <w:p>
      <w:pPr>
        <w:keepNext w:val="0"/>
        <w:spacing w:before="200" w:after="0" w:line="260" w:lineRule="exact"/>
        <w:ind w:left="720" w:right="0" w:firstLine="0"/>
        <w:jc w:val="both"/>
      </w:pPr>
      <w:r>
        <w:rPr>
          <w:rFonts w:ascii="Times New Roman" w:hAnsi="Times New Roman" w:eastAsia="Times New Roman" w:cs="Times New Roman"/>
          <w:b w:val="0"/>
          <w:sz w:val="24"/>
        </w:rPr>
        <w:t>REQUEST NO. 1:</w:t>
      </w:r>
    </w:p>
    <w:p>
      <w:pPr>
        <w:keepNext w:val="0"/>
        <w:spacing w:before="200" w:after="0" w:line="260" w:lineRule="exact"/>
        <w:ind w:left="1080" w:right="0" w:firstLine="0"/>
        <w:jc w:val="both"/>
      </w:pPr>
      <w:r>
        <w:rPr>
          <w:rFonts w:ascii="Times New Roman" w:hAnsi="Times New Roman" w:eastAsia="Times New Roman" w:cs="Times New Roman"/>
          <w:b w:val="0"/>
          <w:sz w:val="24"/>
        </w:rPr>
        <w:t>[Copy the text of Request No. 1 here.]</w:t>
      </w:r>
    </w:p>
    <w:p>
      <w:pPr>
        <w:keepNext w:val="0"/>
        <w:spacing w:before="200" w:after="0" w:line="260" w:lineRule="exact"/>
        <w:ind w:left="720" w:right="0" w:firstLine="0"/>
        <w:jc w:val="both"/>
      </w:pPr>
      <w:r>
        <w:rPr>
          <w:rFonts w:ascii="Times New Roman" w:hAnsi="Times New Roman" w:eastAsia="Times New Roman" w:cs="Times New Roman"/>
          <w:b w:val="0"/>
          <w:sz w:val="24"/>
        </w:rPr>
        <w:t>RESPONSE TO REQUEST NO. 1:</w:t>
      </w:r>
    </w:p>
    <w:p>
      <w:pPr>
        <w:keepNext w:val="0"/>
        <w:spacing w:before="200" w:after="0" w:line="260" w:lineRule="exact"/>
        <w:ind w:left="1080" w:right="0" w:firstLine="0"/>
        <w:jc w:val="both"/>
      </w:pPr>
      <w:r>
        <w:rPr>
          <w:rFonts w:ascii="Times New Roman" w:hAnsi="Times New Roman" w:eastAsia="Times New Roman" w:cs="Times New Roman"/>
          <w:b w:val="0"/>
          <w:sz w:val="24"/>
        </w:rPr>
        <w:t>Defendant [defendant's name] admits this request.</w:t>
      </w:r>
    </w:p>
    <w:p>
      <w:pPr>
        <w:keepNext w:val="0"/>
        <w:spacing w:before="200" w:after="0" w:line="260" w:lineRule="exact"/>
        <w:ind w:left="720" w:right="0" w:firstLine="0"/>
        <w:jc w:val="both"/>
      </w:pPr>
      <w:r>
        <w:rPr>
          <w:rFonts w:ascii="Times New Roman" w:hAnsi="Times New Roman" w:eastAsia="Times New Roman" w:cs="Times New Roman"/>
          <w:b w:val="0"/>
          <w:sz w:val="24"/>
        </w:rPr>
        <w:t>REQUEST NO. 2:</w:t>
      </w:r>
    </w:p>
    <w:p>
      <w:pPr>
        <w:keepNext w:val="0"/>
        <w:spacing w:before="200" w:after="0" w:line="260" w:lineRule="exact"/>
        <w:ind w:left="1080" w:right="0" w:firstLine="0"/>
        <w:jc w:val="both"/>
      </w:pPr>
      <w:r>
        <w:rPr>
          <w:rFonts w:ascii="Times New Roman" w:hAnsi="Times New Roman" w:eastAsia="Times New Roman" w:cs="Times New Roman"/>
          <w:b w:val="0"/>
          <w:sz w:val="24"/>
        </w:rPr>
        <w:t>[Copy the text of Request No. 2 here.]</w:t>
      </w:r>
    </w:p>
    <w:p>
      <w:pPr>
        <w:keepNext w:val="0"/>
        <w:spacing w:before="200" w:after="0" w:line="260" w:lineRule="exact"/>
        <w:ind w:left="720" w:right="0" w:firstLine="0"/>
        <w:jc w:val="both"/>
      </w:pPr>
      <w:r>
        <w:rPr>
          <w:rFonts w:ascii="Times New Roman" w:hAnsi="Times New Roman" w:eastAsia="Times New Roman" w:cs="Times New Roman"/>
          <w:b w:val="0"/>
          <w:sz w:val="24"/>
        </w:rPr>
        <w:t>RESPONSE TO REQUEST NO. 2:</w:t>
      </w:r>
    </w:p>
    <w:p>
      <w:pPr>
        <w:keepNext w:val="0"/>
        <w:spacing w:before="200" w:after="0" w:line="260" w:lineRule="exact"/>
        <w:ind w:left="1080" w:right="0" w:firstLine="0"/>
        <w:jc w:val="both"/>
      </w:pPr>
      <w:r>
        <w:rPr>
          <w:rFonts w:ascii="Times New Roman" w:hAnsi="Times New Roman" w:eastAsia="Times New Roman" w:cs="Times New Roman"/>
          <w:b w:val="0"/>
          <w:sz w:val="24"/>
        </w:rPr>
        <w:t>Defendant [defendant's name] denies this request.</w:t>
      </w:r>
    </w:p>
    <w:p>
      <w:pPr>
        <w:keepNext w:val="0"/>
        <w:spacing w:before="200" w:after="0" w:line="260" w:lineRule="exact"/>
        <w:ind w:left="720" w:right="0" w:firstLine="0"/>
        <w:jc w:val="both"/>
      </w:pPr>
      <w:r>
        <w:rPr>
          <w:rFonts w:ascii="Times New Roman" w:hAnsi="Times New Roman" w:eastAsia="Times New Roman" w:cs="Times New Roman"/>
          <w:b w:val="0"/>
          <w:sz w:val="24"/>
        </w:rPr>
        <w:t>REQUEST NO. 3:</w:t>
      </w:r>
    </w:p>
    <w:p>
      <w:pPr>
        <w:keepNext w:val="0"/>
        <w:spacing w:before="200" w:after="0" w:line="260" w:lineRule="exact"/>
        <w:ind w:left="1080" w:right="0" w:firstLine="0"/>
        <w:jc w:val="both"/>
      </w:pPr>
      <w:r>
        <w:rPr>
          <w:rFonts w:ascii="Times New Roman" w:hAnsi="Times New Roman" w:eastAsia="Times New Roman" w:cs="Times New Roman"/>
          <w:b w:val="0"/>
          <w:sz w:val="24"/>
        </w:rPr>
        <w:t>[Copy the text of Request No. 3 here.]</w:t>
      </w:r>
    </w:p>
    <w:p>
      <w:pPr>
        <w:keepNext w:val="0"/>
        <w:spacing w:before="200" w:after="0" w:line="260" w:lineRule="exact"/>
        <w:ind w:left="720" w:right="0" w:firstLine="0"/>
        <w:jc w:val="both"/>
      </w:pPr>
      <w:r>
        <w:rPr>
          <w:rFonts w:ascii="Times New Roman" w:hAnsi="Times New Roman" w:eastAsia="Times New Roman" w:cs="Times New Roman"/>
          <w:b w:val="0"/>
          <w:sz w:val="24"/>
        </w:rPr>
        <w:t>RESPONSE TO REQUEST NO. 3:</w:t>
      </w:r>
    </w:p>
    <w:p>
      <w:pPr>
        <w:keepNext w:val="0"/>
        <w:spacing w:before="200" w:after="0" w:line="260" w:lineRule="exact"/>
        <w:ind w:left="1080" w:right="0" w:firstLine="0"/>
        <w:jc w:val="both"/>
      </w:pPr>
      <w:r>
        <w:rPr>
          <w:rFonts w:ascii="Times New Roman" w:hAnsi="Times New Roman" w:eastAsia="Times New Roman" w:cs="Times New Roman"/>
          <w:b w:val="0"/>
          <w:sz w:val="24"/>
        </w:rPr>
        <w:t>Defendant [defendant's name] admits that [state admitted fact]. Defendant [defendant's name] denies that [state denied fact].</w:t>
      </w:r>
    </w:p>
    <w:p>
      <w:pPr>
        <w:keepNext w:val="0"/>
        <w:spacing w:before="200" w:after="0" w:line="260" w:lineRule="exact"/>
        <w:ind w:left="720" w:right="0" w:firstLine="0"/>
        <w:jc w:val="both"/>
      </w:pPr>
      <w:r>
        <w:rPr>
          <w:rFonts w:ascii="Times New Roman" w:hAnsi="Times New Roman" w:eastAsia="Times New Roman" w:cs="Times New Roman"/>
          <w:b w:val="0"/>
          <w:sz w:val="24"/>
        </w:rPr>
        <w:t>REQUEST NO. 4:</w:t>
      </w:r>
    </w:p>
    <w:p>
      <w:pPr>
        <w:keepNext w:val="0"/>
        <w:spacing w:before="200" w:after="0" w:line="260" w:lineRule="exact"/>
        <w:ind w:left="1080" w:right="0" w:firstLine="0"/>
        <w:jc w:val="both"/>
      </w:pPr>
      <w:r>
        <w:rPr>
          <w:rFonts w:ascii="Times New Roman" w:hAnsi="Times New Roman" w:eastAsia="Times New Roman" w:cs="Times New Roman"/>
          <w:b w:val="0"/>
          <w:sz w:val="24"/>
        </w:rPr>
        <w:t>[Copy the text of Request No. 4 here.]</w:t>
      </w:r>
    </w:p>
    <w:p>
      <w:pPr>
        <w:keepNext w:val="0"/>
        <w:spacing w:before="200" w:after="0" w:line="260" w:lineRule="exact"/>
        <w:ind w:left="720" w:right="0" w:firstLine="0"/>
        <w:jc w:val="both"/>
      </w:pPr>
      <w:r>
        <w:rPr>
          <w:rFonts w:ascii="Times New Roman" w:hAnsi="Times New Roman" w:eastAsia="Times New Roman" w:cs="Times New Roman"/>
          <w:b w:val="0"/>
          <w:sz w:val="24"/>
        </w:rPr>
        <w:t>RESPONSE TO REQUEST NO. 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Defendant [defendant's name] admits that it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with [name of party] dated [date].</w:t>
      </w:r>
    </w:p>
    <w:p>
      <w:pPr>
        <w:keepNext w:val="0"/>
        <w:spacing w:before="200" w:after="0" w:line="260" w:lineRule="exact"/>
        <w:ind w:left="720" w:right="0" w:firstLine="0"/>
        <w:jc w:val="both"/>
      </w:pPr>
      <w:r>
        <w:rPr>
          <w:rFonts w:ascii="Times New Roman" w:hAnsi="Times New Roman" w:eastAsia="Times New Roman" w:cs="Times New Roman"/>
          <w:b w:val="0"/>
          <w:sz w:val="24"/>
        </w:rPr>
        <w:t>REQUEST NO. 5:</w:t>
      </w:r>
    </w:p>
    <w:p>
      <w:pPr>
        <w:keepNext w:val="0"/>
        <w:spacing w:before="200" w:after="0" w:line="260" w:lineRule="exact"/>
        <w:ind w:left="1080" w:right="0" w:firstLine="0"/>
        <w:jc w:val="both"/>
      </w:pPr>
      <w:r>
        <w:rPr>
          <w:rFonts w:ascii="Times New Roman" w:hAnsi="Times New Roman" w:eastAsia="Times New Roman" w:cs="Times New Roman"/>
          <w:b w:val="0"/>
          <w:sz w:val="24"/>
        </w:rPr>
        <w:t>[Copy the text of Request No. 5 here.]</w:t>
      </w:r>
    </w:p>
    <w:p>
      <w:pPr>
        <w:keepNext w:val="0"/>
        <w:spacing w:before="200" w:after="0" w:line="260" w:lineRule="exact"/>
        <w:ind w:left="720" w:right="0" w:firstLine="0"/>
        <w:jc w:val="both"/>
      </w:pPr>
      <w:r>
        <w:rPr>
          <w:rFonts w:ascii="Times New Roman" w:hAnsi="Times New Roman" w:eastAsia="Times New Roman" w:cs="Times New Roman"/>
          <w:b w:val="0"/>
          <w:sz w:val="24"/>
        </w:rPr>
        <w:t>RESPONSE TO REQUEST NO. 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Defendant [defendant's name] admits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accurate copy of the [title of document] is attached hereto.</w:t>
      </w:r>
    </w:p>
    <w:p>
      <w:pPr>
        <w:keepNext w:val="0"/>
        <w:spacing w:before="200" w:after="0" w:line="260" w:lineRule="exact"/>
        <w:ind w:left="720" w:right="0" w:firstLine="0"/>
        <w:jc w:val="both"/>
      </w:pPr>
      <w:r>
        <w:rPr>
          <w:rFonts w:ascii="Times New Roman" w:hAnsi="Times New Roman" w:eastAsia="Times New Roman" w:cs="Times New Roman"/>
          <w:b w:val="0"/>
          <w:sz w:val="24"/>
        </w:rPr>
        <w:t>REQUEST NO. 6:</w:t>
      </w:r>
    </w:p>
    <w:p>
      <w:pPr>
        <w:keepNext w:val="0"/>
        <w:spacing w:before="200" w:after="0" w:line="260" w:lineRule="exact"/>
        <w:ind w:left="1080" w:right="0" w:firstLine="0"/>
        <w:jc w:val="both"/>
      </w:pPr>
      <w:r>
        <w:rPr>
          <w:rFonts w:ascii="Times New Roman" w:hAnsi="Times New Roman" w:eastAsia="Times New Roman" w:cs="Times New Roman"/>
          <w:b w:val="0"/>
          <w:sz w:val="24"/>
        </w:rPr>
        <w:t>[Copy the text of Request No. 6 here.]</w:t>
      </w:r>
    </w:p>
    <w:p>
      <w:pPr>
        <w:keepNext w:val="0"/>
        <w:spacing w:before="200" w:after="0" w:line="260" w:lineRule="exact"/>
        <w:ind w:left="720" w:right="0" w:firstLine="0"/>
        <w:jc w:val="both"/>
      </w:pPr>
      <w:r>
        <w:rPr>
          <w:rFonts w:ascii="Times New Roman" w:hAnsi="Times New Roman" w:eastAsia="Times New Roman" w:cs="Times New Roman"/>
          <w:b w:val="0"/>
          <w:sz w:val="24"/>
        </w:rPr>
        <w:t>RESPONSE TO REQUEST NO. 6:</w:t>
      </w:r>
    </w:p>
    <w:p>
      <w:pPr>
        <w:keepNext w:val="0"/>
        <w:spacing w:before="200" w:after="0" w:line="260" w:lineRule="exact"/>
        <w:ind w:left="1080" w:right="0" w:firstLine="0"/>
        <w:jc w:val="both"/>
      </w:pPr>
      <w:r>
        <w:rPr>
          <w:rFonts w:ascii="Times New Roman" w:hAnsi="Times New Roman" w:eastAsia="Times New Roman" w:cs="Times New Roman"/>
          <w:b w:val="0"/>
          <w:sz w:val="24"/>
        </w:rPr>
        <w:t>Defendant [defendant's name] states that [he/she/it] cannot truthfully admit or deny the matter of which this admission is requested because Defendant [defendant's name] [reason].</w:t>
      </w:r>
    </w:p>
    <w:p>
      <w:pPr>
        <w:keepNext w:val="0"/>
        <w:spacing w:before="200" w:after="0" w:line="260" w:lineRule="exact"/>
        <w:ind w:left="720" w:right="0" w:firstLine="0"/>
        <w:jc w:val="both"/>
      </w:pPr>
      <w:r>
        <w:rPr>
          <w:rFonts w:ascii="Times New Roman" w:hAnsi="Times New Roman" w:eastAsia="Times New Roman" w:cs="Times New Roman"/>
          <w:b w:val="0"/>
          <w:sz w:val="24"/>
        </w:rPr>
        <w:t>REQUEST NO. 7:</w:t>
      </w:r>
    </w:p>
    <w:p>
      <w:pPr>
        <w:keepNext w:val="0"/>
        <w:spacing w:before="200" w:after="0" w:line="260" w:lineRule="exact"/>
        <w:ind w:left="1080" w:right="0" w:firstLine="0"/>
        <w:jc w:val="both"/>
      </w:pPr>
      <w:r>
        <w:rPr>
          <w:rFonts w:ascii="Times New Roman" w:hAnsi="Times New Roman" w:eastAsia="Times New Roman" w:cs="Times New Roman"/>
          <w:b w:val="0"/>
          <w:sz w:val="24"/>
        </w:rPr>
        <w:t>[Copy the text of Request No. 7 here.]</w:t>
      </w:r>
    </w:p>
    <w:p>
      <w:pPr>
        <w:keepNext w:val="0"/>
        <w:spacing w:before="200" w:after="0" w:line="260" w:lineRule="exact"/>
        <w:ind w:left="720" w:right="0" w:firstLine="0"/>
        <w:jc w:val="both"/>
      </w:pPr>
      <w:r>
        <w:rPr>
          <w:rFonts w:ascii="Times New Roman" w:hAnsi="Times New Roman" w:eastAsia="Times New Roman" w:cs="Times New Roman"/>
          <w:b w:val="0"/>
          <w:sz w:val="24"/>
        </w:rPr>
        <w:t>RESPONSE TO REQUEST NO. 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Defendant [defendant's name] lacks sufficient information or knowledge to admit or deny this request. Defendant [defendant's name] states that [he/she/it] has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inquiry concerning the matter that is the subject of this request and that the information known or readily obtainable is insufficient to enable Defendant [defendant's name] to admit or deny this matter.</w:t>
      </w:r>
    </w:p>
    <w:p>
      <w:pPr>
        <w:keepNext w:val="0"/>
        <w:spacing w:before="200" w:after="0" w:line="260" w:lineRule="exact"/>
        <w:ind w:left="720" w:right="0" w:firstLine="0"/>
        <w:jc w:val="both"/>
      </w:pPr>
      <w:r>
        <w:rPr>
          <w:rFonts w:ascii="Times New Roman" w:hAnsi="Times New Roman" w:eastAsia="Times New Roman" w:cs="Times New Roman"/>
          <w:b w:val="0"/>
          <w:sz w:val="24"/>
        </w:rPr>
        <w:t>REQUEST NO. 8:</w:t>
      </w:r>
    </w:p>
    <w:p>
      <w:pPr>
        <w:keepNext w:val="0"/>
        <w:spacing w:before="200" w:after="0" w:line="260" w:lineRule="exact"/>
        <w:ind w:left="1080" w:right="0" w:firstLine="0"/>
        <w:jc w:val="both"/>
      </w:pPr>
      <w:r>
        <w:rPr>
          <w:rFonts w:ascii="Times New Roman" w:hAnsi="Times New Roman" w:eastAsia="Times New Roman" w:cs="Times New Roman"/>
          <w:b w:val="0"/>
          <w:sz w:val="24"/>
        </w:rPr>
        <w:t>[Copy the text of Request No. 8 here.]</w:t>
      </w:r>
    </w:p>
    <w:p>
      <w:pPr>
        <w:keepNext w:val="0"/>
        <w:spacing w:before="200" w:after="0" w:line="260" w:lineRule="exact"/>
        <w:ind w:left="720" w:right="0" w:firstLine="0"/>
        <w:jc w:val="both"/>
      </w:pPr>
      <w:r>
        <w:rPr>
          <w:rFonts w:ascii="Times New Roman" w:hAnsi="Times New Roman" w:eastAsia="Times New Roman" w:cs="Times New Roman"/>
          <w:b w:val="0"/>
          <w:sz w:val="24"/>
        </w:rPr>
        <w:t>RESPONSE TO REQUEST NO. 8:</w:t>
      </w:r>
    </w:p>
    <w:p>
      <w:pPr>
        <w:keepNext w:val="0"/>
        <w:spacing w:before="200" w:after="0" w:line="260" w:lineRule="exact"/>
        <w:ind w:left="1080" w:right="0" w:firstLine="0"/>
        <w:jc w:val="both"/>
      </w:pPr>
      <w:r>
        <w:rPr>
          <w:rFonts w:ascii="Times New Roman" w:hAnsi="Times New Roman" w:eastAsia="Times New Roman" w:cs="Times New Roman"/>
          <w:b w:val="0"/>
          <w:sz w:val="24"/>
        </w:rPr>
        <w:t>Defendant [defendant's name] objects to this request as the term "[term]" is vague and subject to varying interpretations. Subject to and without waiving the objection, Defendant [defendant's name] [response].</w:t>
      </w:r>
    </w:p>
    <w:p>
      <w:pPr>
        <w:keepNext w:val="0"/>
        <w:spacing w:before="200" w:after="0" w:line="260" w:lineRule="exact"/>
        <w:ind w:left="720" w:right="0" w:firstLine="0"/>
        <w:jc w:val="both"/>
      </w:pPr>
      <w:r>
        <w:rPr>
          <w:rFonts w:ascii="Times New Roman" w:hAnsi="Times New Roman" w:eastAsia="Times New Roman" w:cs="Times New Roman"/>
          <w:b w:val="0"/>
          <w:sz w:val="24"/>
        </w:rPr>
        <w:t>REQUEST NO. 9:</w:t>
      </w:r>
    </w:p>
    <w:p>
      <w:pPr>
        <w:keepNext w:val="0"/>
        <w:spacing w:before="200" w:after="0" w:line="260" w:lineRule="exact"/>
        <w:ind w:left="1080" w:right="0" w:firstLine="0"/>
        <w:jc w:val="both"/>
      </w:pPr>
      <w:r>
        <w:rPr>
          <w:rFonts w:ascii="Times New Roman" w:hAnsi="Times New Roman" w:eastAsia="Times New Roman" w:cs="Times New Roman"/>
          <w:b w:val="0"/>
          <w:sz w:val="24"/>
        </w:rPr>
        <w:t>[Copy the text of Request No. 9 here.]</w:t>
      </w:r>
    </w:p>
    <w:p>
      <w:pPr>
        <w:keepNext w:val="0"/>
        <w:spacing w:before="200" w:after="0" w:line="260" w:lineRule="exact"/>
        <w:ind w:left="720" w:right="0" w:firstLine="0"/>
        <w:jc w:val="both"/>
      </w:pPr>
      <w:r>
        <w:rPr>
          <w:rFonts w:ascii="Times New Roman" w:hAnsi="Times New Roman" w:eastAsia="Times New Roman" w:cs="Times New Roman"/>
          <w:b w:val="0"/>
          <w:sz w:val="24"/>
        </w:rPr>
        <w:t>RESPONSE TO REQUEST NO. 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Defendant [defendant's name] objects to this request as it fails to set forth the entire document and, accordingly, seeks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response to information taken out of context. Subject to and without waiving the objection, Defendant [defendant's name] [response].</w:t>
      </w:r>
    </w:p>
    <w:p>
      <w:pPr>
        <w:keepNext w:val="0"/>
        <w:spacing w:before="200" w:after="0" w:line="260" w:lineRule="exact"/>
        <w:ind w:left="720" w:right="0" w:firstLine="0"/>
        <w:jc w:val="both"/>
      </w:pPr>
      <w:r>
        <w:rPr>
          <w:rFonts w:ascii="Times New Roman" w:hAnsi="Times New Roman" w:eastAsia="Times New Roman" w:cs="Times New Roman"/>
          <w:b w:val="0"/>
          <w:sz w:val="24"/>
        </w:rPr>
        <w:t>REQUEST NO. 10:</w:t>
      </w:r>
    </w:p>
    <w:p>
      <w:pPr>
        <w:keepNext w:val="0"/>
        <w:spacing w:before="200" w:after="0" w:line="260" w:lineRule="exact"/>
        <w:ind w:left="1080" w:right="0" w:firstLine="0"/>
        <w:jc w:val="both"/>
      </w:pPr>
      <w:r>
        <w:rPr>
          <w:rFonts w:ascii="Times New Roman" w:hAnsi="Times New Roman" w:eastAsia="Times New Roman" w:cs="Times New Roman"/>
          <w:b w:val="0"/>
          <w:sz w:val="24"/>
        </w:rPr>
        <w:t>[Copy the text of Request No. 10 here.]</w:t>
      </w:r>
    </w:p>
    <w:p>
      <w:pPr>
        <w:keepNext w:val="0"/>
        <w:spacing w:before="200" w:after="0" w:line="260" w:lineRule="exact"/>
        <w:ind w:left="720" w:right="0" w:firstLine="0"/>
        <w:jc w:val="both"/>
      </w:pPr>
      <w:r>
        <w:rPr>
          <w:rFonts w:ascii="Times New Roman" w:hAnsi="Times New Roman" w:eastAsia="Times New Roman" w:cs="Times New Roman"/>
          <w:b w:val="0"/>
          <w:sz w:val="24"/>
        </w:rPr>
        <w:t>RESPONSE TO REQUEST NO. 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Defendant [defendant's name] objects to this request to the extent it requests the Defendant [defendant's name] to comment upon documents which are not within Defendant [defendant's name]'s possession, custody, or control. Subject to and without waiving this objection, defendant lacks sufficient information or knowledge to admit or deny this request. Defendant [defendant's name] states that [he/she/it] has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inquiry concerning the matter that is the subject of this request and that the information known or readily obtainable is insufficient to enable Defendant [defendant's name] to admit or deny this matter.</w:t>
      </w:r>
    </w:p>
    <w:p>
      <w:pPr>
        <w:keepNext w:val="0"/>
        <w:spacing w:before="200" w:after="0" w:line="260" w:lineRule="exact"/>
        <w:ind w:left="720" w:right="0" w:firstLine="0"/>
        <w:jc w:val="both"/>
      </w:pPr>
      <w:r>
        <w:rPr>
          <w:rFonts w:ascii="Times New Roman" w:hAnsi="Times New Roman" w:eastAsia="Times New Roman" w:cs="Times New Roman"/>
          <w:b w:val="0"/>
          <w:sz w:val="24"/>
        </w:rPr>
        <w:t>REQUEST NO. 11:</w:t>
      </w:r>
    </w:p>
    <w:p>
      <w:pPr>
        <w:keepNext w:val="0"/>
        <w:spacing w:before="200" w:after="0" w:line="260" w:lineRule="exact"/>
        <w:ind w:left="1080" w:right="0" w:firstLine="0"/>
        <w:jc w:val="both"/>
      </w:pPr>
      <w:r>
        <w:rPr>
          <w:rFonts w:ascii="Times New Roman" w:hAnsi="Times New Roman" w:eastAsia="Times New Roman" w:cs="Times New Roman"/>
          <w:b w:val="0"/>
          <w:sz w:val="24"/>
        </w:rPr>
        <w:t>[Copy the text of Request No. 11 here.]</w:t>
      </w:r>
    </w:p>
    <w:p>
      <w:pPr>
        <w:keepNext w:val="0"/>
        <w:spacing w:before="200" w:after="0" w:line="260" w:lineRule="exact"/>
        <w:ind w:left="720" w:right="0" w:firstLine="0"/>
        <w:jc w:val="both"/>
      </w:pPr>
      <w:r>
        <w:rPr>
          <w:rFonts w:ascii="Times New Roman" w:hAnsi="Times New Roman" w:eastAsia="Times New Roman" w:cs="Times New Roman"/>
          <w:b w:val="0"/>
          <w:sz w:val="24"/>
        </w:rPr>
        <w:t>RESPONSE TO REQUEST NO. 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Defendant [defendant's name] objects to this request to the extent it seeks disclosure of the mental impressions, conclusions, opinions, or legal theories of counsel and is, therefore, beyond the scope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admission. Defendant [defendant's name] further states that no response to this request is required, as it calls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conclusion. Subject to and without waiving the objection, and to the extent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response is required, Defendant [defendant's name] denies this request.</w:t>
      </w:r>
    </w:p>
    <w:p>
      <w:pPr>
        <w:keepNext w:val="0"/>
        <w:spacing w:before="200" w:after="0" w:line="260" w:lineRule="exact"/>
        <w:ind w:left="720" w:right="0" w:firstLine="0"/>
        <w:jc w:val="both"/>
      </w:pPr>
      <w:r>
        <w:rPr>
          <w:rFonts w:ascii="Times New Roman" w:hAnsi="Times New Roman" w:eastAsia="Times New Roman" w:cs="Times New Roman"/>
          <w:b w:val="0"/>
          <w:sz w:val="24"/>
        </w:rPr>
        <w:t>REQUEST NO. 12:</w:t>
      </w:r>
    </w:p>
    <w:p>
      <w:pPr>
        <w:keepNext w:val="0"/>
        <w:spacing w:before="200" w:after="0" w:line="260" w:lineRule="exact"/>
        <w:ind w:left="1080" w:right="0" w:firstLine="0"/>
        <w:jc w:val="both"/>
      </w:pPr>
      <w:r>
        <w:rPr>
          <w:rFonts w:ascii="Times New Roman" w:hAnsi="Times New Roman" w:eastAsia="Times New Roman" w:cs="Times New Roman"/>
          <w:b w:val="0"/>
          <w:sz w:val="24"/>
        </w:rPr>
        <w:t>[Copy the text of Request No. 12 here.]</w:t>
      </w:r>
    </w:p>
    <w:p>
      <w:pPr>
        <w:keepNext w:val="0"/>
        <w:spacing w:before="200" w:after="0" w:line="260" w:lineRule="exact"/>
        <w:ind w:left="720" w:right="0" w:firstLine="0"/>
        <w:jc w:val="both"/>
      </w:pPr>
      <w:r>
        <w:rPr>
          <w:rFonts w:ascii="Times New Roman" w:hAnsi="Times New Roman" w:eastAsia="Times New Roman" w:cs="Times New Roman"/>
          <w:b w:val="0"/>
          <w:sz w:val="24"/>
        </w:rPr>
        <w:t>RESPONSE TO REQUEST NO. 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Defendant [defendant's name] states that no response to this request is required, as it calls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conclusion. Subject to and without waiving the objection, and to the extent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response is required, Defendant [defendant's name] denies this request.</w:t>
      </w:r>
    </w:p>
    <w:p>
      <w:pPr>
        <w:keepNext w:val="0"/>
        <w:spacing w:before="200" w:after="0" w:line="260" w:lineRule="exact"/>
        <w:ind w:left="720" w:right="0" w:firstLine="0"/>
        <w:jc w:val="both"/>
      </w:pPr>
      <w:r>
        <w:rPr>
          <w:rFonts w:ascii="Times New Roman" w:hAnsi="Times New Roman" w:eastAsia="Times New Roman" w:cs="Times New Roman"/>
          <w:b w:val="0"/>
          <w:sz w:val="24"/>
        </w:rPr>
        <w:t>REQUEST NO. 13:</w:t>
      </w:r>
    </w:p>
    <w:p>
      <w:pPr>
        <w:keepNext w:val="0"/>
        <w:spacing w:before="200" w:after="0" w:line="260" w:lineRule="exact"/>
        <w:ind w:left="1080" w:right="0" w:firstLine="0"/>
        <w:jc w:val="both"/>
      </w:pPr>
      <w:r>
        <w:rPr>
          <w:rFonts w:ascii="Times New Roman" w:hAnsi="Times New Roman" w:eastAsia="Times New Roman" w:cs="Times New Roman"/>
          <w:b w:val="0"/>
          <w:sz w:val="24"/>
        </w:rPr>
        <w:t>[Copy the text of Request No. 13 here.]</w:t>
      </w:r>
    </w:p>
    <w:p>
      <w:pPr>
        <w:keepNext w:val="0"/>
        <w:spacing w:before="200" w:after="0" w:line="260" w:lineRule="exact"/>
        <w:ind w:left="720" w:right="0" w:firstLine="0"/>
        <w:jc w:val="both"/>
      </w:pPr>
      <w:r>
        <w:rPr>
          <w:rFonts w:ascii="Times New Roman" w:hAnsi="Times New Roman" w:eastAsia="Times New Roman" w:cs="Times New Roman"/>
          <w:b w:val="0"/>
          <w:sz w:val="24"/>
        </w:rPr>
        <w:t>RESPONSE TO REQUEST NO. 13:</w:t>
      </w:r>
    </w:p>
    <w:p>
      <w:pPr>
        <w:keepNext w:val="0"/>
        <w:spacing w:before="200" w:after="0" w:line="260" w:lineRule="exact"/>
        <w:ind w:left="1080" w:right="0" w:firstLine="0"/>
        <w:jc w:val="both"/>
      </w:pPr>
      <w:r>
        <w:rPr>
          <w:rFonts w:ascii="Times New Roman" w:hAnsi="Times New Roman" w:eastAsia="Times New Roman" w:cs="Times New Roman"/>
          <w:b w:val="0"/>
          <w:sz w:val="24"/>
        </w:rPr>
        <w:t>Defendant [defendant's name] objects to this request to the extent it seeks information protected by the attorney-client privilege.</w:t>
      </w:r>
    </w:p>
    <w:p>
      <w:pPr>
        <w:keepNext w:val="0"/>
        <w:spacing w:before="200" w:after="0" w:line="260" w:lineRule="exact"/>
        <w:ind w:left="720" w:right="0" w:firstLine="0"/>
        <w:jc w:val="both"/>
      </w:pPr>
      <w:r>
        <w:rPr>
          <w:rFonts w:ascii="Times New Roman" w:hAnsi="Times New Roman" w:eastAsia="Times New Roman" w:cs="Times New Roman"/>
          <w:b w:val="0"/>
          <w:sz w:val="24"/>
        </w:rPr>
        <w:t>REQUEST NO. 14:</w:t>
      </w:r>
    </w:p>
    <w:p>
      <w:pPr>
        <w:keepNext w:val="0"/>
        <w:spacing w:before="200" w:after="0" w:line="260" w:lineRule="exact"/>
        <w:ind w:left="1080" w:right="0" w:firstLine="0"/>
        <w:jc w:val="both"/>
      </w:pPr>
      <w:r>
        <w:rPr>
          <w:rFonts w:ascii="Times New Roman" w:hAnsi="Times New Roman" w:eastAsia="Times New Roman" w:cs="Times New Roman"/>
          <w:b w:val="0"/>
          <w:sz w:val="24"/>
        </w:rPr>
        <w:t>[Copy the text of Request No. 14 here.]</w:t>
      </w:r>
    </w:p>
    <w:p>
      <w:pPr>
        <w:keepNext w:val="0"/>
        <w:spacing w:before="200" w:after="0" w:line="260" w:lineRule="exact"/>
        <w:ind w:left="720" w:right="0" w:firstLine="0"/>
        <w:jc w:val="both"/>
      </w:pPr>
      <w:r>
        <w:rPr>
          <w:rFonts w:ascii="Times New Roman" w:hAnsi="Times New Roman" w:eastAsia="Times New Roman" w:cs="Times New Roman"/>
          <w:b w:val="0"/>
          <w:sz w:val="24"/>
        </w:rPr>
        <w:t>RESPONSE TO REQUEST NO. 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Defendant [defendant's name] objects to this request to the extent it seeks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not relevant to any party's claim or defense. Subject to and without waiving the objection, Defendant [defendant's name] [response].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 [attorney registration number]</w:t>
      </w:r>
    </w:p>
    <w:p>
      <w:pPr>
        <w:keepNext w:val="0"/>
        <w:spacing w:before="120" w:after="0" w:line="260" w:lineRule="exact"/>
        <w:ind w:left="360" w:right="0" w:firstLine="0"/>
        <w:jc w:val="left"/>
      </w:pPr>
      <w:r>
        <w:rPr>
          <w:rFonts w:ascii="Times New Roman" w:hAnsi="Times New Roman" w:eastAsia="Times New Roman" w:cs="Times New Roman"/>
          <w:b w:val="0"/>
          <w:sz w:val="24"/>
        </w:rPr>
        <w:t>[Secondary attorney name, if applicable] [attorney registration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[Secondary attorney 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DEFENDANT</w:t>
      </w:r>
    </w:p>
    <w:p>
      <w:pPr/>
    </w:p>
    <w:p>
      <w:pPr>
        <w:keepNext w:val="0"/>
        <w:spacing w:before="200" w:after="0" w:line="260" w:lineRule="exact"/>
        <w:ind w:left="360" w:right="0" w:firstLine="0"/>
        <w:jc w:val="center"/>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Defendant [defendant's name]'s Objections and Responses to Plaintiff [plaintiff's name] Requests for Admission was served on the following parties by [form of service]: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Attorney for [party designation and name]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Attorney for [party designation and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