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Objections</w:t>
      </w:r>
      <w:r>
        <w:rPr>
          <w:rFonts w:ascii="Times New Roman" w:hAnsi="Times New Roman" w:eastAsia="Times New Roman" w:cs="Times New Roman"/>
          <w:sz w:val="24"/>
        </w:rPr>
        <w:t xml:space="preserve"> and Responses to Requests for Production of Documents</w:t>
      </w:r>
    </w:p>
    <w:p>
      <w:pPr/>
      <w:r>
        <w:rPr>
          <w:rFonts w:ascii="Times New Roman" w:hAnsi="Times New Roman" w:eastAsia="Times New Roman" w:cs="Times New Roman"/>
          <w:sz w:val="24"/>
        </w:rPr>
        <w:t>[Attorney's Name/Bar Number]</w:t>
      </w:r>
    </w:p>
    <w:p>
      <w:pPr/>
      <w:r>
        <w:rPr>
          <w:rFonts w:ascii="Times New Roman" w:hAnsi="Times New Roman" w:eastAsia="Times New Roman" w:cs="Times New Roman"/>
          <w:sz w:val="24"/>
        </w:rPr>
        <w:t>[Address]</w:t>
      </w:r>
    </w:p>
    <w:p>
      <w:pPr/>
      <w:r>
        <w:rPr>
          <w:rFonts w:ascii="Times New Roman" w:hAnsi="Times New Roman" w:eastAsia="Times New Roman" w:cs="Times New Roman"/>
          <w:sz w:val="24"/>
        </w:rPr>
        <w:t>[Telephone Number]</w:t>
      </w:r>
    </w:p>
    <w:p>
      <w:pPr/>
      <w:r>
        <w:rPr>
          <w:rFonts w:ascii="Times New Roman" w:hAnsi="Times New Roman" w:eastAsia="Times New Roman" w:cs="Times New Roman"/>
          <w:sz w:val="24"/>
        </w:rPr>
        <w:t>[Email address]</w:t>
      </w:r>
    </w:p>
    <w:p>
      <w:pPr/>
      <w:r>
        <w:rPr>
          <w:rFonts w:ascii="Times New Roman" w:hAnsi="Times New Roman" w:eastAsia="Times New Roman" w:cs="Times New Roman"/>
          <w:sz w:val="24"/>
        </w:rPr>
        <w:t>Attorneys for Defendant</w:t>
      </w:r>
    </w:p>
    <w:p>
      <w:pPr/>
      <w:r>
        <w:rPr>
          <w:rFonts w:ascii="Times New Roman" w:hAnsi="Times New Roman" w:eastAsia="Times New Roman" w:cs="Times New Roman"/>
          <w:sz w:val="24"/>
        </w:rPr>
        <w:t>[Defendant's Name]</w:t>
      </w:r>
    </w:p>
    <w:p>
      <w:pPr/>
      <w:r>
        <w:rPr>
          <w:rFonts w:ascii="Times New Roman" w:hAnsi="Times New Roman" w:eastAsia="Times New Roman" w:cs="Times New Roman"/>
          <w:b/>
          <w:sz w:val="24"/>
        </w:rPr>
        <w:t>IN THE UNITED STATES DISTRICT COURT</w:t>
      </w:r>
    </w:p>
    <w:p>
      <w:pPr/>
      <w:r>
        <w:rPr>
          <w:rFonts w:ascii="Times New Roman" w:hAnsi="Times New Roman" w:eastAsia="Times New Roman" w:cs="Times New Roman"/>
          <w:b/>
          <w:sz w:val="24"/>
        </w:rPr>
        <w:t>FOR THE [NAME] DISTRICT OF [STATE]</w:t>
      </w:r>
    </w:p>
    <w:p>
      <w:pPr/>
      <w:r>
        <w:rPr>
          <w:rFonts w:ascii="Times New Roman" w:hAnsi="Times New Roman" w:eastAsia="Times New Roman" w:cs="Times New Roman"/>
          <w:b/>
          <w:sz w:val="24"/>
        </w:rPr>
        <w:t>[NAME] DIVISION</w:t>
      </w:r>
    </w:p>
    <w:p>
      <w:pPr/>
    </w:p>
    <w:p>
      <w:pPr/>
      <w:r>
        <w:rPr>
          <w:rFonts w:ascii="Times New Roman" w:hAnsi="Times New Roman" w:eastAsia="Times New Roman" w:cs="Times New Roman"/>
          <w:sz w:val="24"/>
        </w:rPr>
        <w:t xml:space="preserve">DEFENDANT'S OBJECTIONS AND RESPONSES TO PLAINTIFF'S </w:t>
      </w:r>
    </w:p>
    <w:p>
      <w:pPr/>
      <w:r>
        <w:rPr>
          <w:rFonts w:ascii="Times New Roman" w:hAnsi="Times New Roman" w:eastAsia="Times New Roman" w:cs="Times New Roman"/>
          <w:sz w:val="24"/>
        </w:rPr>
        <w:t xml:space="preserve">FIRST SET OF REQUESTS FOR PRODUCTION OF DOCUMENTS </w:t>
      </w:r>
    </w:p>
    <w:p>
      <w:pPr/>
      <w:r>
        <w:rPr>
          <w:rFonts w:ascii="Times New Roman" w:hAnsi="Times New Roman" w:eastAsia="Times New Roman" w:cs="Times New Roman"/>
          <w:sz w:val="24"/>
        </w:rPr>
        <w:t>Pursuant to Federal Rule of Civil Procedure 34 and the Local Rules of this Court, Defendant [name] hereby objects and responds to Plaintiff [name]"s [number, such as first] Set of Document Requests, served on Defendant on [date of service of document requests] (the "Requests," and each a "Request") as follows:</w:t>
      </w:r>
    </w:p>
    <w:p>
      <w:pPr/>
      <w:r>
        <w:rPr>
          <w:rFonts w:ascii="Times New Roman" w:hAnsi="Times New Roman" w:eastAsia="Times New Roman" w:cs="Times New Roman"/>
          <w:sz w:val="24"/>
        </w:rPr>
        <w:t xml:space="preserve">SPECIFIC OBJECTIONS AND RESPONSES TO DOCUMENT REQUESTS </w:t>
      </w:r>
    </w:p>
    <w:p>
      <w:pPr/>
      <w:r>
        <w:rPr>
          <w:rFonts w:ascii="Times New Roman" w:hAnsi="Times New Roman" w:eastAsia="Times New Roman" w:cs="Times New Roman"/>
          <w:b/>
          <w:sz w:val="24"/>
        </w:rPr>
        <w:t>REQUEST NO. 1:</w:t>
      </w:r>
    </w:p>
    <w:p>
      <w:pPr/>
      <w:r>
        <w:rPr>
          <w:rFonts w:ascii="Times New Roman" w:hAnsi="Times New Roman" w:eastAsia="Times New Roman" w:cs="Times New Roman"/>
          <w:sz w:val="24"/>
        </w:rPr>
        <w:t>[</w:t>
      </w:r>
      <w:r>
        <w:rPr>
          <w:rFonts w:ascii="Times New Roman" w:hAnsi="Times New Roman" w:eastAsia="Times New Roman" w:cs="Times New Roman"/>
          <w:sz w:val="24"/>
        </w:rPr>
        <w:t>R</w:t>
      </w:r>
      <w:r>
        <w:rPr>
          <w:rFonts w:ascii="Times New Roman" w:hAnsi="Times New Roman" w:eastAsia="Times New Roman" w:cs="Times New Roman"/>
          <w:sz w:val="24"/>
        </w:rPr>
        <w:t>equest verbatim]</w:t>
      </w:r>
    </w:p>
    <w:p>
      <w:pPr/>
      <w:r>
        <w:rPr>
          <w:rFonts w:ascii="Times New Roman" w:hAnsi="Times New Roman" w:eastAsia="Times New Roman" w:cs="Times New Roman"/>
          <w:b/>
          <w:sz w:val="24"/>
        </w:rPr>
        <w:t>RESPONSE TO REQUEST NO. 1:</w:t>
      </w:r>
    </w:p>
    <w:p>
      <w:pPr/>
      <w:r>
        <w:rPr>
          <w:rFonts w:ascii="Times New Roman" w:hAnsi="Times New Roman" w:eastAsia="Times New Roman" w:cs="Times New Roman"/>
          <w:sz w:val="24"/>
        </w:rPr>
        <w:t>Defendant objects to this Request on the ground that the Request is overbroad in that it places no limitation on the relevant time frame. The events relating to the subject matter of this litigation occurred from [</w:t>
      </w:r>
      <w:r>
        <w:rPr>
          <w:rFonts w:ascii="Times New Roman" w:hAnsi="Times New Roman" w:eastAsia="Times New Roman" w:cs="Times New Roman"/>
          <w:sz w:val="24"/>
        </w:rPr>
        <w:t>start date</w:t>
      </w:r>
      <w:r>
        <w:rPr>
          <w:rFonts w:ascii="Times New Roman" w:hAnsi="Times New Roman" w:eastAsia="Times New Roman" w:cs="Times New Roman"/>
          <w:sz w:val="24"/>
        </w:rPr>
        <w:t>] to [</w:t>
      </w:r>
      <w:r>
        <w:rPr>
          <w:rFonts w:ascii="Times New Roman" w:hAnsi="Times New Roman" w:eastAsia="Times New Roman" w:cs="Times New Roman"/>
          <w:sz w:val="24"/>
        </w:rPr>
        <w:t>end date</w:t>
      </w:r>
      <w:r>
        <w:rPr>
          <w:rFonts w:ascii="Times New Roman" w:hAnsi="Times New Roman" w:eastAsia="Times New Roman" w:cs="Times New Roman"/>
          <w:sz w:val="24"/>
        </w:rPr>
        <w:t xml:space="preserve">]. Defendant has therefore limited its search </w:t>
      </w:r>
      <w:r>
        <w:rPr>
          <w:rFonts w:ascii="Times New Roman" w:hAnsi="Times New Roman" w:eastAsia="Times New Roman" w:cs="Times New Roman"/>
          <w:sz w:val="24"/>
        </w:rPr>
        <w:t>for responsive documents to materials from [</w:t>
      </w:r>
      <w:r>
        <w:rPr>
          <w:rFonts w:ascii="Times New Roman" w:hAnsi="Times New Roman" w:eastAsia="Times New Roman" w:cs="Times New Roman"/>
          <w:sz w:val="24"/>
        </w:rPr>
        <w:t>date range</w:t>
      </w:r>
      <w:r>
        <w:rPr>
          <w:rFonts w:ascii="Times New Roman" w:hAnsi="Times New Roman" w:eastAsia="Times New Roman" w:cs="Times New Roman"/>
          <w:sz w:val="24"/>
        </w:rPr>
        <w:t>] and subject to and without waiving this objection will produce copies of such responsive documents by [</w:t>
      </w:r>
      <w:r>
        <w:rPr>
          <w:rFonts w:ascii="Times New Roman" w:hAnsi="Times New Roman" w:eastAsia="Times New Roman" w:cs="Times New Roman"/>
          <w:sz w:val="24"/>
        </w:rPr>
        <w:t>date</w:t>
      </w:r>
      <w:r>
        <w:rPr>
          <w:rFonts w:ascii="Times New Roman" w:hAnsi="Times New Roman" w:eastAsia="Times New Roman" w:cs="Times New Roman"/>
          <w:sz w:val="24"/>
        </w:rPr>
        <w:t>].</w:t>
      </w:r>
    </w:p>
    <w:p>
      <w:pPr/>
      <w:r>
        <w:rPr>
          <w:rFonts w:ascii="Times New Roman" w:hAnsi="Times New Roman" w:eastAsia="Times New Roman" w:cs="Times New Roman"/>
          <w:b/>
          <w:sz w:val="24"/>
        </w:rPr>
        <w:t>REQUEST NO. 2:</w:t>
      </w:r>
    </w:p>
    <w:p>
      <w:pPr/>
      <w:r>
        <w:rPr>
          <w:rFonts w:ascii="Times New Roman" w:hAnsi="Times New Roman" w:eastAsia="Times New Roman" w:cs="Times New Roman"/>
          <w:sz w:val="24"/>
        </w:rPr>
        <w:t>[</w:t>
      </w:r>
      <w:r>
        <w:rPr>
          <w:rFonts w:ascii="Times New Roman" w:hAnsi="Times New Roman" w:eastAsia="Times New Roman" w:cs="Times New Roman"/>
          <w:sz w:val="24"/>
        </w:rPr>
        <w:t>R</w:t>
      </w:r>
      <w:r>
        <w:rPr>
          <w:rFonts w:ascii="Times New Roman" w:hAnsi="Times New Roman" w:eastAsia="Times New Roman" w:cs="Times New Roman"/>
          <w:sz w:val="24"/>
        </w:rPr>
        <w:t>equest verbatim]</w:t>
      </w:r>
    </w:p>
    <w:p>
      <w:pPr/>
      <w:r>
        <w:rPr>
          <w:rFonts w:ascii="Times New Roman" w:hAnsi="Times New Roman" w:eastAsia="Times New Roman" w:cs="Times New Roman"/>
          <w:b/>
          <w:sz w:val="24"/>
        </w:rPr>
        <w:t>RESPONSE TO REQUEST NO. 2:</w:t>
      </w:r>
    </w:p>
    <w:p>
      <w:pPr/>
      <w:r>
        <w:rPr>
          <w:rFonts w:ascii="Times New Roman" w:hAnsi="Times New Roman" w:eastAsia="Times New Roman" w:cs="Times New Roman"/>
          <w:sz w:val="24"/>
        </w:rPr>
        <w:t>Defendant objects to this Request on the grounds that it is overbroad, unduly burdensome, and seeks information that is neither relevant to the subject matter of this action nor proportional to the needs of the case, as required by Federal Rule of Civil Procedure 26(b)(1). Specifically, this Request is [objection] because [explain specific grounds and basis of objection].</w:t>
      </w:r>
    </w:p>
    <w:p>
      <w:pPr/>
      <w:r>
        <w:rPr>
          <w:rFonts w:ascii="Times New Roman" w:hAnsi="Times New Roman" w:eastAsia="Times New Roman" w:cs="Times New Roman"/>
          <w:sz w:val="24"/>
        </w:rPr>
        <w:t>To date, Defendant [has/has not] withheld documents related to this objection. Defendant reserves the right to supplement and/or amend this response as discovery proceeds, as provided in the Federal Rules of Civil Procedure and the Local Rules of this Court.</w:t>
      </w:r>
    </w:p>
    <w:p>
      <w:pPr/>
      <w:r>
        <w:rPr>
          <w:rFonts w:ascii="Times New Roman" w:hAnsi="Times New Roman" w:eastAsia="Times New Roman" w:cs="Times New Roman"/>
          <w:sz w:val="24"/>
        </w:rPr>
        <w:t>Subject to and without waiving this objection, Defendant will produce responsive, non-privileged documents within its custody and control on or before [date].</w:t>
      </w:r>
    </w:p>
    <w:p>
      <w:pPr/>
      <w:r>
        <w:rPr>
          <w:rFonts w:ascii="Times New Roman" w:hAnsi="Times New Roman" w:eastAsia="Times New Roman" w:cs="Times New Roman"/>
          <w:b/>
          <w:sz w:val="24"/>
        </w:rPr>
        <w:t>REQUEST NO. 3:</w:t>
      </w:r>
    </w:p>
    <w:p>
      <w:pPr/>
      <w:r>
        <w:rPr>
          <w:rFonts w:ascii="Times New Roman" w:hAnsi="Times New Roman" w:eastAsia="Times New Roman" w:cs="Times New Roman"/>
          <w:sz w:val="24"/>
        </w:rPr>
        <w:t>[</w:t>
      </w:r>
      <w:r>
        <w:rPr>
          <w:rFonts w:ascii="Times New Roman" w:hAnsi="Times New Roman" w:eastAsia="Times New Roman" w:cs="Times New Roman"/>
          <w:sz w:val="24"/>
        </w:rPr>
        <w:t>R</w:t>
      </w:r>
      <w:r>
        <w:rPr>
          <w:rFonts w:ascii="Times New Roman" w:hAnsi="Times New Roman" w:eastAsia="Times New Roman" w:cs="Times New Roman"/>
          <w:sz w:val="24"/>
        </w:rPr>
        <w:t>equest verbatim]</w:t>
      </w:r>
    </w:p>
    <w:p>
      <w:pPr/>
      <w:r>
        <w:rPr>
          <w:rFonts w:ascii="Times New Roman" w:hAnsi="Times New Roman" w:eastAsia="Times New Roman" w:cs="Times New Roman"/>
          <w:b/>
          <w:sz w:val="24"/>
        </w:rPr>
        <w:t>RESPONSE TO REQUEST NO. 3:</w:t>
      </w:r>
    </w:p>
    <w:p>
      <w:pPr/>
      <w:r>
        <w:rPr>
          <w:rFonts w:ascii="Times New Roman" w:hAnsi="Times New Roman" w:eastAsia="Times New Roman" w:cs="Times New Roman"/>
          <w:sz w:val="24"/>
        </w:rPr>
        <w:t xml:space="preserve">Defendant objects to this </w:t>
      </w:r>
      <w:r>
        <w:rPr>
          <w:rFonts w:ascii="Times New Roman" w:hAnsi="Times New Roman" w:eastAsia="Times New Roman" w:cs="Times New Roman"/>
          <w:sz w:val="24"/>
        </w:rPr>
        <w:t>R</w:t>
      </w:r>
      <w:r>
        <w:rPr>
          <w:rFonts w:ascii="Times New Roman" w:hAnsi="Times New Roman" w:eastAsia="Times New Roman" w:cs="Times New Roman"/>
          <w:sz w:val="24"/>
        </w:rPr>
        <w:t xml:space="preserve">equest on the grounds that the terms [list terms] are so vague and ambiguous that Defendant cannot in good faith determine the scope of this </w:t>
      </w:r>
      <w:r>
        <w:rPr>
          <w:rFonts w:ascii="Times New Roman" w:hAnsi="Times New Roman" w:eastAsia="Times New Roman" w:cs="Times New Roman"/>
          <w:sz w:val="24"/>
        </w:rPr>
        <w:t>R</w:t>
      </w:r>
      <w:r>
        <w:rPr>
          <w:rFonts w:ascii="Times New Roman" w:hAnsi="Times New Roman" w:eastAsia="Times New Roman" w:cs="Times New Roman"/>
          <w:sz w:val="24"/>
        </w:rPr>
        <w:t xml:space="preserve">equest, rendering Defendant unable to formulate a reasonable search for responsive documents. In particular, [explanation of why vagueness/ambiguity renders search unreasonable]. Pending clarification of this </w:t>
      </w:r>
      <w:r>
        <w:rPr>
          <w:rFonts w:ascii="Times New Roman" w:hAnsi="Times New Roman" w:eastAsia="Times New Roman" w:cs="Times New Roman"/>
          <w:sz w:val="24"/>
        </w:rPr>
        <w:t>R</w:t>
      </w:r>
      <w:r>
        <w:rPr>
          <w:rFonts w:ascii="Times New Roman" w:hAnsi="Times New Roman" w:eastAsia="Times New Roman" w:cs="Times New Roman"/>
          <w:sz w:val="24"/>
        </w:rPr>
        <w:t>equest, Defendant is not producing responsive documents.</w:t>
      </w:r>
    </w:p>
    <w:p>
      <w:pPr/>
      <w:r>
        <w:rPr>
          <w:rFonts w:ascii="Times New Roman" w:hAnsi="Times New Roman" w:eastAsia="Times New Roman" w:cs="Times New Roman"/>
          <w:b/>
          <w:sz w:val="24"/>
        </w:rPr>
        <w:t>REQUEST NO. 4:</w:t>
      </w:r>
    </w:p>
    <w:p>
      <w:pPr/>
      <w:r>
        <w:rPr>
          <w:rFonts w:ascii="Times New Roman" w:hAnsi="Times New Roman" w:eastAsia="Times New Roman" w:cs="Times New Roman"/>
          <w:sz w:val="24"/>
        </w:rPr>
        <w:t>[</w:t>
      </w:r>
      <w:r>
        <w:rPr>
          <w:rFonts w:ascii="Times New Roman" w:hAnsi="Times New Roman" w:eastAsia="Times New Roman" w:cs="Times New Roman"/>
          <w:sz w:val="24"/>
        </w:rPr>
        <w:t>R</w:t>
      </w:r>
      <w:r>
        <w:rPr>
          <w:rFonts w:ascii="Times New Roman" w:hAnsi="Times New Roman" w:eastAsia="Times New Roman" w:cs="Times New Roman"/>
          <w:sz w:val="24"/>
        </w:rPr>
        <w:t>equest verbatim]</w:t>
      </w:r>
    </w:p>
    <w:p>
      <w:pPr/>
      <w:r>
        <w:rPr>
          <w:rFonts w:ascii="Times New Roman" w:hAnsi="Times New Roman" w:eastAsia="Times New Roman" w:cs="Times New Roman"/>
          <w:b/>
          <w:sz w:val="24"/>
        </w:rPr>
        <w:t>RESPONSE TO REQUEST NO. 4:</w:t>
      </w:r>
    </w:p>
    <w:p>
      <w:pPr/>
      <w:r>
        <w:rPr>
          <w:rFonts w:ascii="Times New Roman" w:hAnsi="Times New Roman" w:eastAsia="Times New Roman" w:cs="Times New Roman"/>
          <w:sz w:val="24"/>
        </w:rPr>
        <w:t>Defendant objects to this request on the grounds that the terms [list terms] are vague and ambiguous rendering the exact scope of this request uncertain. In order to formulate a reasonable search for documents responsive to this request, Defendant has defined these terms to mean [meaning] and has limited its search for responsive documents according to these definitions. Subject to and without waiving this objection, Defendant will produce copies of such responsive documents by [date].</w:t>
      </w:r>
    </w:p>
    <w:p>
      <w:pPr/>
      <w:r>
        <w:rPr>
          <w:rFonts w:ascii="Times New Roman" w:hAnsi="Times New Roman" w:eastAsia="Times New Roman" w:cs="Times New Roman"/>
          <w:b/>
          <w:sz w:val="24"/>
        </w:rPr>
        <w:t>REQUEST NO. 5:</w:t>
      </w:r>
    </w:p>
    <w:p>
      <w:pPr/>
      <w:r>
        <w:rPr>
          <w:rFonts w:ascii="Times New Roman" w:hAnsi="Times New Roman" w:eastAsia="Times New Roman" w:cs="Times New Roman"/>
          <w:sz w:val="24"/>
        </w:rPr>
        <w:t>[</w:t>
      </w:r>
      <w:r>
        <w:rPr>
          <w:rFonts w:ascii="Times New Roman" w:hAnsi="Times New Roman" w:eastAsia="Times New Roman" w:cs="Times New Roman"/>
          <w:sz w:val="24"/>
        </w:rPr>
        <w:t>Re</w:t>
      </w:r>
      <w:r>
        <w:rPr>
          <w:rFonts w:ascii="Times New Roman" w:hAnsi="Times New Roman" w:eastAsia="Times New Roman" w:cs="Times New Roman"/>
          <w:sz w:val="24"/>
        </w:rPr>
        <w:t>quest verbatim]</w:t>
      </w:r>
    </w:p>
    <w:p>
      <w:pPr/>
      <w:r>
        <w:rPr>
          <w:rFonts w:ascii="Times New Roman" w:hAnsi="Times New Roman" w:eastAsia="Times New Roman" w:cs="Times New Roman"/>
          <w:b/>
          <w:sz w:val="24"/>
        </w:rPr>
        <w:t>RESPONSE TO REQUEST NO. 5:</w:t>
      </w:r>
    </w:p>
    <w:p>
      <w:pPr/>
      <w:r>
        <w:rPr>
          <w:rFonts w:ascii="Times New Roman" w:hAnsi="Times New Roman" w:eastAsia="Times New Roman" w:cs="Times New Roman"/>
          <w:sz w:val="24"/>
        </w:rPr>
        <w:t xml:space="preserve">This </w:t>
      </w:r>
      <w:r>
        <w:rPr>
          <w:rFonts w:ascii="Times New Roman" w:hAnsi="Times New Roman" w:eastAsia="Times New Roman" w:cs="Times New Roman"/>
          <w:sz w:val="24"/>
        </w:rPr>
        <w:t>R</w:t>
      </w:r>
      <w:r>
        <w:rPr>
          <w:rFonts w:ascii="Times New Roman" w:hAnsi="Times New Roman" w:eastAsia="Times New Roman" w:cs="Times New Roman"/>
          <w:sz w:val="24"/>
        </w:rPr>
        <w:t xml:space="preserve">equest encompasses documents relating to Defendant's investigation of Plaintiff's allegations and Defendant's opinions of counsel relating to those allegations. Defendant objects to this </w:t>
      </w:r>
      <w:r>
        <w:rPr>
          <w:rFonts w:ascii="Times New Roman" w:hAnsi="Times New Roman" w:eastAsia="Times New Roman" w:cs="Times New Roman"/>
          <w:sz w:val="24"/>
        </w:rPr>
        <w:t>R</w:t>
      </w:r>
      <w:r>
        <w:rPr>
          <w:rFonts w:ascii="Times New Roman" w:hAnsi="Times New Roman" w:eastAsia="Times New Roman" w:cs="Times New Roman"/>
          <w:sz w:val="24"/>
        </w:rPr>
        <w:t xml:space="preserve">equest on the grounds that it calls for the disclosure of information protected from discovery by the attorney-client privilege and the attorney work-product doctrine. </w:t>
      </w:r>
      <w:r>
        <w:rPr>
          <w:rFonts w:ascii="Times New Roman" w:hAnsi="Times New Roman" w:eastAsia="Times New Roman" w:cs="Times New Roman"/>
          <w:sz w:val="24"/>
        </w:rPr>
        <w:t xml:space="preserve">Defendant further objects to this </w:t>
      </w:r>
      <w:r>
        <w:rPr>
          <w:rFonts w:ascii="Times New Roman" w:hAnsi="Times New Roman" w:eastAsia="Times New Roman" w:cs="Times New Roman"/>
          <w:sz w:val="24"/>
        </w:rPr>
        <w:t>R</w:t>
      </w:r>
      <w:r>
        <w:rPr>
          <w:rFonts w:ascii="Times New Roman" w:hAnsi="Times New Roman" w:eastAsia="Times New Roman" w:cs="Times New Roman"/>
          <w:sz w:val="24"/>
        </w:rPr>
        <w:t>equest on the ground that it seeks discovery regarding Defendant's opinions of counsel prior to the time for disclosure of such opinions as set forth in the Court's Scheduling Order.</w:t>
      </w:r>
    </w:p>
    <w:p>
      <w:pPr/>
      <w:r>
        <w:rPr>
          <w:rFonts w:ascii="Times New Roman" w:hAnsi="Times New Roman" w:eastAsia="Times New Roman" w:cs="Times New Roman"/>
          <w:sz w:val="24"/>
        </w:rPr>
        <w:t xml:space="preserve">Defendant is withholding material responsive to this </w:t>
      </w:r>
      <w:r>
        <w:rPr>
          <w:rFonts w:ascii="Times New Roman" w:hAnsi="Times New Roman" w:eastAsia="Times New Roman" w:cs="Times New Roman"/>
          <w:sz w:val="24"/>
        </w:rPr>
        <w:t>R</w:t>
      </w:r>
      <w:r>
        <w:rPr>
          <w:rFonts w:ascii="Times New Roman" w:hAnsi="Times New Roman" w:eastAsia="Times New Roman" w:cs="Times New Roman"/>
          <w:sz w:val="24"/>
        </w:rPr>
        <w:t>equest, pursuant to the attorney-client privilege and attorney work-product doctrine. Defendant will provide a privilege log by the date agreed upon for the exchange of privilege logs.</w:t>
      </w:r>
    </w:p>
    <w:p>
      <w:pPr/>
      <w:r>
        <w:rPr>
          <w:rFonts w:ascii="Times New Roman" w:hAnsi="Times New Roman" w:eastAsia="Times New Roman" w:cs="Times New Roman"/>
          <w:b/>
          <w:sz w:val="24"/>
        </w:rPr>
        <w:t>REQUEST NO. 6:</w:t>
      </w:r>
    </w:p>
    <w:p>
      <w:pPr/>
      <w:r>
        <w:rPr>
          <w:rFonts w:ascii="Times New Roman" w:hAnsi="Times New Roman" w:eastAsia="Times New Roman" w:cs="Times New Roman"/>
          <w:sz w:val="24"/>
        </w:rPr>
        <w:t>[</w:t>
      </w:r>
      <w:r>
        <w:rPr>
          <w:rFonts w:ascii="Times New Roman" w:hAnsi="Times New Roman" w:eastAsia="Times New Roman" w:cs="Times New Roman"/>
          <w:sz w:val="24"/>
        </w:rPr>
        <w:t>R</w:t>
      </w:r>
      <w:r>
        <w:rPr>
          <w:rFonts w:ascii="Times New Roman" w:hAnsi="Times New Roman" w:eastAsia="Times New Roman" w:cs="Times New Roman"/>
          <w:sz w:val="24"/>
        </w:rPr>
        <w:t>equest verbatim]</w:t>
      </w:r>
    </w:p>
    <w:p>
      <w:pPr/>
      <w:r>
        <w:rPr>
          <w:rFonts w:ascii="Times New Roman" w:hAnsi="Times New Roman" w:eastAsia="Times New Roman" w:cs="Times New Roman"/>
          <w:b/>
          <w:sz w:val="24"/>
        </w:rPr>
        <w:t>RESPONSE TO REQUEST NO. 6:</w:t>
      </w:r>
    </w:p>
    <w:p>
      <w:pPr/>
      <w:r>
        <w:rPr>
          <w:rFonts w:ascii="Times New Roman" w:hAnsi="Times New Roman" w:eastAsia="Times New Roman" w:cs="Times New Roman"/>
          <w:sz w:val="24"/>
        </w:rPr>
        <w:t xml:space="preserve">This </w:t>
      </w:r>
      <w:r>
        <w:rPr>
          <w:rFonts w:ascii="Times New Roman" w:hAnsi="Times New Roman" w:eastAsia="Times New Roman" w:cs="Times New Roman"/>
          <w:sz w:val="24"/>
        </w:rPr>
        <w:t>R</w:t>
      </w:r>
      <w:r>
        <w:rPr>
          <w:rFonts w:ascii="Times New Roman" w:hAnsi="Times New Roman" w:eastAsia="Times New Roman" w:cs="Times New Roman"/>
          <w:sz w:val="24"/>
        </w:rPr>
        <w:t xml:space="preserve">equest seeks production of documents supporting Defendant's defense and counterclaim. Defendant objects to this </w:t>
      </w:r>
      <w:r>
        <w:rPr>
          <w:rFonts w:ascii="Times New Roman" w:hAnsi="Times New Roman" w:eastAsia="Times New Roman" w:cs="Times New Roman"/>
          <w:sz w:val="24"/>
        </w:rPr>
        <w:t>R</w:t>
      </w:r>
      <w:r>
        <w:rPr>
          <w:rFonts w:ascii="Times New Roman" w:hAnsi="Times New Roman" w:eastAsia="Times New Roman" w:cs="Times New Roman"/>
          <w:sz w:val="24"/>
        </w:rPr>
        <w:t xml:space="preserve">equest as premature to the extent that it requires production of Defendant's contentions prior to the time for disclosure of such contentions as set forth in the Court's Scheduling Order. Defendant will provide its contentions on or before the deadline set by the Court. Defendant is not withholding other documents that are responsive to this </w:t>
      </w:r>
      <w:r>
        <w:rPr>
          <w:rFonts w:ascii="Times New Roman" w:hAnsi="Times New Roman" w:eastAsia="Times New Roman" w:cs="Times New Roman"/>
          <w:sz w:val="24"/>
        </w:rPr>
        <w:t>R</w:t>
      </w:r>
      <w:r>
        <w:rPr>
          <w:rFonts w:ascii="Times New Roman" w:hAnsi="Times New Roman" w:eastAsia="Times New Roman" w:cs="Times New Roman"/>
          <w:sz w:val="24"/>
        </w:rPr>
        <w:t>equest.</w:t>
      </w:r>
    </w:p>
    <w:p>
      <w:pPr/>
      <w:r>
        <w:rPr>
          <w:rFonts w:ascii="Times New Roman" w:hAnsi="Times New Roman" w:eastAsia="Times New Roman" w:cs="Times New Roman"/>
          <w:b/>
          <w:sz w:val="24"/>
        </w:rPr>
        <w:t>REQUEST NO. 7:</w:t>
      </w:r>
    </w:p>
    <w:p>
      <w:pPr/>
      <w:r>
        <w:rPr>
          <w:rFonts w:ascii="Times New Roman" w:hAnsi="Times New Roman" w:eastAsia="Times New Roman" w:cs="Times New Roman"/>
          <w:sz w:val="24"/>
        </w:rPr>
        <w:t>[</w:t>
      </w:r>
      <w:r>
        <w:rPr>
          <w:rFonts w:ascii="Times New Roman" w:hAnsi="Times New Roman" w:eastAsia="Times New Roman" w:cs="Times New Roman"/>
          <w:sz w:val="24"/>
        </w:rPr>
        <w:t>R</w:t>
      </w:r>
      <w:r>
        <w:rPr>
          <w:rFonts w:ascii="Times New Roman" w:hAnsi="Times New Roman" w:eastAsia="Times New Roman" w:cs="Times New Roman"/>
          <w:sz w:val="24"/>
        </w:rPr>
        <w:t>equest verbatim]</w:t>
      </w:r>
    </w:p>
    <w:p>
      <w:pPr/>
      <w:r>
        <w:rPr>
          <w:rFonts w:ascii="Times New Roman" w:hAnsi="Times New Roman" w:eastAsia="Times New Roman" w:cs="Times New Roman"/>
          <w:b/>
          <w:sz w:val="24"/>
        </w:rPr>
        <w:t>RESPONSE TO REQUEST NO. 7:</w:t>
      </w:r>
    </w:p>
    <w:p>
      <w:pPr/>
      <w:r>
        <w:rPr>
          <w:rFonts w:ascii="Times New Roman" w:hAnsi="Times New Roman" w:eastAsia="Times New Roman" w:cs="Times New Roman"/>
          <w:sz w:val="24"/>
        </w:rPr>
        <w:t>Defendant objects to this Request on the grounds that it seeks information that is unreasonably cumulative or duplicative of other discovery. Specifically, this Request is [objection] because [explain specific grounds and basis of objection].</w:t>
      </w:r>
    </w:p>
    <w:p>
      <w:pPr/>
      <w:r>
        <w:rPr>
          <w:rFonts w:ascii="Times New Roman" w:hAnsi="Times New Roman" w:eastAsia="Times New Roman" w:cs="Times New Roman"/>
          <w:sz w:val="24"/>
        </w:rPr>
        <w:t>To date, Defendant [has / has not] withheld documents related to this objection. Defendant reserves the right to supplement and/or amend this response as discovery proceeds, as provided in the Federal Rules of Civil Procedure and the Local Rules of this Court.</w:t>
      </w:r>
    </w:p>
    <w:p>
      <w:pPr/>
      <w:r>
        <w:rPr>
          <w:rFonts w:ascii="Times New Roman" w:hAnsi="Times New Roman" w:eastAsia="Times New Roman" w:cs="Times New Roman"/>
          <w:sz w:val="24"/>
        </w:rPr>
        <w:t>Subject to and without waiving this objection, Defendant will produce responsive, non-privileged documents within its custody and control on or before [date].</w:t>
      </w:r>
    </w:p>
    <w:p>
      <w:pPr/>
      <w:r>
        <w:rPr>
          <w:rFonts w:ascii="Times New Roman" w:hAnsi="Times New Roman" w:eastAsia="Times New Roman" w:cs="Times New Roman"/>
          <w:b/>
          <w:sz w:val="24"/>
        </w:rPr>
        <w:t>REQUEST NO. 8:</w:t>
      </w:r>
    </w:p>
    <w:p>
      <w:pPr/>
      <w:r>
        <w:rPr>
          <w:rFonts w:ascii="Times New Roman" w:hAnsi="Times New Roman" w:eastAsia="Times New Roman" w:cs="Times New Roman"/>
          <w:sz w:val="24"/>
        </w:rPr>
        <w:t>[</w:t>
      </w:r>
      <w:r>
        <w:rPr>
          <w:rFonts w:ascii="Times New Roman" w:hAnsi="Times New Roman" w:eastAsia="Times New Roman" w:cs="Times New Roman"/>
          <w:sz w:val="24"/>
        </w:rPr>
        <w:t>R</w:t>
      </w:r>
      <w:r>
        <w:rPr>
          <w:rFonts w:ascii="Times New Roman" w:hAnsi="Times New Roman" w:eastAsia="Times New Roman" w:cs="Times New Roman"/>
          <w:sz w:val="24"/>
        </w:rPr>
        <w:t>equest verbatim]</w:t>
      </w:r>
    </w:p>
    <w:p>
      <w:pPr/>
      <w:r>
        <w:rPr>
          <w:rFonts w:ascii="Times New Roman" w:hAnsi="Times New Roman" w:eastAsia="Times New Roman" w:cs="Times New Roman"/>
          <w:b/>
          <w:sz w:val="24"/>
        </w:rPr>
        <w:t>RESPONSE TO REQUEST NO. 8:</w:t>
      </w:r>
    </w:p>
    <w:p>
      <w:pPr/>
      <w:r>
        <w:rPr>
          <w:rFonts w:ascii="Times New Roman" w:hAnsi="Times New Roman" w:eastAsia="Times New Roman" w:cs="Times New Roman"/>
          <w:sz w:val="24"/>
        </w:rPr>
        <w:t xml:space="preserve">Defendant has undertaken a good-faith effort to </w:t>
      </w:r>
      <w:r>
        <w:rPr>
          <w:rFonts w:ascii="Times New Roman" w:hAnsi="Times New Roman" w:eastAsia="Times New Roman" w:cs="Times New Roman"/>
          <w:sz w:val="24"/>
        </w:rPr>
        <w:t>[</w:t>
      </w:r>
      <w:r>
        <w:rPr>
          <w:rFonts w:ascii="Times New Roman" w:hAnsi="Times New Roman" w:eastAsia="Times New Roman" w:cs="Times New Roman"/>
          <w:sz w:val="24"/>
        </w:rPr>
        <w:t>steps taken to obtain information], but Defendant lacks knowledge or information to respond to this Request at this time. Defendant will supplement its answer if responsive information becomes available.</w:t>
      </w:r>
    </w:p>
    <w:p>
      <w:pPr/>
      <w:r>
        <w:rPr>
          <w:rFonts w:ascii="Times New Roman" w:hAnsi="Times New Roman" w:eastAsia="Times New Roman" w:cs="Times New Roman"/>
          <w:b/>
          <w:sz w:val="24"/>
        </w:rPr>
        <w:t>REQUEST NO. 9:</w:t>
      </w:r>
    </w:p>
    <w:p>
      <w:pPr/>
      <w:r>
        <w:rPr>
          <w:rFonts w:ascii="Times New Roman" w:hAnsi="Times New Roman" w:eastAsia="Times New Roman" w:cs="Times New Roman"/>
          <w:sz w:val="24"/>
        </w:rPr>
        <w:t>[</w:t>
      </w:r>
      <w:r>
        <w:rPr>
          <w:rFonts w:ascii="Times New Roman" w:hAnsi="Times New Roman" w:eastAsia="Times New Roman" w:cs="Times New Roman"/>
          <w:sz w:val="24"/>
        </w:rPr>
        <w:t>R</w:t>
      </w:r>
      <w:r>
        <w:rPr>
          <w:rFonts w:ascii="Times New Roman" w:hAnsi="Times New Roman" w:eastAsia="Times New Roman" w:cs="Times New Roman"/>
          <w:sz w:val="24"/>
        </w:rPr>
        <w:t>equest verbatim]</w:t>
      </w:r>
    </w:p>
    <w:p>
      <w:pPr/>
      <w:r>
        <w:rPr>
          <w:rFonts w:ascii="Times New Roman" w:hAnsi="Times New Roman" w:eastAsia="Times New Roman" w:cs="Times New Roman"/>
          <w:b/>
          <w:sz w:val="24"/>
        </w:rPr>
        <w:t>RESPONSE TO REQUEST NO. 9:</w:t>
      </w:r>
    </w:p>
    <w:p>
      <w:pPr/>
      <w:r>
        <w:rPr>
          <w:rFonts w:ascii="Times New Roman" w:hAnsi="Times New Roman" w:eastAsia="Times New Roman" w:cs="Times New Roman"/>
          <w:sz w:val="24"/>
        </w:rPr>
        <w:t xml:space="preserve">Defendant objects to this Request on the grounds that it seeks information that is obtainable from some other source that is more convenient, less burdensome, or less expensive. </w:t>
      </w:r>
      <w:r>
        <w:rPr>
          <w:rFonts w:ascii="Times New Roman" w:hAnsi="Times New Roman" w:eastAsia="Times New Roman" w:cs="Times New Roman"/>
          <w:sz w:val="24"/>
        </w:rPr>
        <w:t>Specifically, this Request is [objection] because [explain specific grounds and basis of objection].</w:t>
      </w:r>
    </w:p>
    <w:p>
      <w:pPr/>
      <w:r>
        <w:rPr>
          <w:rFonts w:ascii="Times New Roman" w:hAnsi="Times New Roman" w:eastAsia="Times New Roman" w:cs="Times New Roman"/>
          <w:sz w:val="24"/>
        </w:rPr>
        <w:t>To date, Defendant [has / has not] withheld documents related to this objection. Defendant reserves the right to supplement and/or amend this response as discovery proceeds, as provided in the Federal Rules of Civil Procedure and the Local Rules of this Court.</w:t>
      </w:r>
    </w:p>
    <w:p>
      <w:pPr/>
      <w:r>
        <w:rPr>
          <w:rFonts w:ascii="Times New Roman" w:hAnsi="Times New Roman" w:eastAsia="Times New Roman" w:cs="Times New Roman"/>
          <w:sz w:val="24"/>
        </w:rPr>
        <w:t>Subject to and without waiving this objection, Defendant will produce responsive, non-privileged documents within its custody and control on or before [date].</w:t>
      </w:r>
    </w:p>
    <w:p>
      <w:pPr/>
      <w:r>
        <w:rPr>
          <w:rFonts w:ascii="Times New Roman" w:hAnsi="Times New Roman" w:eastAsia="Times New Roman" w:cs="Times New Roman"/>
          <w:sz w:val="24"/>
        </w:rPr>
        <w:t>DATED this [date].</w:t>
      </w:r>
    </w:p>
    <w:p>
      <w:pPr/>
      <w:r>
        <w:rPr>
          <w:rFonts w:ascii="Times New Roman" w:hAnsi="Times New Roman" w:eastAsia="Times New Roman" w:cs="Times New Roman"/>
          <w:sz w:val="24"/>
        </w:rPr>
        <w:t>Respectfully submitted,</w:t>
      </w:r>
    </w:p>
    <w:p>
      <w:pPr/>
    </w:p>
    <w:p>
      <w:pPr/>
    </w:p>
    <w:p>
      <w:pPr/>
      <w:r>
        <w:rPr>
          <w:rFonts w:ascii="Times New Roman" w:hAnsi="Times New Roman" w:eastAsia="Times New Roman" w:cs="Times New Roman"/>
          <w:sz w:val="24"/>
        </w:rPr>
        <w:t>[Firm name]</w:t>
      </w:r>
    </w:p>
    <w:p>
      <w:pPr/>
      <w:r>
        <w:rPr>
          <w:rFonts w:ascii="Times New Roman" w:hAnsi="Times New Roman" w:eastAsia="Times New Roman" w:cs="Times New Roman"/>
          <w:sz w:val="24"/>
        </w:rPr>
        <w:t>[Address]</w:t>
      </w:r>
    </w:p>
    <w:p>
      <w:pPr/>
      <w:r>
        <w:rPr>
          <w:rFonts w:ascii="Times New Roman" w:hAnsi="Times New Roman" w:eastAsia="Times New Roman" w:cs="Times New Roman"/>
          <w:sz w:val="24"/>
        </w:rPr>
        <w:t>Telephone: [number]</w:t>
      </w:r>
    </w:p>
    <w:p>
      <w:pPr/>
      <w:r>
        <w:rPr>
          <w:rFonts w:ascii="Times New Roman" w:hAnsi="Times New Roman" w:eastAsia="Times New Roman" w:cs="Times New Roman"/>
          <w:sz w:val="24"/>
        </w:rPr>
        <w:t>Facsimile: [number]</w:t>
      </w:r>
    </w:p>
    <w:p>
      <w:pPr/>
      <w:r>
        <w:rPr>
          <w:rFonts w:ascii="Times New Roman" w:hAnsi="Times New Roman" w:eastAsia="Times New Roman" w:cs="Times New Roman"/>
          <w:sz w:val="24"/>
        </w:rPr>
        <w:t>E-mail: [E-mail]</w:t>
      </w:r>
    </w:p>
    <w:p>
      <w:pPr/>
      <w:r>
        <w:rPr>
          <w:rFonts w:ascii="Times New Roman" w:hAnsi="Times New Roman" w:eastAsia="Times New Roman" w:cs="Times New Roman"/>
          <w:sz w:val="24"/>
        </w:rPr>
        <w:t>Attorneys for Defendant</w:t>
      </w:r>
    </w:p>
    <w:p>
      <w:pPr/>
      <w:r>
        <w:rPr>
          <w:rFonts w:ascii="Times New Roman" w:hAnsi="Times New Roman" w:eastAsia="Times New Roman" w:cs="Times New Roman"/>
          <w:sz w:val="24"/>
        </w:rPr>
        <w:t xml:space="preserve">CERTIFICATE OF SERVICE  </w:t>
      </w:r>
    </w:p>
    <w:p>
      <w:pPr/>
      <w:r>
        <w:rPr>
          <w:rFonts w:ascii="Times New Roman" w:hAnsi="Times New Roman" w:eastAsia="Times New Roman" w:cs="Times New Roman"/>
          <w:sz w:val="24"/>
        </w:rPr>
        <w:t xml:space="preserve">I hereby certify that on [date], a copy of the foregoing </w:t>
      </w:r>
      <w:r>
        <w:rPr>
          <w:rFonts w:ascii="Times New Roman" w:hAnsi="Times New Roman" w:eastAsia="Times New Roman" w:cs="Times New Roman"/>
          <w:b/>
          <w:sz w:val="24"/>
        </w:rPr>
        <w:t>Defendant [name]"s Objections and Responses to Plaintiff's [number, such as first] Set of Document Requests</w:t>
      </w:r>
      <w:r>
        <w:rPr>
          <w:rFonts w:ascii="Times New Roman" w:hAnsi="Times New Roman" w:eastAsia="Times New Roman" w:cs="Times New Roman"/>
          <w:sz w:val="24"/>
        </w:rPr>
        <w:t xml:space="preserve"> was served on the following parties by </w:t>
      </w:r>
      <w:r>
        <w:rPr>
          <w:rFonts w:ascii="Times New Roman" w:hAnsi="Times New Roman" w:eastAsia="Times New Roman" w:cs="Times New Roman"/>
          <w:sz w:val="24"/>
        </w:rPr>
        <w:t>[</w:t>
      </w:r>
      <w:r>
        <w:rPr>
          <w:rFonts w:ascii="Times New Roman" w:hAnsi="Times New Roman" w:eastAsia="Times New Roman" w:cs="Times New Roman"/>
          <w:sz w:val="24"/>
        </w:rPr>
        <w:t>form of service]:</w:t>
      </w:r>
    </w:p>
    <w:p>
      <w:pPr/>
      <w:r>
        <w:rPr>
          <w:rFonts w:ascii="Times New Roman" w:hAnsi="Times New Roman" w:eastAsia="Times New Roman" w:cs="Times New Roman"/>
          <w:sz w:val="24"/>
        </w:rPr>
        <w:t>[Counsel's name]</w:t>
      </w:r>
    </w:p>
    <w:p>
      <w:pPr/>
      <w:r>
        <w:rPr>
          <w:rFonts w:ascii="Times New Roman" w:hAnsi="Times New Roman" w:eastAsia="Times New Roman" w:cs="Times New Roman"/>
          <w:sz w:val="24"/>
        </w:rPr>
        <w:t>[Firm name]</w:t>
      </w:r>
    </w:p>
    <w:p>
      <w:pPr/>
      <w:r>
        <w:rPr>
          <w:rFonts w:ascii="Times New Roman" w:hAnsi="Times New Roman" w:eastAsia="Times New Roman" w:cs="Times New Roman"/>
          <w:sz w:val="24"/>
        </w:rPr>
        <w:t>[Address]</w:t>
      </w:r>
    </w:p>
    <w:p>
      <w:pPr/>
      <w:r>
        <w:rPr>
          <w:rFonts w:ascii="Times New Roman" w:hAnsi="Times New Roman" w:eastAsia="Times New Roman" w:cs="Times New Roman"/>
          <w:sz w:val="24"/>
        </w:rPr>
        <w:t>[Counsel's name]</w:t>
      </w:r>
    </w:p>
    <w:p>
      <w:pPr/>
      <w:r>
        <w:rPr>
          <w:rFonts w:ascii="Times New Roman" w:hAnsi="Times New Roman" w:eastAsia="Times New Roman" w:cs="Times New Roman"/>
          <w:sz w:val="24"/>
        </w:rPr>
        <w:t>[Firm name]</w:t>
      </w:r>
    </w:p>
    <w:p>
      <w:pPr/>
      <w:r>
        <w:rPr>
          <w:rFonts w:ascii="Times New Roman" w:hAnsi="Times New Roman" w:eastAsia="Times New Roman" w:cs="Times New Roman"/>
          <w:sz w:val="24"/>
        </w:rPr>
        <w:t>[Address]</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