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Objections and Responses to Requests for Production of Documents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IN THE COURT OF [NAME OF COURT] </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[NAME OF DIVISION] </w:t>
      </w:r>
    </w:p>
    <w:p>
      <w:pPr>
        <w:keepNext w:val="0"/>
        <w:spacing w:before="200" w:after="0" w:line="260" w:lineRule="exact"/>
        <w:ind w:left="360" w:right="0" w:firstLine="0"/>
        <w:jc w:val="center"/>
      </w:pPr>
      <w:r>
        <w:rPr>
          <w:rFonts w:ascii="Times New Roman" w:hAnsi="Times New Roman" w:eastAsia="Times New Roman" w:cs="Times New Roman"/>
          <w:b w:val="0"/>
          <w:sz w:val="24"/>
        </w:rPr>
        <w:t>DIVISION [NAME OF COUNTY] COUNTY, OHIO</w:t>
      </w:r>
    </w:p>
    <w:p>
      <w:pPr>
        <w:keepNext w:val="0"/>
        <w:spacing w:before="120" w:after="0" w:line="260" w:lineRule="exact"/>
        <w:ind w:left="360" w:right="0" w:firstLine="0"/>
        <w:jc w:val="left"/>
      </w:pPr>
      <w:r>
        <w:rPr>
          <w:rFonts w:ascii="Times New Roman" w:hAnsi="Times New Roman" w:eastAsia="Times New Roman" w:cs="Times New Roman"/>
          <w:b/>
          <w:sz w:val="24"/>
        </w:rPr>
        <w:t>DEFENDANT [NAME]’S OBJECTIONS AND RESPONSES TO PLAINTIFF [NAME]’S FIRST REQUESTS FOR PRODUCTION OF DOCUMENTS</w:t>
      </w:r>
    </w:p>
    <w:p>
      <w:pPr>
        <w:keepNext w:val="0"/>
        <w:spacing w:before="200" w:after="0" w:line="260" w:lineRule="exact"/>
        <w:ind w:left="720" w:right="0" w:firstLine="0"/>
        <w:jc w:val="both"/>
      </w:pPr>
      <w:r>
        <w:rPr>
          <w:rFonts w:ascii="Times New Roman" w:hAnsi="Times New Roman" w:eastAsia="Times New Roman" w:cs="Times New Roman"/>
          <w:b w:val="0"/>
          <w:sz w:val="24"/>
        </w:rPr>
        <w:t>The Defendant, [name] (“Defendant”), hereby makes these [his/her/its] Responses to the Plaintiff [name]’s First Requests for Production of Documents pursuant to Rule 34 of the Ohio Rules of Civil Procedure, for purposes of this action only, reserving the right to supplement and amend, as follows:</w:t>
      </w:r>
    </w:p>
    <w:p>
      <w:pPr>
        <w:keepNext w:val="0"/>
        <w:spacing w:before="120" w:after="0" w:line="260" w:lineRule="exact"/>
        <w:ind w:left="720" w:right="0" w:firstLine="0"/>
        <w:jc w:val="left"/>
      </w:pPr>
      <w:r>
        <w:rPr>
          <w:rFonts w:ascii="Times New Roman" w:hAnsi="Times New Roman" w:eastAsia="Times New Roman" w:cs="Times New Roman"/>
          <w:b/>
          <w:sz w:val="24"/>
        </w:rPr>
        <w:t>GENERAL OBJECTIONS</w:t>
      </w:r>
    </w:p>
    <w:p>
      <w:pPr>
        <w:keepNext w:val="0"/>
        <w:spacing w:before="200" w:after="0" w:line="260" w:lineRule="exact"/>
        <w:ind w:left="1080" w:right="0" w:firstLine="0"/>
        <w:jc w:val="both"/>
      </w:pPr>
      <w:r>
        <w:rPr>
          <w:rFonts w:ascii="Times New Roman" w:hAnsi="Times New Roman" w:eastAsia="Times New Roman" w:cs="Times New Roman"/>
          <w:b w:val="0"/>
          <w:sz w:val="24"/>
        </w:rPr>
        <w:t>The Defendant hereby incorporates the following general objections in response to each request for production of documents in addition to the specifically stated objections.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Defendant objects to these requests to the extent that they are vague, overbroad, unduly burdensome, and impose obligations in excess of those imposed by the Ohio Rules of Civil Procedure.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Defendant objects to these requests to the extent that they seek information that is neither relevant to this litigation, nor proportional to the needs of the case. </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Defendant objects to these requests to the extent that they seek documents that were prepared for or in anticipation of litigation, or that are protected from disclosure by the attorney-client privilege, the attorney work product doctrine, or any other applicable privilege, protection, or immunity.</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inadvertent production or disclosure of any privileged documents or information shall not constitute or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applicable privilege with respect to such document or information (or the contents or subject matter thereof) or with respect to any other such document or discovery now or hereafter requested or provided. Defendant reserves the right not to produce documents that are in part protected by privilege, except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redacted basis, and to require the return of any document (and all copies thereof) inadvertently produced.</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Defendant does not waive the right to object, on any and all grounds, to (i) the evidentiary use of documents produced in response to these requests, and (ii) discovery requests relating to those documents.</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Defendant objects to these requests to the extent that they seek documents not in the Defendant’s possession, custody, or control.</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Defendant objects to these requests to the extent they call for the creation of documents not already in existence.</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Defendant objects to the definition of terms to the extent the term “[term]” is vague, ambiguous, and undefined as used herein. Subject to and without waiving the objection, the Defendant states as follows: [state response to the request for production].</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Defendant objects to the Plaintiff’s demand that Defendant produce electronically stored information in the form of [state form requested], as it is unduly burdensome for Defendant to do so. Defendant will produce such information in the form in which it is kept in the normal course of business.</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Defendant submits these responses and objections without conceding the relevancy or materiality of the subject matter of any request or of any document, or that any responsive materials exist.</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Defendant’s responses and objections are not intended to be, and shall not be construed as, agreement with Plaintiff’s characterization of any facts, circumstances, or legal obligations. Defendant reserves the right to contest any such characterization as inaccurate. Defendant also objects to the requests to the extent they contain any express or implied assumptions of fact or law concerning matters at issue in this litigation.</w:t>
      </w:r>
    </w:p>
    <w:p>
      <w:pPr>
        <w:keepNext w:val="0"/>
        <w:spacing w:before="120" w:after="0" w:line="260" w:lineRule="exact"/>
        <w:ind w:left="720" w:right="0" w:firstLine="0"/>
        <w:jc w:val="left"/>
      </w:pPr>
      <w:r>
        <w:rPr>
          <w:rFonts w:ascii="Times New Roman" w:hAnsi="Times New Roman" w:eastAsia="Times New Roman" w:cs="Times New Roman"/>
          <w:b/>
          <w:sz w:val="24"/>
        </w:rPr>
        <w:t>OBJECTIONS AND RESPONSES TO REQUESTS FOR PRODUCTION</w:t>
      </w:r>
    </w:p>
    <w:p>
      <w:pPr>
        <w:keepNext w:val="0"/>
        <w:spacing w:before="120" w:after="0" w:line="260" w:lineRule="exact"/>
        <w:ind w:left="1080" w:right="0" w:firstLine="0"/>
        <w:jc w:val="left"/>
      </w:pPr>
      <w:r>
        <w:rPr>
          <w:rFonts w:ascii="Times New Roman" w:hAnsi="Times New Roman" w:eastAsia="Times New Roman" w:cs="Times New Roman"/>
          <w:b/>
          <w:sz w:val="24"/>
        </w:rPr>
        <w:t>REQUEST NO. 1</w:t>
      </w:r>
    </w:p>
    <w:p>
      <w:pPr>
        <w:keepNext w:val="0"/>
        <w:spacing w:before="200" w:after="0" w:line="260" w:lineRule="exact"/>
        <w:ind w:left="1440" w:right="0" w:firstLine="0"/>
        <w:jc w:val="both"/>
      </w:pPr>
      <w:r>
        <w:rPr>
          <w:rFonts w:ascii="Times New Roman" w:hAnsi="Times New Roman" w:eastAsia="Times New Roman" w:cs="Times New Roman"/>
          <w:b w:val="0"/>
          <w:sz w:val="24"/>
        </w:rPr>
        <w:t>[Include full text of request]</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1</w:t>
      </w:r>
    </w:p>
    <w:p>
      <w:pPr>
        <w:keepNext w:val="0"/>
        <w:spacing w:before="200" w:after="0" w:line="260" w:lineRule="exact"/>
        <w:ind w:left="1440" w:right="0" w:firstLine="0"/>
        <w:jc w:val="both"/>
      </w:pPr>
      <w:r>
        <w:rPr>
          <w:rFonts w:ascii="Times New Roman" w:hAnsi="Times New Roman" w:eastAsia="Times New Roman" w:cs="Times New Roman"/>
          <w:b w:val="0"/>
          <w:sz w:val="24"/>
        </w:rPr>
        <w:t>Documents responsive to this request will be produced.</w:t>
      </w:r>
    </w:p>
    <w:p>
      <w:pPr>
        <w:keepNext w:val="0"/>
        <w:spacing w:before="120" w:after="0" w:line="260" w:lineRule="exact"/>
        <w:ind w:left="1080" w:right="0" w:firstLine="0"/>
        <w:jc w:val="left"/>
      </w:pPr>
      <w:r>
        <w:rPr>
          <w:rFonts w:ascii="Times New Roman" w:hAnsi="Times New Roman" w:eastAsia="Times New Roman" w:cs="Times New Roman"/>
          <w:b/>
          <w:sz w:val="24"/>
        </w:rPr>
        <w:t>REQUEST NO. 2</w:t>
      </w:r>
    </w:p>
    <w:p>
      <w:pPr>
        <w:keepNext w:val="0"/>
        <w:spacing w:before="200" w:after="0" w:line="260" w:lineRule="exact"/>
        <w:ind w:left="1440" w:right="0" w:firstLine="0"/>
        <w:jc w:val="both"/>
      </w:pPr>
      <w:r>
        <w:rPr>
          <w:rFonts w:ascii="Times New Roman" w:hAnsi="Times New Roman" w:eastAsia="Times New Roman" w:cs="Times New Roman"/>
          <w:b w:val="0"/>
          <w:sz w:val="24"/>
        </w:rPr>
        <w:t>[Include full text of request]</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Defendant will permit the Plaintiff to inspect and copy documents responsive to this request at [specify time and place, or “at [place]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agreeable time and date]”.</w:t>
      </w:r>
    </w:p>
    <w:p>
      <w:pPr>
        <w:keepNext w:val="0"/>
        <w:spacing w:before="120" w:after="0" w:line="260" w:lineRule="exact"/>
        <w:ind w:left="1080" w:right="0" w:firstLine="0"/>
        <w:jc w:val="left"/>
      </w:pPr>
      <w:r>
        <w:rPr>
          <w:rFonts w:ascii="Times New Roman" w:hAnsi="Times New Roman" w:eastAsia="Times New Roman" w:cs="Times New Roman"/>
          <w:b/>
          <w:sz w:val="24"/>
        </w:rPr>
        <w:t>REQUEST NO. 3</w:t>
      </w:r>
    </w:p>
    <w:p>
      <w:pPr>
        <w:keepNext w:val="0"/>
        <w:spacing w:before="200" w:after="0" w:line="260" w:lineRule="exact"/>
        <w:ind w:left="1440" w:right="0" w:firstLine="0"/>
        <w:jc w:val="both"/>
      </w:pPr>
      <w:r>
        <w:rPr>
          <w:rFonts w:ascii="Times New Roman" w:hAnsi="Times New Roman" w:eastAsia="Times New Roman" w:cs="Times New Roman"/>
          <w:b w:val="0"/>
          <w:sz w:val="24"/>
        </w:rPr>
        <w:t>[Include full text of request]</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3</w:t>
      </w:r>
    </w:p>
    <w:p>
      <w:pPr>
        <w:keepNext w:val="0"/>
        <w:spacing w:before="200" w:after="0" w:line="260" w:lineRule="exact"/>
        <w:ind w:left="1440" w:right="0" w:firstLine="0"/>
        <w:jc w:val="both"/>
      </w:pPr>
      <w:r>
        <w:rPr>
          <w:rFonts w:ascii="Times New Roman" w:hAnsi="Times New Roman" w:eastAsia="Times New Roman" w:cs="Times New Roman"/>
          <w:b w:val="0"/>
          <w:sz w:val="24"/>
        </w:rPr>
        <w:t>The Defendant states that [he/she/it] does not have possession, custody, or control of any documents that are responsive to this request.</w:t>
      </w:r>
    </w:p>
    <w:p>
      <w:pPr>
        <w:keepNext w:val="0"/>
        <w:spacing w:before="120" w:after="0" w:line="260" w:lineRule="exact"/>
        <w:ind w:left="1080" w:right="0" w:firstLine="0"/>
        <w:jc w:val="left"/>
      </w:pPr>
      <w:r>
        <w:rPr>
          <w:rFonts w:ascii="Times New Roman" w:hAnsi="Times New Roman" w:eastAsia="Times New Roman" w:cs="Times New Roman"/>
          <w:b/>
          <w:sz w:val="24"/>
        </w:rPr>
        <w:t>REQUEST NO. 4</w:t>
      </w:r>
    </w:p>
    <w:p>
      <w:pPr>
        <w:keepNext w:val="0"/>
        <w:spacing w:before="200" w:after="0" w:line="260" w:lineRule="exact"/>
        <w:ind w:left="1440" w:right="0" w:firstLine="0"/>
        <w:jc w:val="both"/>
      </w:pPr>
      <w:r>
        <w:rPr>
          <w:rFonts w:ascii="Times New Roman" w:hAnsi="Times New Roman" w:eastAsia="Times New Roman" w:cs="Times New Roman"/>
          <w:b w:val="0"/>
          <w:sz w:val="24"/>
        </w:rPr>
        <w:t>[Include full text of request]</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4</w:t>
      </w:r>
    </w:p>
    <w:p>
      <w:pPr>
        <w:keepNext w:val="0"/>
        <w:spacing w:before="200" w:after="0" w:line="260" w:lineRule="exact"/>
        <w:ind w:left="1440" w:right="0" w:firstLine="0"/>
        <w:jc w:val="both"/>
      </w:pPr>
      <w:r>
        <w:rPr>
          <w:rFonts w:ascii="Times New Roman" w:hAnsi="Times New Roman" w:eastAsia="Times New Roman" w:cs="Times New Roman"/>
          <w:b w:val="0"/>
          <w:sz w:val="24"/>
        </w:rPr>
        <w:t>The Defendant objects to this request because it seeks information prepared in anticipation of litigation or for trial. [Subject to and without waiving this objection, the Defendant will produce documents responsive to this request].</w:t>
      </w:r>
    </w:p>
    <w:p>
      <w:pPr>
        <w:keepNext w:val="0"/>
        <w:spacing w:before="120" w:after="0" w:line="260" w:lineRule="exact"/>
        <w:ind w:left="1080" w:right="0" w:firstLine="0"/>
        <w:jc w:val="left"/>
      </w:pPr>
      <w:r>
        <w:rPr>
          <w:rFonts w:ascii="Times New Roman" w:hAnsi="Times New Roman" w:eastAsia="Times New Roman" w:cs="Times New Roman"/>
          <w:b/>
          <w:sz w:val="24"/>
        </w:rPr>
        <w:t>REQUEST NO. 5</w:t>
      </w:r>
    </w:p>
    <w:p>
      <w:pPr>
        <w:keepNext w:val="0"/>
        <w:spacing w:before="200" w:after="0" w:line="260" w:lineRule="exact"/>
        <w:ind w:left="1440" w:right="0" w:firstLine="0"/>
        <w:jc w:val="both"/>
      </w:pPr>
      <w:r>
        <w:rPr>
          <w:rFonts w:ascii="Times New Roman" w:hAnsi="Times New Roman" w:eastAsia="Times New Roman" w:cs="Times New Roman"/>
          <w:b w:val="0"/>
          <w:sz w:val="24"/>
        </w:rPr>
        <w:t>[Include full text of request]</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5</w:t>
      </w:r>
    </w:p>
    <w:p>
      <w:pPr>
        <w:keepNext w:val="0"/>
        <w:spacing w:before="200" w:after="0" w:line="260" w:lineRule="exact"/>
        <w:ind w:left="1440" w:right="0" w:firstLine="0"/>
        <w:jc w:val="both"/>
      </w:pPr>
      <w:r>
        <w:rPr>
          <w:rFonts w:ascii="Times New Roman" w:hAnsi="Times New Roman" w:eastAsia="Times New Roman" w:cs="Times New Roman"/>
          <w:b w:val="0"/>
          <w:sz w:val="24"/>
        </w:rPr>
        <w:t>The Defendant objects to this request because it seeks information covered by the attorney-client privilege and/or the work product doctrine. [Subject to and without waiving this objection, the Defendant will produce documents responsive to this request].</w:t>
      </w:r>
    </w:p>
    <w:p>
      <w:pPr>
        <w:keepNext w:val="0"/>
        <w:spacing w:before="120" w:after="0" w:line="260" w:lineRule="exact"/>
        <w:ind w:left="1080" w:right="0" w:firstLine="0"/>
        <w:jc w:val="left"/>
      </w:pPr>
      <w:r>
        <w:rPr>
          <w:rFonts w:ascii="Times New Roman" w:hAnsi="Times New Roman" w:eastAsia="Times New Roman" w:cs="Times New Roman"/>
          <w:b/>
          <w:sz w:val="24"/>
        </w:rPr>
        <w:t>REQUEST NO. 6</w:t>
      </w:r>
    </w:p>
    <w:p>
      <w:pPr>
        <w:keepNext w:val="0"/>
        <w:spacing w:before="200" w:after="0" w:line="260" w:lineRule="exact"/>
        <w:ind w:left="1440" w:right="0" w:firstLine="0"/>
        <w:jc w:val="both"/>
      </w:pPr>
      <w:r>
        <w:rPr>
          <w:rFonts w:ascii="Times New Roman" w:hAnsi="Times New Roman" w:eastAsia="Times New Roman" w:cs="Times New Roman"/>
          <w:b w:val="0"/>
          <w:sz w:val="24"/>
        </w:rPr>
        <w:t>[Include full text of request]</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6</w:t>
      </w:r>
    </w:p>
    <w:p>
      <w:pPr>
        <w:keepNext w:val="0"/>
        <w:spacing w:before="200" w:after="0" w:line="260" w:lineRule="exact"/>
        <w:ind w:left="1440" w:right="0" w:firstLine="0"/>
        <w:jc w:val="both"/>
      </w:pPr>
      <w:r>
        <w:rPr>
          <w:rFonts w:ascii="Times New Roman" w:hAnsi="Times New Roman" w:eastAsia="Times New Roman" w:cs="Times New Roman"/>
          <w:b w:val="0"/>
          <w:sz w:val="24"/>
        </w:rPr>
        <w:t>The Defendant objects to this request because it seeks information neither relevant to this litigation, nor proportional to the needs of the case.  [Subject to and without waiving this objection, the Defendant will produce documents responsive to this request].</w:t>
      </w:r>
    </w:p>
    <w:p>
      <w:pPr>
        <w:keepNext w:val="0"/>
        <w:spacing w:before="120" w:after="0" w:line="260" w:lineRule="exact"/>
        <w:ind w:left="1080" w:right="0" w:firstLine="0"/>
        <w:jc w:val="left"/>
      </w:pPr>
      <w:r>
        <w:rPr>
          <w:rFonts w:ascii="Times New Roman" w:hAnsi="Times New Roman" w:eastAsia="Times New Roman" w:cs="Times New Roman"/>
          <w:b/>
          <w:sz w:val="24"/>
        </w:rPr>
        <w:t>REQUEST NO. 7</w:t>
      </w:r>
    </w:p>
    <w:p>
      <w:pPr>
        <w:keepNext w:val="0"/>
        <w:spacing w:before="200" w:after="0" w:line="260" w:lineRule="exact"/>
        <w:ind w:left="1440" w:right="0" w:firstLine="0"/>
        <w:jc w:val="both"/>
      </w:pPr>
      <w:r>
        <w:rPr>
          <w:rFonts w:ascii="Times New Roman" w:hAnsi="Times New Roman" w:eastAsia="Times New Roman" w:cs="Times New Roman"/>
          <w:b w:val="0"/>
          <w:sz w:val="24"/>
        </w:rPr>
        <w:t>[Include full text of request]</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7</w:t>
      </w:r>
    </w:p>
    <w:p>
      <w:pPr>
        <w:keepNext w:val="0"/>
        <w:spacing w:before="200" w:after="0" w:line="260" w:lineRule="exact"/>
        <w:ind w:left="1440" w:right="0" w:firstLine="0"/>
        <w:jc w:val="both"/>
      </w:pPr>
      <w:r>
        <w:rPr>
          <w:rFonts w:ascii="Times New Roman" w:hAnsi="Times New Roman" w:eastAsia="Times New Roman" w:cs="Times New Roman"/>
          <w:b w:val="0"/>
          <w:sz w:val="24"/>
        </w:rPr>
        <w:t>The Defendant objects to this request because it is vague, overly broad, and/or unduly burdensome. [Subject to and without waiving this objection, the Defendant will produce documents responsive to this request].</w:t>
      </w:r>
    </w:p>
    <w:p>
      <w:pPr>
        <w:keepNext w:val="0"/>
        <w:spacing w:before="120" w:after="0" w:line="260" w:lineRule="exact"/>
        <w:ind w:left="1080" w:right="0" w:firstLine="0"/>
        <w:jc w:val="left"/>
      </w:pPr>
      <w:r>
        <w:rPr>
          <w:rFonts w:ascii="Times New Roman" w:hAnsi="Times New Roman" w:eastAsia="Times New Roman" w:cs="Times New Roman"/>
          <w:b/>
          <w:sz w:val="24"/>
        </w:rPr>
        <w:t>REQUEST NO. 8</w:t>
      </w:r>
    </w:p>
    <w:p>
      <w:pPr>
        <w:keepNext w:val="0"/>
        <w:spacing w:before="200" w:after="0" w:line="260" w:lineRule="exact"/>
        <w:ind w:left="1440" w:right="0" w:firstLine="0"/>
        <w:jc w:val="both"/>
      </w:pPr>
      <w:r>
        <w:rPr>
          <w:rFonts w:ascii="Times New Roman" w:hAnsi="Times New Roman" w:eastAsia="Times New Roman" w:cs="Times New Roman"/>
          <w:b w:val="0"/>
          <w:sz w:val="24"/>
        </w:rPr>
        <w:t>[Include full text of request]</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8</w:t>
      </w:r>
    </w:p>
    <w:p>
      <w:pPr>
        <w:keepNext w:val="0"/>
        <w:spacing w:before="200" w:after="0" w:line="260" w:lineRule="exact"/>
        <w:ind w:left="1440" w:right="0" w:firstLine="0"/>
        <w:jc w:val="both"/>
      </w:pPr>
      <w:r>
        <w:rPr>
          <w:rFonts w:ascii="Times New Roman" w:hAnsi="Times New Roman" w:eastAsia="Times New Roman" w:cs="Times New Roman"/>
          <w:b w:val="0"/>
          <w:sz w:val="24"/>
        </w:rPr>
        <w:t>The Defendant objects to this request because it calls for the production of documents that are already in the possession of the Plaintiff, or that are publicly available. [Subject to and without waiving this objection, the Defendant will produce documents responsive to this request].</w:t>
      </w:r>
    </w:p>
    <w:p>
      <w:pPr>
        <w:keepNext w:val="0"/>
        <w:spacing w:before="120" w:after="0" w:line="260" w:lineRule="exact"/>
        <w:ind w:left="1080" w:right="0" w:firstLine="0"/>
        <w:jc w:val="left"/>
      </w:pPr>
      <w:r>
        <w:rPr>
          <w:rFonts w:ascii="Times New Roman" w:hAnsi="Times New Roman" w:eastAsia="Times New Roman" w:cs="Times New Roman"/>
          <w:b/>
          <w:sz w:val="24"/>
        </w:rPr>
        <w:t>REQUEST NO. 9</w:t>
      </w:r>
    </w:p>
    <w:p>
      <w:pPr>
        <w:keepNext w:val="0"/>
        <w:spacing w:before="200" w:after="0" w:line="260" w:lineRule="exact"/>
        <w:ind w:left="1440" w:right="0" w:firstLine="0"/>
        <w:jc w:val="both"/>
      </w:pPr>
      <w:r>
        <w:rPr>
          <w:rFonts w:ascii="Times New Roman" w:hAnsi="Times New Roman" w:eastAsia="Times New Roman" w:cs="Times New Roman"/>
          <w:b w:val="0"/>
          <w:sz w:val="24"/>
        </w:rPr>
        <w:t>[Include full text of request]</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9</w:t>
      </w:r>
    </w:p>
    <w:p>
      <w:pPr>
        <w:keepNext w:val="0"/>
        <w:spacing w:before="200" w:after="0" w:line="260" w:lineRule="exact"/>
        <w:ind w:left="1440" w:right="0" w:firstLine="0"/>
        <w:jc w:val="both"/>
      </w:pPr>
      <w:r>
        <w:rPr>
          <w:rFonts w:ascii="Times New Roman" w:hAnsi="Times New Roman" w:eastAsia="Times New Roman" w:cs="Times New Roman"/>
          <w:b w:val="0"/>
          <w:sz w:val="24"/>
        </w:rPr>
        <w:t>The Defendant objects to this request because it is repetitive and/or unnecessarily duplicative. [Subject to and without waiving this objection, the documents the Defendant will produce in response to Request No [number] are also responsive to this request].</w:t>
      </w:r>
    </w:p>
    <w:p>
      <w:pPr>
        <w:keepNext w:val="0"/>
        <w:spacing w:before="120" w:after="0" w:line="260" w:lineRule="exact"/>
        <w:ind w:left="1080" w:right="0" w:firstLine="0"/>
        <w:jc w:val="left"/>
      </w:pPr>
      <w:r>
        <w:rPr>
          <w:rFonts w:ascii="Times New Roman" w:hAnsi="Times New Roman" w:eastAsia="Times New Roman" w:cs="Times New Roman"/>
          <w:b/>
          <w:sz w:val="24"/>
        </w:rPr>
        <w:t>REQUEST NO. 10</w:t>
      </w:r>
    </w:p>
    <w:p>
      <w:pPr>
        <w:keepNext w:val="0"/>
        <w:spacing w:before="200" w:after="0" w:line="260" w:lineRule="exact"/>
        <w:ind w:left="1440" w:right="0" w:firstLine="0"/>
        <w:jc w:val="both"/>
      </w:pPr>
      <w:r>
        <w:rPr>
          <w:rFonts w:ascii="Times New Roman" w:hAnsi="Times New Roman" w:eastAsia="Times New Roman" w:cs="Times New Roman"/>
          <w:b w:val="0"/>
          <w:sz w:val="24"/>
        </w:rPr>
        <w:t>[Include full text of request]</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Defendant objects to this request because it seeks documents that are protected from disclosure by statute and/or that would require the Defendant to violate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statute in responding.</w:t>
      </w:r>
    </w:p>
    <w:p>
      <w:pPr>
        <w:keepNext w:val="0"/>
        <w:spacing w:before="120" w:after="0" w:line="260" w:lineRule="exact"/>
        <w:ind w:left="1080" w:right="0" w:firstLine="0"/>
        <w:jc w:val="left"/>
      </w:pPr>
      <w:r>
        <w:rPr>
          <w:rFonts w:ascii="Times New Roman" w:hAnsi="Times New Roman" w:eastAsia="Times New Roman" w:cs="Times New Roman"/>
          <w:b/>
          <w:sz w:val="24"/>
        </w:rPr>
        <w:t>REQUEST NO. 11</w:t>
      </w:r>
    </w:p>
    <w:p>
      <w:pPr>
        <w:keepNext w:val="0"/>
        <w:spacing w:before="200" w:after="0" w:line="260" w:lineRule="exact"/>
        <w:ind w:left="1440" w:right="0" w:firstLine="0"/>
        <w:jc w:val="both"/>
      </w:pPr>
      <w:r>
        <w:rPr>
          <w:rFonts w:ascii="Times New Roman" w:hAnsi="Times New Roman" w:eastAsia="Times New Roman" w:cs="Times New Roman"/>
          <w:b w:val="0"/>
          <w:sz w:val="24"/>
        </w:rPr>
        <w:t>[Include full text of request]</w:t>
      </w:r>
    </w:p>
    <w:p>
      <w:pPr>
        <w:keepNext w:val="0"/>
        <w:spacing w:before="120" w:after="0" w:line="260" w:lineRule="exact"/>
        <w:ind w:left="1080" w:right="0" w:firstLine="0"/>
        <w:jc w:val="left"/>
      </w:pPr>
      <w:r>
        <w:rPr>
          <w:rFonts w:ascii="Times New Roman" w:hAnsi="Times New Roman" w:eastAsia="Times New Roman" w:cs="Times New Roman"/>
          <w:b/>
          <w:sz w:val="24"/>
        </w:rPr>
        <w:t>RESPONSE TO REQUEST NO. 11</w:t>
      </w:r>
    </w:p>
    <w:p>
      <w:pPr>
        <w:keepNext w:val="0"/>
        <w:spacing w:before="200" w:after="0" w:line="260" w:lineRule="exact"/>
        <w:ind w:left="1440" w:right="0" w:firstLine="0"/>
        <w:jc w:val="both"/>
      </w:pPr>
      <w:r>
        <w:rPr>
          <w:rFonts w:ascii="Times New Roman" w:hAnsi="Times New Roman" w:eastAsia="Times New Roman" w:cs="Times New Roman"/>
          <w:b w:val="0"/>
          <w:sz w:val="24"/>
        </w:rPr>
        <w:t>The Defendant objects to this request because it does not adhere to the Court’s discovery order because it [exceeds the scope of that order/does not comply with the timeline imposed in that order/another reason it violates the order].</w:t>
      </w:r>
    </w:p>
    <w:p>
      <w:pPr>
        <w:keepNext w:val="0"/>
        <w:spacing w:before="200" w:after="0" w:line="260" w:lineRule="exact"/>
        <w:ind w:left="360" w:right="0" w:firstLine="0"/>
        <w:jc w:val="right"/>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[NAME OF DEFENDANT]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keepNext w:val="0"/>
        <w:spacing w:before="120" w:after="0" w:line="260" w:lineRule="exact"/>
        <w:ind w:left="360" w:right="0" w:firstLine="0"/>
        <w:jc w:val="left"/>
      </w:pPr>
      <w:r>
        <w:rPr>
          <w:rFonts w:ascii="Times New Roman" w:hAnsi="Times New Roman" w:eastAsia="Times New Roman" w:cs="Times New Roman"/>
          <w:b w:val="0"/>
          <w:sz w:val="24"/>
        </w:rPr>
        <w:t>Ohio Sup. Ct. Reg.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 if applicable]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address]</w:t>
      </w:r>
    </w:p>
    <w:p>
      <w:pPr>
        <w:keepNext w:val="0"/>
        <w:spacing w:before="120" w:after="0" w:line="260" w:lineRule="exact"/>
        <w:ind w:left="360" w:right="0" w:firstLine="0"/>
        <w:jc w:val="left"/>
      </w:pPr>
      <w:r>
        <w:rPr>
          <w:rFonts w:ascii="Times New Roman" w:hAnsi="Times New Roman" w:eastAsia="Times New Roman" w:cs="Times New Roman"/>
          <w:b w:val="0"/>
          <w:sz w:val="24"/>
        </w:rPr>
        <w:t>Attorney for [name of defendant(s)]</w:t>
      </w: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[your name], attorney for the, [name of defendant(s)], in the above-entitled action, hereby certify that on the [numerical day of the month, e.g. 14th] day of [name of month], [year], I served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within </w:t>
      </w:r>
      <w:r>
        <w:rPr>
          <w:rFonts w:ascii="Times New Roman" w:hAnsi="Times New Roman" w:eastAsia="Times New Roman" w:cs="Times New Roman"/>
          <w:b/>
          <w:sz w:val="24"/>
        </w:rPr>
        <w:t>DEFENDANT [NAME]’S OBJECTIONS AND RESPONSES TO PLAINTIFF’S FIRST REQUESTS FOR PRODUCTION OF DOCUMENTS,</w:t>
      </w:r>
      <w:r>
        <w:rPr>
          <w:rFonts w:ascii="Times New Roman" w:hAnsi="Times New Roman" w:eastAsia="Times New Roman" w:cs="Times New Roman"/>
          <w:b w:val="0"/>
          <w:sz w:val="24"/>
        </w:rPr>
        <w:t xml:space="preserve"> electronically, to the parties and counsel of record as follows:</w:t>
      </w:r>
    </w:p>
    <w:p>
      <w:pPr>
        <w:keepNext w:val="0"/>
        <w:spacing w:before="200" w:after="0" w:line="260" w:lineRule="exact"/>
        <w:ind w:left="720" w:right="0" w:firstLine="0"/>
        <w:jc w:val="both"/>
      </w:pPr>
      <w:r>
        <w:rPr>
          <w:rFonts w:ascii="Times New Roman" w:hAnsi="Times New Roman" w:eastAsia="Times New Roman" w:cs="Times New Roman"/>
          <w:b w:val="0"/>
          <w:sz w:val="24"/>
        </w:rPr>
        <w:t>[Name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[Name of law firm]</w:t>
      </w:r>
    </w:p>
    <w:p>
      <w:pPr>
        <w:keepNext w:val="0"/>
        <w:spacing w:before="200" w:after="0" w:line="260" w:lineRule="exact"/>
        <w:ind w:left="720" w:right="0" w:firstLine="0"/>
        <w:jc w:val="both"/>
      </w:pPr>
      <w:r>
        <w:rPr>
          <w:rFonts w:ascii="Times New Roman" w:hAnsi="Times New Roman" w:eastAsia="Times New Roman" w:cs="Times New Roman"/>
          <w:b w:val="0"/>
          <w:sz w:val="24"/>
        </w:rPr>
        <w:t>[Address of law firm]</w:t>
      </w:r>
    </w:p>
    <w:p>
      <w:pPr>
        <w:keepNext w:val="0"/>
        <w:spacing w:before="200" w:after="0" w:line="260" w:lineRule="exact"/>
        <w:ind w:left="720" w:right="0" w:firstLine="0"/>
        <w:jc w:val="both"/>
      </w:pPr>
      <w:r>
        <w:rPr>
          <w:rFonts w:ascii="Times New Roman" w:hAnsi="Times New Roman" w:eastAsia="Times New Roman" w:cs="Times New Roman"/>
          <w:b w:val="0"/>
          <w:sz w:val="24"/>
        </w:rPr>
        <w:t>Attorney for Plaintiff</w:t>
      </w:r>
      <w:r>
        <w:rPr>
          <w:rFonts w:ascii="Times New Roman" w:hAnsi="Times New Roman" w:eastAsia="Times New Roman" w:cs="Times New Roman"/>
          <w:b w:val="0"/>
          <w:sz w:val="24"/>
        </w:rPr>
        <w:t>, [name]</w:t>
      </w:r>
    </w:p>
    <w:p>
      <w:pPr>
        <w:keepNext w:val="0"/>
        <w:spacing w:before="200" w:after="0" w:line="260" w:lineRule="exact"/>
        <w:ind w:left="720" w:right="0" w:firstLine="0"/>
        <w:jc w:val="both"/>
      </w:pPr>
      <w:r>
        <w:rPr>
          <w:rFonts w:ascii="Times New Roman" w:hAnsi="Times New Roman" w:eastAsia="Times New Roman" w:cs="Times New Roman"/>
          <w:b w:val="0"/>
          <w:sz w:val="24"/>
        </w:rPr>
        <w:t>[Name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[Name of law firm]</w:t>
      </w:r>
    </w:p>
    <w:p>
      <w:pPr>
        <w:keepNext w:val="0"/>
        <w:spacing w:before="200" w:after="0" w:line="260" w:lineRule="exact"/>
        <w:ind w:left="720" w:right="0" w:firstLine="0"/>
        <w:jc w:val="both"/>
      </w:pPr>
      <w:r>
        <w:rPr>
          <w:rFonts w:ascii="Times New Roman" w:hAnsi="Times New Roman" w:eastAsia="Times New Roman" w:cs="Times New Roman"/>
          <w:b w:val="0"/>
          <w:sz w:val="24"/>
        </w:rPr>
        <w:t>[Address of law firm]</w:t>
      </w:r>
    </w:p>
    <w:p>
      <w:pPr>
        <w:keepNext w:val="0"/>
        <w:spacing w:before="200" w:after="0" w:line="260" w:lineRule="exact"/>
        <w:ind w:left="720" w:right="0" w:firstLine="0"/>
        <w:jc w:val="both"/>
      </w:pPr>
      <w:r>
        <w:rPr>
          <w:rFonts w:ascii="Times New Roman" w:hAnsi="Times New Roman" w:eastAsia="Times New Roman" w:cs="Times New Roman"/>
          <w:b w:val="0"/>
          <w:sz w:val="24"/>
        </w:rPr>
        <w:t>Attorney for</w:t>
      </w:r>
      <w:r>
        <w:rPr>
          <w:rFonts w:ascii="Times New Roman" w:hAnsi="Times New Roman" w:eastAsia="Times New Roman" w:cs="Times New Roman"/>
          <w:b w:val="0"/>
          <w:sz w:val="24"/>
        </w:rPr>
        <w:t xml:space="preserve"> [Plaintiff/Defendant], [name]</w:t>
      </w:r>
    </w:p>
    <w:p>
      <w:pPr>
        <w:keepNext w:val="0"/>
        <w:spacing w:before="200" w:after="0" w:line="260" w:lineRule="exact"/>
        <w:ind w:left="720" w:right="0" w:firstLine="0"/>
        <w:jc w:val="both"/>
      </w:pPr>
      <w:r>
        <w:rPr>
          <w:rFonts w:ascii="Times New Roman" w:hAnsi="Times New Roman" w:eastAsia="Times New Roman" w:cs="Times New Roman"/>
          <w:b w:val="0"/>
          <w:sz w:val="24"/>
        </w:rPr>
        <w:t>[Include name and address for other parties]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