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Objections to Interrogatories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NO. [case docket number]</w:t>
      </w:r>
    </w:p>
    <w:p>
      <w:pPr>
        <w:keepNext w:val="0"/>
        <w:spacing w:before="200" w:after="0" w:line="260" w:lineRule="exact"/>
        <w:ind w:left="360" w:right="0" w:firstLine="0"/>
        <w:jc w:val="center"/>
      </w:pPr>
      <w:r>
        <w:rPr>
          <w:rFonts w:ascii="Times New Roman" w:hAnsi="Times New Roman" w:eastAsia="Times New Roman" w:cs="Times New Roman"/>
          <w:b/>
          <w:sz w:val="24"/>
        </w:rPr>
        <w:t>[RESPONDING PARTY DESIGNATION, E.G., DEFENDANT] [RESPONDING PARTY NAME]'S OBJECTIONS TO [PROPOUNDING PARTY DESIGNATION, E.G., PLAINTIFF] [PROPOUNDING PARTY NAME]'S [SET NUMBER, E.G., FIRST] SET OF INTERROGATORIES TO [RESPONDING PARTY DESIGNATION, E.G., DEFENDANT] [RESPONDING PARTY NAME]</w:t>
      </w:r>
    </w:p>
    <w:p>
      <w:pPr>
        <w:keepNext w:val="0"/>
        <w:spacing w:before="200" w:after="0" w:line="260" w:lineRule="exact"/>
        <w:ind w:left="720" w:right="0" w:firstLine="0"/>
        <w:jc w:val="both"/>
      </w:pPr>
      <w:r>
        <w:rPr>
          <w:rFonts w:ascii="Times New Roman" w:hAnsi="Times New Roman" w:eastAsia="Times New Roman" w:cs="Times New Roman"/>
          <w:b w:val="0"/>
          <w:sz w:val="24"/>
        </w:rPr>
        <w:t>In accordance with Conn. Practice Book § 13-8, [responding party designation, e.g., Defendant] [responding party name] hereby objects to the interrogatories contained within [propounding party designation, e.g., Plaintiff] [propounding party name]'s [set number, e.g., First] Set of Interrogatories, as follows:</w:t>
      </w:r>
    </w:p>
    <w:p>
      <w:pPr>
        <w:keepNext w:val="0"/>
        <w:spacing w:before="200" w:after="0" w:line="260" w:lineRule="exact"/>
        <w:ind w:left="720" w:right="0" w:firstLine="0"/>
        <w:jc w:val="center"/>
      </w:pPr>
      <w:r>
        <w:rPr>
          <w:rFonts w:ascii="Times New Roman" w:hAnsi="Times New Roman" w:eastAsia="Times New Roman" w:cs="Times New Roman"/>
          <w:b/>
          <w:sz w:val="24"/>
        </w:rPr>
        <w:t>GENERAL OBJECTIONS</w:t>
      </w:r>
    </w:p>
    <w:p>
      <w:pPr>
        <w:keepNext w:val="0"/>
        <w:spacing w:before="200" w:after="0" w:line="260" w:lineRule="exact"/>
        <w:ind w:left="1080" w:right="0" w:firstLine="0"/>
        <w:jc w:val="both"/>
      </w:pPr>
      <w:r>
        <w:rPr>
          <w:rFonts w:ascii="Times New Roman" w:hAnsi="Times New Roman" w:eastAsia="Times New Roman" w:cs="Times New Roman"/>
          <w:b w:val="0"/>
          <w:sz w:val="24"/>
        </w:rPr>
        <w:t>GENERAL OBJECTION NO. [number, e.g., 1]:</w:t>
      </w:r>
    </w:p>
    <w:p>
      <w:pPr>
        <w:keepNext w:val="0"/>
        <w:spacing w:before="200" w:after="0" w:line="260" w:lineRule="exact"/>
        <w:ind w:left="1080" w:right="0" w:firstLine="0"/>
        <w:jc w:val="both"/>
      </w:pPr>
      <w:r>
        <w:rPr>
          <w:rFonts w:ascii="Times New Roman" w:hAnsi="Times New Roman" w:eastAsia="Times New Roman" w:cs="Times New Roman"/>
          <w:b w:val="0"/>
          <w:sz w:val="24"/>
        </w:rPr>
        <w:t>[Responding party designation, e.g., Defendant] objects to this entire set of interrogatories as untimely because they were served on [date of service], which is after the date for completion of discovery set forth in the scheduling order entered by the court in this action on [scheduling order date].</w:t>
      </w:r>
    </w:p>
    <w:p>
      <w:pPr>
        <w:keepNext w:val="0"/>
        <w:spacing w:before="200" w:after="0" w:line="260" w:lineRule="exact"/>
        <w:ind w:left="1080" w:right="0" w:firstLine="0"/>
        <w:jc w:val="both"/>
      </w:pPr>
      <w:r>
        <w:rPr>
          <w:rFonts w:ascii="Times New Roman" w:hAnsi="Times New Roman" w:eastAsia="Times New Roman" w:cs="Times New Roman"/>
          <w:b w:val="0"/>
          <w:sz w:val="24"/>
        </w:rPr>
        <w:t>GENERAL OBJECTION NO. [number, e.g., 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[Responding party designation, e.g., Defendant] objects to this entire set of interrogatories because this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[specify type of action under Conn. Practice Book § 13-6(b), e.g.,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personal injury action alleging liability based on the ownership, maintenance, or control of real property], and [propounding party, e.g., Plaintiff] is therefore limited to the standard interrogatories set forth in Form [form number, e.g., 203] in the Appendix of Forms to the Connecticut Practice Book, unless [propounding party, e.g., Plaintiff] seeks leave of the court to serve other or different interrogatories. See Conn. Practice Book § 13-6(b). [Propounding party, e.g., Plaintiff] has not requested or received leave of the court to do so. This interrogatories in this set do not comply with and exceed the scope of interrogatories permitted by Form [form number, e.g., 203].</w:t>
      </w:r>
    </w:p>
    <w:p>
      <w:pPr>
        <w:keepNext w:val="0"/>
        <w:spacing w:before="200" w:after="0" w:line="260" w:lineRule="exact"/>
        <w:ind w:left="1080" w:right="0" w:firstLine="0"/>
        <w:jc w:val="both"/>
      </w:pPr>
      <w:r>
        <w:rPr>
          <w:rFonts w:ascii="Times New Roman" w:hAnsi="Times New Roman" w:eastAsia="Times New Roman" w:cs="Times New Roman"/>
          <w:b w:val="0"/>
          <w:sz w:val="24"/>
        </w:rPr>
        <w:t>[Assert other general objections, as appropriate]</w:t>
      </w:r>
    </w:p>
    <w:p>
      <w:pPr>
        <w:keepNext w:val="0"/>
        <w:spacing w:before="200" w:after="0" w:line="260" w:lineRule="exact"/>
        <w:ind w:left="720" w:right="0" w:firstLine="0"/>
        <w:jc w:val="center"/>
      </w:pPr>
      <w:r>
        <w:rPr>
          <w:rFonts w:ascii="Times New Roman" w:hAnsi="Times New Roman" w:eastAsia="Times New Roman" w:cs="Times New Roman"/>
          <w:b/>
          <w:sz w:val="24"/>
        </w:rPr>
        <w:t>OBJECTIONS TO SPECIFIC INTERROGATORIES</w:t>
      </w:r>
    </w:p>
    <w:p>
      <w:pPr>
        <w:keepNext w:val="0"/>
        <w:spacing w:before="200" w:after="0" w:line="260" w:lineRule="exact"/>
        <w:ind w:left="1080" w:right="0" w:firstLine="0"/>
        <w:jc w:val="both"/>
      </w:pPr>
      <w:r>
        <w:rPr>
          <w:rFonts w:ascii="Times New Roman" w:hAnsi="Times New Roman" w:eastAsia="Times New Roman" w:cs="Times New Roman"/>
          <w:b w:val="0"/>
          <w:sz w:val="24"/>
        </w:rPr>
        <w:t>INTERROGATORY NO. [interrogatory number, e.g., 3]: [set out text of interrogatory in full]</w:t>
      </w:r>
    </w:p>
    <w:p>
      <w:pPr>
        <w:keepNext w:val="0"/>
        <w:spacing w:before="200" w:after="0" w:line="260" w:lineRule="exact"/>
        <w:ind w:left="1080" w:right="0" w:firstLine="0"/>
        <w:jc w:val="both"/>
      </w:pPr>
      <w:r>
        <w:rPr>
          <w:rFonts w:ascii="Times New Roman" w:hAnsi="Times New Roman" w:eastAsia="Times New Roman" w:cs="Times New Roman"/>
          <w:b w:val="0"/>
          <w:sz w:val="24"/>
        </w:rPr>
        <w:t>OBJECTION TO INTERROGATORY NO. [interrogatory number, e.g., 3]: [Responding party designation, e.g., Defendant] objects to this interrogatory in its entirety on the ground that the information requested is subject to [specify privilege type, e.g., attorney-client] privilege and on that basis is withholding information responsive to this interrogatory.</w:t>
      </w:r>
    </w:p>
    <w:p>
      <w:pPr>
        <w:keepNext w:val="0"/>
        <w:spacing w:before="200" w:after="0" w:line="260" w:lineRule="exact"/>
        <w:ind w:left="1080" w:right="0" w:firstLine="0"/>
        <w:jc w:val="both"/>
      </w:pPr>
      <w:r>
        <w:rPr>
          <w:rFonts w:ascii="Times New Roman" w:hAnsi="Times New Roman" w:eastAsia="Times New Roman" w:cs="Times New Roman"/>
          <w:b w:val="0"/>
          <w:sz w:val="24"/>
        </w:rPr>
        <w:t>INTERROGATORY NO. [interrogatory number, e.g., 4]: [set out text of interrogatory in full]</w:t>
      </w:r>
    </w:p>
    <w:p>
      <w:pPr>
        <w:keepNext w:val="0"/>
        <w:spacing w:before="200" w:after="0" w:line="260" w:lineRule="exact"/>
        <w:ind w:left="1080" w:right="0" w:firstLine="0"/>
        <w:jc w:val="both"/>
      </w:pPr>
      <w:r>
        <w:rPr>
          <w:rFonts w:ascii="Times New Roman" w:hAnsi="Times New Roman" w:eastAsia="Times New Roman" w:cs="Times New Roman"/>
          <w:b w:val="0"/>
          <w:sz w:val="24"/>
        </w:rPr>
        <w:t>OBJECTION TO INTERROGATORY NO. [interrogatory number, e.g., 4]: [Responding party designation, e.g., Defendant] objects to this interrogatory in its entirety on the ground that the information requested is subject to work product protection under Conn. Practice Book § 13-3(</w:t>
      </w:r>
      <w:r>
        <w:rPr>
          <w:rFonts w:ascii="Times New Roman" w:hAnsi="Times New Roman" w:eastAsia="Times New Roman" w:cs="Times New Roman"/>
          <w:b/>
          <w:sz w:val="24"/>
        </w:rPr>
        <w:t>a</w:t>
      </w:r>
      <w:r>
        <w:rPr>
          <w:rFonts w:ascii="Times New Roman" w:hAnsi="Times New Roman" w:eastAsia="Times New Roman" w:cs="Times New Roman"/>
          <w:b w:val="0"/>
          <w:sz w:val="24"/>
        </w:rPr>
        <w:t>) and on that basis is withholding information responsive to this interrogatory.</w:t>
      </w:r>
    </w:p>
    <w:p>
      <w:pPr>
        <w:keepNext w:val="0"/>
        <w:spacing w:before="200" w:after="0" w:line="260" w:lineRule="exact"/>
        <w:ind w:left="1080" w:right="0" w:firstLine="0"/>
        <w:jc w:val="both"/>
      </w:pPr>
      <w:r>
        <w:rPr>
          <w:rFonts w:ascii="Times New Roman" w:hAnsi="Times New Roman" w:eastAsia="Times New Roman" w:cs="Times New Roman"/>
          <w:b w:val="0"/>
          <w:sz w:val="24"/>
        </w:rPr>
        <w:t>INTERROGATORY NO. [interrogatory number, e.g., 5]: [set out text of interrogatory in full]</w:t>
      </w:r>
    </w:p>
    <w:p>
      <w:pPr>
        <w:keepNext w:val="0"/>
        <w:spacing w:before="200" w:after="0" w:line="260" w:lineRule="exact"/>
        <w:ind w:left="1080" w:right="0" w:firstLine="0"/>
        <w:jc w:val="both"/>
      </w:pPr>
      <w:r>
        <w:rPr>
          <w:rFonts w:ascii="Times New Roman" w:hAnsi="Times New Roman" w:eastAsia="Times New Roman" w:cs="Times New Roman"/>
          <w:b w:val="0"/>
          <w:sz w:val="24"/>
        </w:rPr>
        <w:t>OBJECTION TO INTERROGATORY NO. [interrogatory number, e.g., 5]: [Responding party designation, e.g., Defendant] objects to this interrogatory in its entirety on the ground that the information requested is not relevant to the subject matter of this action, and thus is outside the proper scope of discovery under Conn. Practice Book § 13-2, because [explain]. On this basis, [responding party designation, e.g., Defendant] is withholding information responsive to this interrogatory.</w:t>
      </w:r>
    </w:p>
    <w:p>
      <w:pPr>
        <w:keepNext w:val="0"/>
        <w:spacing w:before="200" w:after="0" w:line="260" w:lineRule="exact"/>
        <w:ind w:left="1080" w:right="0" w:firstLine="0"/>
        <w:jc w:val="both"/>
      </w:pPr>
      <w:r>
        <w:rPr>
          <w:rFonts w:ascii="Times New Roman" w:hAnsi="Times New Roman" w:eastAsia="Times New Roman" w:cs="Times New Roman"/>
          <w:b w:val="0"/>
          <w:sz w:val="24"/>
        </w:rPr>
        <w:t>INTERROGATORY NO. [interrogatory number, e.g., 6]: [set out text of interrogatory in full]</w:t>
      </w:r>
    </w:p>
    <w:p>
      <w:pPr>
        <w:keepNext w:val="0"/>
        <w:spacing w:before="200" w:after="0" w:line="260" w:lineRule="exact"/>
        <w:ind w:left="1080" w:right="0" w:firstLine="0"/>
        <w:jc w:val="both"/>
      </w:pPr>
      <w:r>
        <w:rPr>
          <w:rFonts w:ascii="Times New Roman" w:hAnsi="Times New Roman" w:eastAsia="Times New Roman" w:cs="Times New Roman"/>
          <w:b w:val="0"/>
          <w:sz w:val="24"/>
        </w:rPr>
        <w:t>OBJECTION TO INTERROGATORY NO. [interrogatory number, e.g., 6]: [Responding party designation, e.g., Defendant] objects to this interrogatory in its entirety on the ground that the information requested is not within [responding party, e.g., Defendant]'s knowledge, possession, or control, and thus is outside the proper scope of discovery under Conn. Practice Book § 13-2.</w:t>
      </w:r>
    </w:p>
    <w:p>
      <w:pPr>
        <w:keepNext w:val="0"/>
        <w:spacing w:before="200" w:after="0" w:line="260" w:lineRule="exact"/>
        <w:ind w:left="1080" w:right="0" w:firstLine="0"/>
        <w:jc w:val="both"/>
      </w:pPr>
      <w:r>
        <w:rPr>
          <w:rFonts w:ascii="Times New Roman" w:hAnsi="Times New Roman" w:eastAsia="Times New Roman" w:cs="Times New Roman"/>
          <w:b w:val="0"/>
          <w:sz w:val="24"/>
        </w:rPr>
        <w:t>INTERROGATORY NO. [interrogatory number, e.g., 7]: [set out text of interrogatory in full]</w:t>
      </w:r>
    </w:p>
    <w:p>
      <w:pPr>
        <w:keepNext w:val="0"/>
        <w:spacing w:before="200" w:after="0" w:line="260" w:lineRule="exact"/>
        <w:ind w:left="1080" w:right="0" w:firstLine="0"/>
        <w:jc w:val="both"/>
      </w:pPr>
      <w:r>
        <w:rPr>
          <w:rFonts w:ascii="Times New Roman" w:hAnsi="Times New Roman" w:eastAsia="Times New Roman" w:cs="Times New Roman"/>
          <w:b w:val="0"/>
          <w:sz w:val="24"/>
        </w:rPr>
        <w:t>OBJECTION TO INTERROGATORY NO. [interrogatory number, e.g., 7]: [Responding party designation, e.g., Defendant] objects to this interrogatory in [part / its entirety] on the ground that providing the information requested would subject [responding party designation, e.g., Defendant] to undue burden and expense because [explain]. [Responding party designation, e.g., Defendant] further objects to this interrogatory in [part / its entirety] on the ground that [responding party designation, e.g., Defendant] cannot provide the requested information with substantially greater facility than it could otherwise be obtained by [propounding party, e.g., Plaintiff] because [explain]. [Subject to and without waiving the foregoing objections, (responding party designation, e.g., Defendant) answers this interrogatory as follows: (set forth answer).]</w:t>
      </w:r>
    </w:p>
    <w:p>
      <w:pPr>
        <w:keepNext w:val="0"/>
        <w:spacing w:before="200" w:after="0" w:line="260" w:lineRule="exact"/>
        <w:ind w:left="1080" w:right="0" w:firstLine="0"/>
        <w:jc w:val="both"/>
      </w:pPr>
      <w:r>
        <w:rPr>
          <w:rFonts w:ascii="Times New Roman" w:hAnsi="Times New Roman" w:eastAsia="Times New Roman" w:cs="Times New Roman"/>
          <w:b w:val="0"/>
          <w:sz w:val="24"/>
        </w:rPr>
        <w:t>[Continue with any other objections to interrogatories]</w:t>
      </w:r>
    </w:p>
    <w:p>
      <w:pPr/>
    </w:p>
    <w:p>
      <w:pPr>
        <w:keepNext w:val="0"/>
        <w:spacing w:before="120" w:after="0" w:line="260" w:lineRule="exact"/>
        <w:ind w:left="360" w:right="0" w:firstLine="0"/>
        <w:jc w:val="left"/>
      </w:pPr>
      <w:r>
        <w:rPr>
          <w:rFonts w:ascii="Times New Roman" w:hAnsi="Times New Roman" w:eastAsia="Times New Roman" w:cs="Times New Roman"/>
          <w:b w:val="0"/>
          <w:sz w:val="24"/>
        </w:rPr>
        <w:t>[Responding party designation, e.g., Defendant]</w:t>
      </w:r>
    </w:p>
    <w:p>
      <w:pPr>
        <w:keepNext w:val="0"/>
        <w:spacing w:before="120" w:after="0" w:line="260" w:lineRule="exact"/>
        <w:ind w:left="360" w:right="0" w:firstLine="0"/>
        <w:jc w:val="left"/>
      </w:pPr>
      <w:r>
        <w:rPr>
          <w:rFonts w:ascii="Times New Roman" w:hAnsi="Times New Roman" w:eastAsia="Times New Roman" w:cs="Times New Roman"/>
          <w:b w:val="0"/>
          <w:sz w:val="24"/>
        </w:rPr>
        <w:t>[Responding party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 (attorney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[attorney typed name]</w:t>
      </w:r>
    </w:p>
    <w:p>
      <w:pPr>
        <w:keepNext w:val="0"/>
        <w:spacing w:before="120" w:after="0" w:line="260" w:lineRule="exact"/>
        <w:ind w:left="360" w:right="0" w:firstLine="0"/>
        <w:jc w:val="left"/>
      </w:pPr>
      <w:r>
        <w:rPr>
          <w:rFonts w:ascii="Times New Roman" w:hAnsi="Times New Roman" w:eastAsia="Times New Roman" w:cs="Times New Roman"/>
          <w:b w:val="0"/>
          <w:sz w:val="24"/>
        </w:rPr>
        <w:t>[firm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[mailing 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address]</w:t>
      </w:r>
    </w:p>
    <w:p>
      <w:pPr>
        <w:keepNext w:val="0"/>
        <w:spacing w:before="120" w:after="0" w:line="260" w:lineRule="exact"/>
        <w:ind w:left="360" w:right="0" w:firstLine="0"/>
        <w:jc w:val="left"/>
      </w:pPr>
      <w:r>
        <w:rPr>
          <w:rFonts w:ascii="Times New Roman" w:hAnsi="Times New Roman" w:eastAsia="Times New Roman" w:cs="Times New Roman"/>
          <w:b w:val="0"/>
          <w:sz w:val="24"/>
        </w:rPr>
        <w:t>Juris No. [Juris number]</w:t>
      </w:r>
    </w:p>
    <w:p>
      <w:pPr>
        <w:keepNext w:val="0"/>
        <w:spacing w:before="120" w:after="0" w:line="260" w:lineRule="exact"/>
        <w:ind w:left="360" w:right="0" w:firstLine="0"/>
        <w:jc w:val="left"/>
      </w:pPr>
      <w:r>
        <w:rPr>
          <w:rFonts w:ascii="Times New Roman" w:hAnsi="Times New Roman" w:eastAsia="Times New Roman" w:cs="Times New Roman"/>
          <w:b w:val="0"/>
          <w:sz w:val="24"/>
        </w:rPr>
        <w:t>[His / Her / Its] Attorney</w:t>
      </w:r>
    </w:p>
    <w:p>
      <w:pPr/>
    </w:p>
    <w:p>
      <w:pPr>
        <w:keepNext w:val="0"/>
        <w:spacing w:before="200" w:after="0" w:line="260" w:lineRule="exact"/>
        <w:ind w:left="360" w:right="0" w:firstLine="0"/>
        <w:jc w:val="center"/>
      </w:pPr>
      <w:r>
        <w:rPr>
          <w:rFonts w:ascii="Times New Roman" w:hAnsi="Times New Roman" w:eastAsia="Times New Roman" w:cs="Times New Roman"/>
          <w:b/>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certify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above [responding party designation, e.g., Defendant] [responding party name]'s Objections to [propounding party designation, e.g., Plaintiff] [propounding party name]'s [set number, e.g., First] Set of Interrogatories to [responding party designation, e.g., Defendant] [responding party name] was mailed or delivered electronically or nonelectronically on [date of service] to all counsel and self-represented parties of record and that written consent for electronic delivery was received from all counsel and self-represented parties of record who were electronically served.</w:t>
      </w:r>
    </w:p>
    <w:p>
      <w:pPr>
        <w:keepNext w:val="0"/>
        <w:spacing w:before="200" w:after="0" w:line="260" w:lineRule="exact"/>
        <w:ind w:left="720" w:right="0" w:firstLine="0"/>
        <w:jc w:val="both"/>
      </w:pPr>
      <w:r>
        <w:rPr>
          <w:rFonts w:ascii="Times New Roman" w:hAnsi="Times New Roman" w:eastAsia="Times New Roman" w:cs="Times New Roman"/>
          <w:b w:val="0"/>
          <w:sz w:val="24"/>
        </w:rPr>
        <w:t>Parties and/or attorneys served:</w:t>
      </w:r>
    </w:p>
    <w:p>
      <w:pPr>
        <w:keepNext w:val="0"/>
        <w:spacing w:before="200" w:after="0" w:line="260" w:lineRule="exact"/>
        <w:ind w:left="720" w:right="0" w:firstLine="0"/>
        <w:jc w:val="both"/>
      </w:pPr>
      <w:r>
        <w:rPr>
          <w:rFonts w:ascii="Times New Roman" w:hAnsi="Times New Roman" w:eastAsia="Times New Roman" w:cs="Times New Roman"/>
          <w:b w:val="0"/>
          <w:sz w:val="24"/>
        </w:rPr>
        <w:t>[List name of each party and attorney served and address at which service was made]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(signature of attorney or party making service)</w:t>
      </w:r>
    </w:p>
    <w:p>
      <w:pPr>
        <w:keepNext w:val="0"/>
        <w:spacing w:before="120" w:after="0" w:line="260" w:lineRule="exact"/>
        <w:ind w:left="720" w:right="0" w:firstLine="0"/>
        <w:jc w:val="left"/>
      </w:pPr>
      <w:r>
        <w:rPr>
          <w:rFonts w:ascii="Times New Roman" w:hAnsi="Times New Roman" w:eastAsia="Times New Roman" w:cs="Times New Roman"/>
          <w:b w:val="0"/>
          <w:sz w:val="24"/>
        </w:rPr>
        <w:t>[typed name of attorney or party making service]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