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Offer of Judgment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[Telephone]/[Fax]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Attorney for </w:t>
      </w:r>
      <w:r>
        <w:rPr>
          <w:rFonts w:ascii="Times New Roman" w:hAnsi="Times New Roman" w:eastAsia="Times New Roman" w:cs="Times New Roman"/>
          <w:b/>
          <w:sz w:val="24"/>
        </w:rPr>
        <w:t>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[offeree party designation, e.g., Plaintiff] [name of offeree] and [his/her/its] [attorney of record]: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[Offeree party] [offeree name] hereby offers to have judgment taken [against or in favor of] [him/her/it] in the above-captioned action pursuant to N.J. Ct. R. 4:58-1, for the sum of $[amount of proposed judgment], [with each party to bear their own costs and attorney's fees, or specify other allocation of costs and fees].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[attorney signing]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[name]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OFFER OF JUDGMENT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Counsel for [name]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Counsel for [name]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