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OFFER OF SETTLEMENT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From</w:t>
      </w:r>
    </w:p>
    <w:p>
      <w:pPr>
        <w:spacing w:before="0" w:after="0" w:line="240" w:lineRule="auto"/>
      </w:pPr>
      <w:r>
        <w:rPr>
          <w:rFonts w:ascii="Times New Roman" w:hAnsi="Times New Roman" w:eastAsia="Times New Roman" w:cs="Times New Roman"/>
          <w:sz w:val="24"/>
        </w:rPr>
        <w:t>[NAME OF SENDER]</w:t>
      </w:r>
    </w:p>
    <w:p>
      <w:pPr>
        <w:spacing w:before="0" w:after="0" w:line="240" w:lineRule="auto"/>
      </w:pPr>
      <w:r>
        <w:rPr>
          <w:rFonts w:ascii="Times New Roman" w:hAnsi="Times New Roman" w:eastAsia="Times New Roman" w:cs="Times New Roman"/>
          <w:sz w:val="24"/>
        </w:rPr>
        <w:t>[ADDRESS]</w:t>
      </w:r>
    </w:p>
    <w:p>
      <w:pPr>
        <w:spacing w:before="0" w:after="0" w:line="240" w:lineRule="auto"/>
      </w:pPr>
      <w:r>
        <w:rPr>
          <w:rFonts w:ascii="Times New Roman" w:hAnsi="Times New Roman" w:eastAsia="Times New Roman" w:cs="Times New Roman"/>
          <w:sz w:val="24"/>
        </w:rPr>
        <w:t>[CITY, STATE]</w:t>
      </w:r>
    </w:p>
    <w:p>
      <w:pPr>
        <w:spacing w:before="0" w:after="0" w:line="240" w:lineRule="auto"/>
      </w:pPr>
      <w:r>
        <w:rPr>
          <w:rFonts w:ascii="Times New Roman" w:hAnsi="Times New Roman" w:eastAsia="Times New Roman" w:cs="Times New Roman"/>
          <w:sz w:val="24"/>
        </w:rPr>
        <w:t>[ZIPCODE]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[DATE]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b/>
          <w:sz w:val="24"/>
        </w:rPr>
        <w:t xml:space="preserve">THIS IS OUR </w:t>
      </w:r>
      <w:r>
        <w:rPr>
          <w:rFonts w:ascii="Times New Roman" w:hAnsi="Times New Roman" w:eastAsia="Times New Roman" w:cs="Times New Roman"/>
          <w:b/>
          <w:sz w:val="24"/>
        </w:rPr>
        <w:t>FINAL ATTEMPT</w:t>
      </w:r>
      <w:r>
        <w:rPr>
          <w:rFonts w:ascii="Times New Roman" w:hAnsi="Times New Roman" w:eastAsia="Times New Roman" w:cs="Times New Roman"/>
          <w:b/>
          <w:sz w:val="24"/>
        </w:rPr>
        <w:t xml:space="preserve"> TO SETTLE THIS DISPUTE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Dear </w:t>
      </w:r>
      <w:r>
        <w:rPr>
          <w:rFonts w:ascii="Times New Roman" w:hAnsi="Times New Roman" w:eastAsia="Times New Roman" w:cs="Times New Roman"/>
          <w:sz w:val="24"/>
        </w:rPr>
        <w:t>[RECIPIENT]</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SENDER]</w:t>
      </w:r>
      <w:r>
        <w:rPr>
          <w:rFonts w:ascii="Times New Roman" w:hAnsi="Times New Roman" w:eastAsia="Times New Roman" w:cs="Times New Roman"/>
          <w:sz w:val="24"/>
        </w:rPr>
        <w:t xml:space="preserve">, am writing this letter as a last and final attempt to settle the matter of: </w:t>
      </w:r>
      <w:r>
        <w:rPr>
          <w:rFonts w:ascii="Times New Roman" w:hAnsi="Times New Roman" w:eastAsia="Times New Roman" w:cs="Times New Roman"/>
          <w:sz w:val="24"/>
        </w:rPr>
        <w:t>[LIST OF DISPUTE]</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It is in the best interests of both parties to settle this matter. Therefore, we have prepared an offer of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to have this settled today.</w:t>
      </w:r>
    </w:p>
    <w:p>
      <w:pPr>
        <w:spacing w:before="0" w:after="0" w:line="240" w:lineRule="auto"/>
      </w:pPr>
    </w:p>
    <w:p>
      <w:pPr>
        <w:spacing w:before="0" w:after="0" w:line="240" w:lineRule="auto"/>
      </w:pPr>
      <w:r>
        <w:rPr>
          <w:rFonts w:ascii="Times New Roman" w:hAnsi="Times New Roman" w:eastAsia="Times New Roman" w:cs="Times New Roman"/>
          <w:sz w:val="24"/>
        </w:rPr>
        <w:t xml:space="preserve">A response to this letter is required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 xml:space="preserve">If there is no response to this letter, all legal rights shall be explored, including, but not limited to, legal proceedings necessary to recover the debt without further notice or this debt may be transferred to a collection’s agency in accordance with State and Federal laws. </w:t>
      </w:r>
    </w:p>
    <w:p>
      <w:pPr>
        <w:spacing w:before="0" w:after="0" w:line="240" w:lineRule="auto"/>
      </w:pPr>
    </w:p>
    <w:p>
      <w:pPr>
        <w:spacing w:before="0" w:after="0" w:line="240" w:lineRule="auto"/>
      </w:pPr>
      <w:r>
        <w:rPr>
          <w:rFonts w:ascii="Times New Roman" w:hAnsi="Times New Roman" w:eastAsia="Times New Roman" w:cs="Times New Roman"/>
          <w:sz w:val="24"/>
        </w:rPr>
        <w:t>This offer of settlement serves as an official notice to you and may be tendered in court as evidence of your failure to pay. If legal action is to occur to resolve this matter, it may involve having you pay attorney’s fees and may impact your credit history.</w:t>
      </w:r>
    </w:p>
    <w:p>
      <w:pPr>
        <w:spacing w:before="0" w:after="0" w:line="240" w:lineRule="auto"/>
      </w:pPr>
    </w:p>
    <w:p>
      <w:pPr>
        <w:spacing w:before="0" w:after="0" w:line="240" w:lineRule="auto"/>
      </w:pPr>
      <w:r>
        <w:rPr>
          <w:rFonts w:ascii="Times New Roman" w:hAnsi="Times New Roman" w:eastAsia="Times New Roman" w:cs="Times New Roman"/>
          <w:sz w:val="24"/>
        </w:rPr>
        <w:t>We hope to resolve this matter as soon as possible.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Sincerely,</w:t>
      </w:r>
    </w:p>
    <w:p>
      <w:pPr>
        <w:spacing w:before="0" w:after="0" w:line="240" w:lineRule="auto"/>
      </w:pPr>
    </w:p>
    <w:p>
      <w:pPr>
        <w:spacing w:before="0" w:after="0" w:line="240" w:lineRule="auto"/>
      </w:pPr>
      <w:r>
        <w:rPr>
          <w:rFonts w:ascii="Times New Roman" w:hAnsi="Times New Roman" w:eastAsia="Times New Roman" w:cs="Times New Roman"/>
          <w:sz w:val="24"/>
        </w:rPr>
        <w:t>______________________</w:t>
      </w:r>
    </w:p>
    <w:p>
      <w:pPr>
        <w:spacing w:before="0" w:after="0" w:line="24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