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OHIO THREE DAY NOTICE TO QUIT (NON-COMPLIANCE)</w:t>
      </w:r>
    </w:p>
    <w:p>
      <w:pPr/>
    </w:p>
    <w:p>
      <w:pPr/>
      <w:r>
        <w:rPr>
          <w:rFonts w:ascii="Times New Roman" w:hAnsi="Times New Roman" w:eastAsia="Times New Roman" w:cs="Times New Roman"/>
          <w:sz w:val="24"/>
        </w:rPr>
        <w:t>In Accordance with §§ 1923.04</w:t>
      </w:r>
    </w:p>
    <w:p>
      <w:pPr>
        <w:jc w:val="center"/>
      </w:pPr>
    </w:p>
    <w:p>
      <w:pPr>
        <w:jc w:val="center"/>
      </w:pPr>
    </w:p>
    <w:p>
      <w:pPr>
        <w:jc w:val="both"/>
      </w:pPr>
      <w:r>
        <w:rPr>
          <w:rFonts w:ascii="Times New Roman" w:hAnsi="Times New Roman" w:eastAsia="Times New Roman" w:cs="Times New Roman"/>
          <w:sz w:val="24"/>
        </w:rPr>
        <w:t>To:  ______________________________________________________________________________________</w:t>
      </w:r>
    </w:p>
    <w:p>
      <w:pPr>
        <w:ind w:firstLine="720"/>
        <w:jc w:val="both"/>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list each tenant who will be affected by this notice</w:t>
      </w:r>
      <w:r>
        <w:rPr>
          <w:rFonts w:ascii="Times New Roman" w:hAnsi="Times New Roman" w:eastAsia="Times New Roman" w:cs="Times New Roman"/>
          <w:sz w:val="24"/>
        </w:rPr>
        <w:t>]</w:t>
      </w:r>
    </w:p>
    <w:p>
      <w:pPr>
        <w:jc w:val="both"/>
      </w:pPr>
    </w:p>
    <w:p>
      <w:pPr>
        <w:jc w:val="both"/>
      </w:pPr>
      <w:r>
        <w:rPr>
          <w:rFonts w:ascii="Times New Roman" w:hAnsi="Times New Roman" w:eastAsia="Times New Roman" w:cs="Times New Roman"/>
          <w:sz w:val="24"/>
        </w:rPr>
        <w:tab/>
        <w:t>The purpose of this letter is to ask you to LEAVE the premises now in your possession, situated in _________________________ [</w:t>
      </w:r>
      <w:r>
        <w:rPr>
          <w:rFonts w:ascii="Times New Roman" w:hAnsi="Times New Roman" w:eastAsia="Times New Roman" w:cs="Times New Roman"/>
          <w:sz w:val="24"/>
        </w:rPr>
        <w:t>city</w:t>
      </w:r>
      <w:r>
        <w:rPr>
          <w:rFonts w:ascii="Times New Roman" w:hAnsi="Times New Roman" w:eastAsia="Times New Roman" w:cs="Times New Roman"/>
          <w:sz w:val="24"/>
        </w:rPr>
        <w:t>], ______________________ [</w:t>
      </w:r>
      <w:r>
        <w:rPr>
          <w:rFonts w:ascii="Times New Roman" w:hAnsi="Times New Roman" w:eastAsia="Times New Roman" w:cs="Times New Roman"/>
          <w:sz w:val="24"/>
        </w:rPr>
        <w:t>county</w:t>
      </w:r>
      <w:r>
        <w:rPr>
          <w:rFonts w:ascii="Times New Roman" w:hAnsi="Times New Roman" w:eastAsia="Times New Roman" w:cs="Times New Roman"/>
          <w:sz w:val="24"/>
        </w:rPr>
        <w:t>], Ohio and known as __________________________________________________________________________________________</w:t>
      </w:r>
    </w:p>
    <w:p>
      <w:pPr>
        <w:jc w:val="both"/>
      </w:pPr>
      <w:r>
        <w:rPr>
          <w:rFonts w:ascii="Times New Roman" w:hAnsi="Times New Roman" w:eastAsia="Times New Roman" w:cs="Times New Roman"/>
          <w:sz w:val="24"/>
        </w:rPr>
        <w:t xml:space="preserve">[full address and suite number of rental premises] </w:t>
      </w:r>
    </w:p>
    <w:p>
      <w:pPr/>
      <w:r>
        <w:rPr>
          <w:rFonts w:ascii="Times New Roman" w:hAnsi="Times New Roman" w:eastAsia="Times New Roman" w:cs="Times New Roman"/>
          <w:sz w:val="24"/>
        </w:rPr>
        <w:t>together with the lot of land on which these premises are located.  You are being asked to leave for the following reason:  _________________________________________________________________________</w:t>
      </w:r>
    </w:p>
    <w:p>
      <w:pPr>
        <w:jc w:val="both"/>
      </w:pPr>
      <w:r>
        <w:rPr>
          <w:rFonts w:ascii="Times New Roman" w:hAnsi="Times New Roman" w:eastAsia="Times New Roman" w:cs="Times New Roman"/>
          <w:sz w:val="24"/>
        </w:rPr>
        <w:t>__________________________________________________________________________________________</w:t>
      </w:r>
    </w:p>
    <w:p>
      <w:pPr>
        <w:jc w:val="both"/>
      </w:pPr>
      <w:r>
        <w:rPr>
          <w:rFonts w:ascii="Times New Roman" w:hAnsi="Times New Roman" w:eastAsia="Times New Roman" w:cs="Times New Roman"/>
          <w:sz w:val="24"/>
        </w:rPr>
        <w:t>_________________________________________________________________ [</w:t>
      </w:r>
      <w:r>
        <w:rPr>
          <w:rFonts w:ascii="Times New Roman" w:hAnsi="Times New Roman" w:eastAsia="Times New Roman" w:cs="Times New Roman"/>
          <w:sz w:val="24"/>
        </w:rPr>
        <w:t>state reasons for eviction</w:t>
      </w:r>
      <w:r>
        <w:rPr>
          <w:rFonts w:ascii="Times New Roman" w:hAnsi="Times New Roman" w:eastAsia="Times New Roman" w:cs="Times New Roman"/>
          <w:sz w:val="24"/>
        </w:rPr>
        <w:t>].</w:t>
      </w:r>
    </w:p>
    <w:p>
      <w:pPr>
        <w:jc w:val="both"/>
      </w:pPr>
    </w:p>
    <w:p>
      <w:pPr/>
      <w:r>
        <w:rPr>
          <w:rFonts w:ascii="Times New Roman" w:hAnsi="Times New Roman" w:eastAsia="Times New Roman" w:cs="Times New Roman"/>
          <w:sz w:val="24"/>
        </w:rPr>
        <w:tab/>
        <w:t>Your compliance with this notice within [_______] days after its service will prevent any further eviction action against you.</w:t>
      </w:r>
    </w:p>
    <w:p>
      <w:pPr/>
    </w:p>
    <w:p>
      <w:pPr/>
    </w:p>
    <w:p>
      <w:pPr/>
      <w:r>
        <w:rPr>
          <w:rFonts w:ascii="Times New Roman" w:hAnsi="Times New Roman" w:eastAsia="Times New Roman" w:cs="Times New Roman"/>
          <w:sz w:val="24"/>
        </w:rPr>
        <w:t>YOU ARE BEING ASKED TO LEAVE THE PREMISES.  IF YOU DO NOT LEAVE, AN EVICTION ACTION MAY BE INITIATED AGAINST YOU.  IF YOU ARE IN DOUBT REGARDING YOUR LEGAL RIGHTS AND OBLIGATIONS AS A TENANT, IT IS RECOMMENDED THAT YOU SEEK LEGAL ASSISTANCE.</w:t>
      </w:r>
    </w:p>
    <w:p>
      <w:pPr>
        <w:jc w:val="both"/>
      </w:pPr>
    </w:p>
    <w:p>
      <w:pPr>
        <w:jc w:val="both"/>
      </w:pPr>
      <w:r>
        <w:rPr>
          <w:rFonts w:ascii="Times New Roman" w:hAnsi="Times New Roman" w:eastAsia="Times New Roman" w:cs="Times New Roman"/>
          <w:sz w:val="24"/>
        </w:rPr>
        <w:tab/>
        <w:tab/>
        <w:tab/>
        <w:tab/>
        <w:tab/>
        <w:tab/>
        <w:tab/>
        <w:t>Yours respectfully,</w:t>
      </w:r>
    </w:p>
    <w:p>
      <w:pPr>
        <w:jc w:val="both"/>
      </w:pPr>
    </w:p>
    <w:p>
      <w:pPr>
        <w:jc w:val="both"/>
      </w:pP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____________________________________________</w:t>
      </w:r>
    </w:p>
    <w:p>
      <w:pPr>
        <w:jc w:val="both"/>
      </w:pPr>
      <w:r>
        <w:rPr>
          <w:rFonts w:ascii="Times New Roman" w:hAnsi="Times New Roman" w:eastAsia="Times New Roman" w:cs="Times New Roman"/>
          <w:sz w:val="24"/>
        </w:rPr>
        <w:tab/>
        <w:tab/>
        <w:tab/>
        <w:tab/>
        <w:tab/>
        <w:tab/>
        <w:tab/>
        <w:t>Landlord’s Signature</w:t>
        <w:tab/>
        <w:tab/>
        <w:tab/>
        <w:tab/>
        <w:tab/>
        <w:tab/>
        <w:tab/>
        <w:tab/>
        <w:tab/>
        <w:tab/>
        <w:tab/>
        <w:t>____________________________________________</w:t>
      </w:r>
    </w:p>
    <w:p>
      <w:pPr>
        <w:jc w:val="both"/>
      </w:pPr>
      <w:r>
        <w:rPr>
          <w:rFonts w:ascii="Times New Roman" w:hAnsi="Times New Roman" w:eastAsia="Times New Roman" w:cs="Times New Roman"/>
          <w:sz w:val="24"/>
        </w:rPr>
        <w:tab/>
        <w:tab/>
        <w:tab/>
        <w:tab/>
        <w:tab/>
        <w:tab/>
        <w:tab/>
        <w:t>Landlord’s Printed Name</w:t>
      </w:r>
    </w:p>
    <w:p>
      <w:pPr>
        <w:jc w:val="both"/>
      </w:pPr>
      <w:r>
        <w:rPr>
          <w:rFonts w:ascii="Times New Roman" w:hAnsi="Times New Roman" w:eastAsia="Times New Roman" w:cs="Times New Roman"/>
          <w:sz w:val="24"/>
        </w:rPr>
        <w:tab/>
        <w:tab/>
        <w:tab/>
        <w:tab/>
        <w:tab/>
        <w:tab/>
        <w:tab/>
        <w:t>____________________________________________</w:t>
      </w:r>
    </w:p>
    <w:p>
      <w:pPr>
        <w:jc w:val="both"/>
      </w:pPr>
      <w:r>
        <w:rPr>
          <w:rFonts w:ascii="Times New Roman" w:hAnsi="Times New Roman" w:eastAsia="Times New Roman" w:cs="Times New Roman"/>
          <w:sz w:val="24"/>
        </w:rPr>
        <w:tab/>
        <w:tab/>
        <w:tab/>
        <w:tab/>
        <w:tab/>
        <w:tab/>
        <w:tab/>
        <w:t>Address and phone</w:t>
      </w:r>
    </w:p>
    <w:p>
      <w:pPr>
        <w:jc w:val="both"/>
      </w:pPr>
    </w:p>
    <w:p>
      <w:pPr>
        <w:jc w:val="both"/>
      </w:pPr>
      <w:r>
        <w:rPr>
          <w:rFonts w:ascii="Times New Roman" w:hAnsi="Times New Roman" w:eastAsia="Times New Roman" w:cs="Times New Roman"/>
          <w:sz w:val="24"/>
        </w:rPr>
        <w:tab/>
        <w:tab/>
        <w:tab/>
        <w:tab/>
        <w:tab/>
        <w:tab/>
        <w:tab/>
        <w:t>Dated this ______ day of _______________, 20 ___</w:t>
      </w:r>
    </w:p>
    <w:p>
      <w:pPr>
        <w:jc w:val="both"/>
      </w:pPr>
    </w:p>
    <w:p>
      <w:pPr>
        <w:jc w:val="both"/>
      </w:pPr>
    </w:p>
    <w:p>
      <w:pPr>
        <w:jc w:val="both"/>
      </w:pPr>
      <w:r>
        <w:rPr>
          <w:rFonts w:ascii="Times New Roman" w:hAnsi="Times New Roman" w:eastAsia="Times New Roman" w:cs="Times New Roman"/>
          <w:b/>
          <w:sz w:val="24"/>
        </w:rPr>
        <w:t>NOTE</w:t>
      </w:r>
      <w:r>
        <w:rPr>
          <w:rFonts w:ascii="Times New Roman" w:hAnsi="Times New Roman" w:eastAsia="Times New Roman" w:cs="Times New Roman"/>
          <w:sz w:val="24"/>
        </w:rPr>
        <w:t>:  To calculate the time when the eviction complaint can be filed with the court, do not count the day the three (3) day notice is served to the tenant(s).  [</w:t>
      </w:r>
      <w:r>
        <w:rPr>
          <w:rFonts w:ascii="Times New Roman" w:hAnsi="Times New Roman" w:eastAsia="Times New Roman" w:cs="Times New Roman"/>
          <w:b/>
          <w:sz w:val="24"/>
        </w:rPr>
        <w:t>EXAMPLE</w:t>
      </w:r>
      <w:r>
        <w:rPr>
          <w:rFonts w:ascii="Times New Roman" w:hAnsi="Times New Roman" w:eastAsia="Times New Roman" w:cs="Times New Roman"/>
          <w:sz w:val="24"/>
        </w:rPr>
        <w:t xml:space="preserve">:  If the three (3) day notice is served on a Thursday you begin the count on Friday.  Therefore, the eviction complaint can be filed with the Court on the following Monday.]  </w:t>
      </w:r>
      <w:r>
        <w:rPr>
          <w:rFonts w:ascii="Times New Roman" w:hAnsi="Times New Roman" w:eastAsia="Times New Roman" w:cs="Times New Roman"/>
          <w:b/>
          <w:sz w:val="24"/>
        </w:rPr>
        <w:t xml:space="preserve">IF YOU ARE UNSURE OF THE PROCEDURE YOU SHOULD SEEK LEGAL ADVICE, </w:t>
      </w:r>
      <w:r>
        <w:rPr>
          <w:rFonts w:ascii="Times New Roman" w:hAnsi="Times New Roman" w:eastAsia="Times New Roman" w:cs="Times New Roman"/>
          <w:b/>
          <w:sz w:val="24"/>
        </w:rPr>
        <w:t>THE COURT CANNOT GIVE YOU LEGAL GUIDANCE</w:t>
      </w:r>
      <w:r>
        <w:rPr>
          <w:rFonts w:ascii="Times New Roman" w:hAnsi="Times New Roman" w:eastAsia="Times New Roman" w:cs="Times New Roman"/>
          <w:b/>
          <w:sz w:val="24"/>
        </w:rPr>
        <w:t>.</w:t>
      </w:r>
    </w:p>
    <w:p>
      <w:pPr>
        <w:jc w:val="both"/>
      </w:pPr>
    </w:p>
    <w:p>
      <w:pPr>
        <w:jc w:val="both"/>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