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9" w:after="0"/>
      </w:pPr>
      <w:r>
        <w:rPr>
          <w:rFonts w:ascii="Times New Roman" w:hAnsi="Times New Roman" w:eastAsia="Times New Roman" w:cs="Times New Roman"/>
          <w:sz w:val="24"/>
        </w:rPr>
        <w:t>OHIO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3-DAY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NOTICE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RENT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Pursuant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Ohio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Revised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1923.04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(NON-PAYMENT)</w:t>
      </w:r>
    </w:p>
    <w:p>
      <w:pPr/>
    </w:p>
    <w:p>
      <w:pPr/>
    </w:p>
    <w:p>
      <w:pPr>
        <w:spacing w:before="200" w:after="0"/>
        <w:jc w:val="center"/>
      </w:pPr>
      <w:r>
        <w:rPr>
          <w:rFonts w:ascii="Times New Roman" w:hAnsi="Times New Roman" w:eastAsia="Times New Roman" w:cs="Times New Roman"/>
          <w:sz w:val="24"/>
        </w:rPr>
        <w:t>TO: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Tenant;</w:t>
        <w:tab/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, Tenant</w:t>
      </w:r>
    </w:p>
    <w:p>
      <w:pPr>
        <w:spacing w:before="10" w:after="0"/>
      </w:pPr>
    </w:p>
    <w:p>
      <w:pPr>
        <w:spacing w:before="59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 Tenant,</w:t>
        <w:tab/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 other occupants</w:t>
      </w:r>
    </w:p>
    <w:p>
      <w:pPr>
        <w:spacing w:before="4" w:after="0"/>
      </w:pPr>
    </w:p>
    <w:p>
      <w:pPr>
        <w:spacing w:before="59" w:after="0"/>
      </w:pP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purpose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letter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demand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vacate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(LEAVE)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premises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possession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located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Township,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County,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Ohio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THIRD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DAY AFTER THE SERVICE OF THIS NOTICE.</w:t>
      </w:r>
      <w:r>
        <w:rPr>
          <w:rFonts w:ascii="Times New Roman" w:hAnsi="Times New Roman" w:eastAsia="Times New Roman" w:cs="Times New Roman"/>
          <w:sz w:val="24"/>
        </w:rPr>
        <w:t xml:space="preserve">   Premises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means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structure,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 living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renting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rental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agreement.</w:t>
      </w:r>
    </w:p>
    <w:p>
      <w:pPr>
        <w:spacing w:before="6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This demand is based upon the reason(s) checked below:</w:t>
      </w:r>
    </w:p>
    <w:p>
      <w:pPr>
        <w:spacing w:before="10" w:after="0"/>
      </w:pPr>
    </w:p>
    <w:p>
      <w:pPr>
        <w:spacing w:before="57" w:after="0" w:line="292" w:lineRule="exact"/>
      </w:pPr>
      <w:r>
        <w:rPr>
          <w:rFonts w:ascii="Times New Roman" w:hAnsi="Times New Roman" w:eastAsia="Times New Roman" w:cs="Times New Roman"/>
          <w:sz w:val="24"/>
        </w:rPr>
        <w:t>Failure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obligations:</w:t>
        <w:tab/>
        <w:t>$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 rent</w:t>
      </w:r>
    </w:p>
    <w:p>
      <w:pPr>
        <w:spacing w:line="262" w:lineRule="exact"/>
      </w:pPr>
      <w:r>
        <w:rPr>
          <w:rFonts w:ascii="Times New Roman" w:hAnsi="Times New Roman" w:eastAsia="Times New Roman" w:cs="Times New Roman"/>
          <w:sz w:val="24"/>
        </w:rPr>
        <w:t>$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 rent</w:t>
      </w:r>
    </w:p>
    <w:p>
      <w:pPr/>
      <w:r>
        <w:rPr>
          <w:rFonts w:ascii="Times New Roman" w:hAnsi="Times New Roman" w:eastAsia="Times New Roman" w:cs="Times New Roman"/>
          <w:sz w:val="24"/>
        </w:rPr>
        <w:t>$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 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1" w:after="0"/>
      </w:pPr>
    </w:p>
    <w:p>
      <w:pPr/>
    </w:p>
    <w:p>
      <w:pPr>
        <w:spacing w:before="87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 20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59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 Landlord</w:t>
      </w:r>
    </w:p>
    <w:p>
      <w:pPr/>
    </w:p>
    <w:p>
      <w:pPr>
        <w:spacing w:before="5" w:after="0"/>
      </w:pPr>
    </w:p>
    <w:p>
      <w:pPr>
        <w:spacing w:before="59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</w:t>
      </w:r>
    </w:p>
    <w:p>
      <w:pPr>
        <w:spacing w:before="10" w:after="0"/>
      </w:pPr>
    </w:p>
    <w:p>
      <w:pPr>
        <w:spacing w:before="59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 Phone</w:t>
      </w:r>
    </w:p>
    <w:p>
      <w:pPr/>
    </w:p>
    <w:p>
      <w:pPr/>
    </w:p>
    <w:p>
      <w:pPr>
        <w:spacing w:before="1" w:after="0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