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OHIO THIRTY DAY NOTICE TO QUIT (HEALTH &amp; SAFETY HAZARD)</w:t>
      </w:r>
    </w:p>
    <w:p>
      <w:pPr/>
    </w:p>
    <w:p>
      <w:pPr/>
      <w:r>
        <w:rPr>
          <w:rFonts w:ascii="Times New Roman" w:hAnsi="Times New Roman" w:eastAsia="Times New Roman" w:cs="Times New Roman"/>
          <w:sz w:val="24"/>
        </w:rPr>
        <w:t>In Accordance with §§ 5321.11</w:t>
      </w:r>
    </w:p>
    <w:p>
      <w:pPr>
        <w:jc w:val="center"/>
      </w:pPr>
    </w:p>
    <w:p>
      <w:pPr>
        <w:jc w:val="center"/>
      </w:pPr>
    </w:p>
    <w:p>
      <w:pPr>
        <w:jc w:val="both"/>
      </w:pPr>
      <w:r>
        <w:rPr>
          <w:rFonts w:ascii="Times New Roman" w:hAnsi="Times New Roman" w:eastAsia="Times New Roman" w:cs="Times New Roman"/>
          <w:sz w:val="24"/>
        </w:rPr>
        <w:t>To:  ______________________________________________________________________________________</w:t>
      </w:r>
    </w:p>
    <w:p>
      <w:pPr>
        <w:ind w:firstLine="720"/>
        <w:jc w:val="both"/>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list each tenant who will be affected by this notice</w:t>
      </w:r>
      <w:r>
        <w:rPr>
          <w:rFonts w:ascii="Times New Roman" w:hAnsi="Times New Roman" w:eastAsia="Times New Roman" w:cs="Times New Roman"/>
          <w:sz w:val="24"/>
        </w:rPr>
        <w:t>]</w:t>
      </w:r>
    </w:p>
    <w:p>
      <w:pPr>
        <w:jc w:val="both"/>
      </w:pPr>
    </w:p>
    <w:p>
      <w:pPr>
        <w:jc w:val="both"/>
      </w:pPr>
      <w:r>
        <w:rPr>
          <w:rFonts w:ascii="Times New Roman" w:hAnsi="Times New Roman" w:eastAsia="Times New Roman" w:cs="Times New Roman"/>
          <w:sz w:val="24"/>
        </w:rPr>
        <w:tab/>
        <w:t>The purpose of this letter is to ask you to LEAVE the premises now in your possession, situated in _________________________ [</w:t>
      </w:r>
      <w:r>
        <w:rPr>
          <w:rFonts w:ascii="Times New Roman" w:hAnsi="Times New Roman" w:eastAsia="Times New Roman" w:cs="Times New Roman"/>
          <w:sz w:val="24"/>
        </w:rPr>
        <w:t>city</w:t>
      </w:r>
      <w:r>
        <w:rPr>
          <w:rFonts w:ascii="Times New Roman" w:hAnsi="Times New Roman" w:eastAsia="Times New Roman" w:cs="Times New Roman"/>
          <w:sz w:val="24"/>
        </w:rPr>
        <w:t>], ______________________ [</w:t>
      </w:r>
      <w:r>
        <w:rPr>
          <w:rFonts w:ascii="Times New Roman" w:hAnsi="Times New Roman" w:eastAsia="Times New Roman" w:cs="Times New Roman"/>
          <w:sz w:val="24"/>
        </w:rPr>
        <w:t>county</w:t>
      </w:r>
      <w:r>
        <w:rPr>
          <w:rFonts w:ascii="Times New Roman" w:hAnsi="Times New Roman" w:eastAsia="Times New Roman" w:cs="Times New Roman"/>
          <w:sz w:val="24"/>
        </w:rPr>
        <w:t>], Ohio and known as __________________________________________________________________________________________</w:t>
      </w:r>
    </w:p>
    <w:p>
      <w:pPr>
        <w:jc w:val="both"/>
      </w:pPr>
      <w:r>
        <w:rPr>
          <w:rFonts w:ascii="Times New Roman" w:hAnsi="Times New Roman" w:eastAsia="Times New Roman" w:cs="Times New Roman"/>
          <w:sz w:val="24"/>
        </w:rPr>
        <w:t xml:space="preserve">[full address and suite number of rental premises] </w:t>
      </w:r>
    </w:p>
    <w:p>
      <w:pPr/>
      <w:r>
        <w:rPr>
          <w:rFonts w:ascii="Times New Roman" w:hAnsi="Times New Roman" w:eastAsia="Times New Roman" w:cs="Times New Roman"/>
          <w:sz w:val="24"/>
        </w:rPr>
        <w:t>together with the lot of land on which these premises are located.  You are being asked to leave for the following reason:  _________________________________________________________________________</w:t>
      </w:r>
    </w:p>
    <w:p>
      <w:pPr>
        <w:jc w:val="both"/>
      </w:pPr>
      <w:r>
        <w:rPr>
          <w:rFonts w:ascii="Times New Roman" w:hAnsi="Times New Roman" w:eastAsia="Times New Roman" w:cs="Times New Roman"/>
          <w:sz w:val="24"/>
        </w:rPr>
        <w:t>__________________________________________________________________________________________</w:t>
      </w:r>
    </w:p>
    <w:p>
      <w:pPr>
        <w:jc w:val="both"/>
      </w:pPr>
      <w:r>
        <w:rPr>
          <w:rFonts w:ascii="Times New Roman" w:hAnsi="Times New Roman" w:eastAsia="Times New Roman" w:cs="Times New Roman"/>
          <w:sz w:val="24"/>
        </w:rPr>
        <w:t>_________________________________________________________________ [</w:t>
      </w:r>
      <w:r>
        <w:rPr>
          <w:rFonts w:ascii="Times New Roman" w:hAnsi="Times New Roman" w:eastAsia="Times New Roman" w:cs="Times New Roman"/>
          <w:sz w:val="24"/>
        </w:rPr>
        <w:t>state reasons for eviction</w:t>
      </w:r>
      <w:r>
        <w:rPr>
          <w:rFonts w:ascii="Times New Roman" w:hAnsi="Times New Roman" w:eastAsia="Times New Roman" w:cs="Times New Roman"/>
          <w:sz w:val="24"/>
        </w:rPr>
        <w:t xml:space="preserve">]. The tenant has the right to remedy the violation within the allotted amount of time provided by the landlord (minimum 30 days). If the tenant has remediated the violation the tenant’s lease shall remain in effect. </w:t>
      </w:r>
    </w:p>
    <w:p>
      <w:pPr>
        <w:jc w:val="both"/>
      </w:pPr>
    </w:p>
    <w:p>
      <w:pPr/>
      <w:r>
        <w:rPr>
          <w:rFonts w:ascii="Times New Roman" w:hAnsi="Times New Roman" w:eastAsia="Times New Roman" w:cs="Times New Roman"/>
          <w:sz w:val="24"/>
        </w:rPr>
        <w:tab/>
        <w:t>Your compliance with this notice within [_______] days after its service will prevent any further eviction action against you.</w:t>
      </w:r>
    </w:p>
    <w:p>
      <w:pPr/>
    </w:p>
    <w:p>
      <w:pPr/>
    </w:p>
    <w:p>
      <w:pPr/>
      <w:r>
        <w:rPr>
          <w:rFonts w:ascii="Times New Roman" w:hAnsi="Times New Roman" w:eastAsia="Times New Roman" w:cs="Times New Roman"/>
          <w:sz w:val="24"/>
        </w:rPr>
        <w:t>YOU ARE BEING ASKED TO LEAVE THE PREMISES IF THE VIOLATION IS NOT CURED.  IF YOU DO NOT LEAVE OR CURE THE VIOLATION, AN EVICTION ACTION MAY BE INITIATED AGAINST YOU.  IF YOU ARE IN DOUBT REGARDING YOUR LEGAL RIGHTS AND OBLIGATIONS AS A TENANT, IT IS RECOMMENDED THAT YOU SEEK LEGAL ASSISTANCE.</w:t>
      </w:r>
    </w:p>
    <w:p>
      <w:pPr>
        <w:jc w:val="both"/>
      </w:pPr>
    </w:p>
    <w:p>
      <w:pPr>
        <w:jc w:val="both"/>
      </w:pPr>
      <w:r>
        <w:rPr>
          <w:rFonts w:ascii="Times New Roman" w:hAnsi="Times New Roman" w:eastAsia="Times New Roman" w:cs="Times New Roman"/>
          <w:sz w:val="24"/>
        </w:rPr>
        <w:tab/>
        <w:tab/>
        <w:tab/>
        <w:tab/>
        <w:tab/>
        <w:tab/>
        <w:tab/>
        <w:t>Yours respectfully,</w:t>
      </w:r>
    </w:p>
    <w:p>
      <w:pPr>
        <w:jc w:val="both"/>
      </w:pPr>
    </w:p>
    <w:p>
      <w:pPr>
        <w:jc w:val="both"/>
      </w:pPr>
      <w:r>
        <w:rPr>
          <w:rFonts w:ascii="Times New Roman" w:hAnsi="Times New Roman" w:eastAsia="Times New Roman" w:cs="Times New Roman"/>
          <w:sz w:val="24"/>
        </w:rPr>
        <w:tab/>
        <w:tab/>
        <w:tab/>
        <w:tab/>
        <w:tab/>
        <w:tab/>
        <w:tab/>
      </w:r>
      <w:r>
        <w:rPr>
          <w:rFonts w:ascii="Times New Roman" w:hAnsi="Times New Roman" w:eastAsia="Times New Roman" w:cs="Times New Roman"/>
          <w:sz w:val="24"/>
        </w:rPr>
        <w:t>____________________________________________</w:t>
      </w:r>
    </w:p>
    <w:p>
      <w:pPr>
        <w:jc w:val="both"/>
      </w:pPr>
      <w:r>
        <w:rPr>
          <w:rFonts w:ascii="Times New Roman" w:hAnsi="Times New Roman" w:eastAsia="Times New Roman" w:cs="Times New Roman"/>
          <w:sz w:val="24"/>
        </w:rPr>
        <w:tab/>
        <w:tab/>
        <w:tab/>
        <w:tab/>
        <w:tab/>
        <w:tab/>
        <w:tab/>
        <w:t>Landlord’s Signature</w:t>
        <w:tab/>
        <w:tab/>
        <w:tab/>
        <w:tab/>
        <w:tab/>
        <w:tab/>
        <w:tab/>
        <w:tab/>
        <w:tab/>
        <w:tab/>
        <w:tab/>
        <w:t>____________________________________________</w:t>
      </w:r>
    </w:p>
    <w:p>
      <w:pPr>
        <w:jc w:val="both"/>
      </w:pPr>
      <w:r>
        <w:rPr>
          <w:rFonts w:ascii="Times New Roman" w:hAnsi="Times New Roman" w:eastAsia="Times New Roman" w:cs="Times New Roman"/>
          <w:sz w:val="24"/>
        </w:rPr>
        <w:tab/>
        <w:tab/>
        <w:tab/>
        <w:tab/>
        <w:tab/>
        <w:tab/>
        <w:tab/>
        <w:t>Landlord’s Printed Name</w:t>
      </w:r>
    </w:p>
    <w:p>
      <w:pPr>
        <w:jc w:val="both"/>
      </w:pPr>
      <w:r>
        <w:rPr>
          <w:rFonts w:ascii="Times New Roman" w:hAnsi="Times New Roman" w:eastAsia="Times New Roman" w:cs="Times New Roman"/>
          <w:sz w:val="24"/>
        </w:rPr>
        <w:tab/>
        <w:tab/>
        <w:tab/>
        <w:tab/>
        <w:tab/>
        <w:tab/>
        <w:tab/>
        <w:t>____________________________________________</w:t>
      </w:r>
    </w:p>
    <w:p>
      <w:pPr>
        <w:jc w:val="both"/>
      </w:pPr>
      <w:r>
        <w:rPr>
          <w:rFonts w:ascii="Times New Roman" w:hAnsi="Times New Roman" w:eastAsia="Times New Roman" w:cs="Times New Roman"/>
          <w:sz w:val="24"/>
        </w:rPr>
        <w:tab/>
        <w:tab/>
        <w:tab/>
        <w:tab/>
        <w:tab/>
        <w:tab/>
        <w:tab/>
        <w:t>Address and phone</w:t>
      </w:r>
    </w:p>
    <w:p>
      <w:pPr>
        <w:jc w:val="both"/>
      </w:pPr>
    </w:p>
    <w:p>
      <w:pPr>
        <w:jc w:val="both"/>
      </w:pPr>
      <w:r>
        <w:rPr>
          <w:rFonts w:ascii="Times New Roman" w:hAnsi="Times New Roman" w:eastAsia="Times New Roman" w:cs="Times New Roman"/>
          <w:sz w:val="24"/>
        </w:rPr>
        <w:tab/>
        <w:tab/>
        <w:tab/>
        <w:tab/>
        <w:tab/>
        <w:tab/>
        <w:tab/>
        <w:t>Dated this ______ day of _______________, 20 ___</w:t>
      </w:r>
    </w:p>
    <w:p>
      <w:pPr>
        <w:jc w:val="both"/>
      </w:pPr>
    </w:p>
    <w:p>
      <w:pPr>
        <w:jc w:val="both"/>
      </w:pPr>
    </w:p>
    <w:p>
      <w:pPr>
        <w:jc w:val="both"/>
      </w:pPr>
    </w:p>
    <w:p>
      <w:pPr>
        <w:jc w:val="both"/>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