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0" w:after="0"/>
        <w:jc w:val="center"/>
      </w:pPr>
      <w:r>
        <w:rPr>
          <w:rFonts w:ascii="Times New Roman" w:hAnsi="Times New Roman" w:eastAsia="Times New Roman" w:cs="Times New Roman"/>
          <w:sz w:val="24"/>
        </w:rPr>
        <w:t>State of</w:t>
      </w:r>
      <w:r>
        <w:rPr>
          <w:rFonts w:ascii="Times New Roman" w:hAnsi="Times New Roman" w:eastAsia="Times New Roman" w:cs="Times New Roman"/>
          <w:sz w:val="24"/>
        </w:rPr>
        <w:t xml:space="preserve"> </w:t>
      </w:r>
      <w:r>
        <w:rPr>
          <w:rFonts w:ascii="Times New Roman" w:hAnsi="Times New Roman" w:eastAsia="Times New Roman" w:cs="Times New Roman"/>
          <w:sz w:val="24"/>
        </w:rPr>
        <w:t>Ohio</w:t>
      </w:r>
    </w:p>
    <w:p>
      <w:pPr>
        <w:spacing w:before="6" w:after="0" w:line="240" w:lineRule="auto"/>
        <w:jc w:val="center"/>
      </w:pPr>
      <w:r>
        <w:rPr>
          <w:rFonts w:ascii="Times New Roman" w:hAnsi="Times New Roman" w:eastAsia="Times New Roman" w:cs="Times New Roman"/>
          <w:sz w:val="24"/>
        </w:rPr>
        <w:t>Health Care 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 of</w:t>
      </w:r>
    </w:p>
    <w:p>
      <w:pPr/>
    </w:p>
    <w:p>
      <w:pPr>
        <w:jc w:val="center"/>
      </w:pPr>
      <w:r>
        <w:rPr>
          <w:rFonts w:ascii="Times New Roman" w:hAnsi="Times New Roman" w:eastAsia="Times New Roman" w:cs="Times New Roman"/>
          <w:sz w:val="24"/>
        </w:rPr>
        <w:t>[NAME]</w:t>
      </w:r>
    </w:p>
    <w:p>
      <w:pPr>
        <w:spacing w:line="20" w:lineRule="exact"/>
      </w:pPr>
    </w:p>
    <w:p>
      <w:pPr>
        <w:spacing w:before="35" w:after="0"/>
        <w:jc w:val="center"/>
      </w:pPr>
      <w:r>
        <w:rPr>
          <w:rFonts w:ascii="Times New Roman" w:hAnsi="Times New Roman" w:eastAsia="Times New Roman" w:cs="Times New Roman"/>
          <w:sz w:val="24"/>
        </w:rPr>
        <w:t>(Print Full Name)</w:t>
      </w:r>
    </w:p>
    <w:p>
      <w:pPr>
        <w:spacing w:before="6" w:after="0"/>
      </w:pPr>
    </w:p>
    <w:p>
      <w:pPr>
        <w:jc w:val="center"/>
      </w:pPr>
      <w:r>
        <w:rPr>
          <w:rFonts w:ascii="Times New Roman" w:hAnsi="Times New Roman" w:eastAsia="Times New Roman" w:cs="Times New Roman"/>
          <w:sz w:val="24"/>
        </w:rPr>
        <w:t>[DATE]</w:t>
      </w:r>
    </w:p>
    <w:p>
      <w:pPr>
        <w:spacing w:line="20" w:lineRule="exact"/>
      </w:pPr>
    </w:p>
    <w:p>
      <w:pPr>
        <w:spacing w:before="35" w:after="0"/>
        <w:jc w:val="center"/>
      </w:pPr>
      <w:r>
        <w:rPr>
          <w:rFonts w:ascii="Times New Roman" w:hAnsi="Times New Roman" w:eastAsia="Times New Roman" w:cs="Times New Roman"/>
          <w:sz w:val="24"/>
        </w:rPr>
        <w:t>(Birth</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spacing w:before="3" w:after="0"/>
      </w:pPr>
    </w:p>
    <w:p>
      <w:pPr>
        <w:spacing w:line="259" w:lineRule="auto"/>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that this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 revoke any </w:t>
      </w:r>
      <w:r>
        <w:rPr>
          <w:rFonts w:ascii="Times New Roman" w:hAnsi="Times New Roman" w:eastAsia="Times New Roman" w:cs="Times New Roman"/>
          <w:sz w:val="24"/>
        </w:rPr>
        <w:t xml:space="preserve">prior 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of </w:t>
      </w:r>
      <w:r>
        <w:rPr>
          <w:rFonts w:ascii="Times New Roman" w:hAnsi="Times New Roman" w:eastAsia="Times New Roman" w:cs="Times New Roman"/>
          <w:sz w:val="24"/>
        </w:rPr>
        <w:t xml:space="preserve">Attorney signed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understand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nature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purpose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line="259" w:lineRule="auto"/>
      </w:pP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provision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found </w:t>
      </w:r>
      <w:r>
        <w:rPr>
          <w:rFonts w:ascii="Times New Roman" w:hAnsi="Times New Roman" w:eastAsia="Times New Roman" w:cs="Times New Roman"/>
          <w:sz w:val="24"/>
        </w:rPr>
        <w:t xml:space="preserve">to be invalid or </w:t>
      </w:r>
      <w:r>
        <w:rPr>
          <w:rFonts w:ascii="Times New Roman" w:hAnsi="Times New Roman" w:eastAsia="Times New Roman" w:cs="Times New Roman"/>
          <w:sz w:val="24"/>
        </w:rPr>
        <w:t xml:space="preserve">unenforceable, </w:t>
      </w:r>
      <w:r>
        <w:rPr>
          <w:rFonts w:ascii="Times New Roman" w:hAnsi="Times New Roman" w:eastAsia="Times New Roman" w:cs="Times New Roman"/>
          <w:sz w:val="24"/>
        </w:rPr>
        <w:t xml:space="preserve">it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not affect the </w:t>
      </w:r>
      <w:r>
        <w:rPr>
          <w:rFonts w:ascii="Times New Roman" w:hAnsi="Times New Roman" w:eastAsia="Times New Roman" w:cs="Times New Roman"/>
          <w:sz w:val="24"/>
        </w:rPr>
        <w:t xml:space="preserve">rest </w:t>
      </w:r>
      <w:r>
        <w:rPr>
          <w:rFonts w:ascii="Times New Roman" w:hAnsi="Times New Roman" w:eastAsia="Times New Roman" w:cs="Times New Roman"/>
          <w:sz w:val="24"/>
        </w:rPr>
        <w:t xml:space="preserve">of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1" w:after="0"/>
      </w:pPr>
    </w:p>
    <w:p>
      <w:pPr>
        <w:spacing w:line="259" w:lineRule="auto"/>
      </w:pPr>
      <w:r>
        <w:rPr>
          <w:rFonts w:ascii="Times New Roman" w:hAnsi="Times New Roman" w:eastAsia="Times New Roman" w:cs="Times New Roman"/>
          <w:sz w:val="24"/>
        </w:rPr>
        <w:t xml:space="preserve">This Health 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is in </w:t>
      </w:r>
      <w:r>
        <w:rPr>
          <w:rFonts w:ascii="Times New Roman" w:hAnsi="Times New Roman" w:eastAsia="Times New Roman" w:cs="Times New Roman"/>
          <w:sz w:val="24"/>
        </w:rPr>
        <w:t xml:space="preserve">effect </w:t>
      </w:r>
      <w:r>
        <w:rPr>
          <w:rFonts w:ascii="Times New Roman" w:hAnsi="Times New Roman" w:eastAsia="Times New Roman" w:cs="Times New Roman"/>
          <w:sz w:val="24"/>
        </w:rPr>
        <w:t xml:space="preserve">only </w:t>
      </w:r>
      <w:r>
        <w:rPr>
          <w:rFonts w:ascii="Times New Roman" w:hAnsi="Times New Roman" w:eastAsia="Times New Roman" w:cs="Times New Roman"/>
          <w:sz w:val="24"/>
        </w:rPr>
        <w:t xml:space="preserve">when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cannot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myself. </w:t>
      </w:r>
      <w:r>
        <w:rPr>
          <w:rFonts w:ascii="Times New Roman" w:hAnsi="Times New Roman" w:eastAsia="Times New Roman" w:cs="Times New Roman"/>
          <w:sz w:val="24"/>
        </w:rPr>
        <w:t xml:space="preserve">However, </w:t>
      </w:r>
      <w:r>
        <w:rPr>
          <w:rFonts w:ascii="Times New Roman" w:hAnsi="Times New Roman" w:eastAsia="Times New Roman" w:cs="Times New Roman"/>
          <w:sz w:val="24"/>
        </w:rPr>
        <w:t xml:space="preserve">this does not </w:t>
      </w:r>
      <w:r>
        <w:rPr>
          <w:rFonts w:ascii="Times New Roman" w:hAnsi="Times New Roman" w:eastAsia="Times New Roman" w:cs="Times New Roman"/>
          <w:sz w:val="24"/>
        </w:rPr>
        <w:t xml:space="preserve">require </w:t>
      </w:r>
      <w:r>
        <w:rPr>
          <w:rFonts w:ascii="Times New Roman" w:hAnsi="Times New Roman" w:eastAsia="Times New Roman" w:cs="Times New Roman"/>
          <w:sz w:val="24"/>
        </w:rPr>
        <w:t xml:space="preserve">or imply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court </w:t>
      </w:r>
      <w:r>
        <w:rPr>
          <w:rFonts w:ascii="Times New Roman" w:hAnsi="Times New Roman" w:eastAsia="Times New Roman" w:cs="Times New Roman"/>
          <w:sz w:val="24"/>
        </w:rPr>
        <w:t xml:space="preserve">must </w:t>
      </w:r>
      <w:r>
        <w:rPr>
          <w:rFonts w:ascii="Times New Roman" w:hAnsi="Times New Roman" w:eastAsia="Times New Roman" w:cs="Times New Roman"/>
          <w:sz w:val="24"/>
        </w:rPr>
        <w:t xml:space="preserve">declare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incompetent.</w:t>
      </w:r>
    </w:p>
    <w:p>
      <w:pPr>
        <w:spacing w:before="1" w:after="0"/>
      </w:pPr>
    </w:p>
    <w:p>
      <w:pPr>
        <w:spacing w:line="259" w:lineRule="auto"/>
      </w:pPr>
      <w:r>
        <w:rPr>
          <w:rFonts w:ascii="Times New Roman" w:hAnsi="Times New Roman" w:eastAsia="Times New Roman" w:cs="Times New Roman"/>
          <w:b/>
          <w:sz w:val="24"/>
        </w:rPr>
        <w:t xml:space="preserve">Definitions. </w:t>
      </w:r>
      <w:r>
        <w:rPr>
          <w:rFonts w:ascii="Times New Roman" w:hAnsi="Times New Roman" w:eastAsia="Times New Roman" w:cs="Times New Roman"/>
          <w:sz w:val="24"/>
        </w:rPr>
        <w:t xml:space="preserve">Several legal and </w:t>
      </w:r>
      <w:r>
        <w:rPr>
          <w:rFonts w:ascii="Times New Roman" w:hAnsi="Times New Roman" w:eastAsia="Times New Roman" w:cs="Times New Roman"/>
          <w:sz w:val="24"/>
        </w:rPr>
        <w:t xml:space="preserve">medical </w:t>
      </w:r>
      <w:r>
        <w:rPr>
          <w:rFonts w:ascii="Times New Roman" w:hAnsi="Times New Roman" w:eastAsia="Times New Roman" w:cs="Times New Roman"/>
          <w:sz w:val="24"/>
        </w:rPr>
        <w:t xml:space="preserve">terms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used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document.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convenience </w:t>
      </w:r>
      <w:r>
        <w:rPr>
          <w:rFonts w:ascii="Times New Roman" w:hAnsi="Times New Roman" w:eastAsia="Times New Roman" w:cs="Times New Roman"/>
          <w:sz w:val="24"/>
        </w:rPr>
        <w:t xml:space="preserve">they are </w:t>
      </w:r>
      <w:r>
        <w:rPr>
          <w:rFonts w:ascii="Times New Roman" w:hAnsi="Times New Roman" w:eastAsia="Times New Roman" w:cs="Times New Roman"/>
          <w:sz w:val="24"/>
        </w:rPr>
        <w:t>explained</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p>
    <w:p>
      <w:pPr>
        <w:spacing w:before="9" w:after="0"/>
      </w:pPr>
    </w:p>
    <w:p>
      <w:pPr>
        <w:spacing w:line="259" w:lineRule="auto"/>
      </w:pPr>
      <w:r>
        <w:rPr>
          <w:rFonts w:ascii="Times New Roman" w:hAnsi="Times New Roman" w:eastAsia="Times New Roman" w:cs="Times New Roman"/>
          <w:b/>
          <w:sz w:val="24"/>
        </w:rPr>
        <w:t xml:space="preserve">Agent </w:t>
      </w:r>
      <w:r>
        <w:rPr>
          <w:rFonts w:ascii="Times New Roman" w:hAnsi="Times New Roman" w:eastAsia="Times New Roman" w:cs="Times New Roman"/>
          <w:sz w:val="24"/>
        </w:rPr>
        <w:t xml:space="preserve">or </w:t>
      </w:r>
      <w:r>
        <w:rPr>
          <w:rFonts w:ascii="Times New Roman" w:hAnsi="Times New Roman" w:eastAsia="Times New Roman" w:cs="Times New Roman"/>
          <w:b/>
          <w:sz w:val="24"/>
        </w:rPr>
        <w:t xml:space="preserve">attorney-in-fact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adult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Health 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7" w:after="0"/>
      </w:pPr>
    </w:p>
    <w:p>
      <w:pPr>
        <w:spacing w:line="259" w:lineRule="auto"/>
        <w:jc w:val="both"/>
      </w:pPr>
      <w:r>
        <w:rPr>
          <w:rFonts w:ascii="Times New Roman" w:hAnsi="Times New Roman" w:eastAsia="Times New Roman" w:cs="Times New Roman"/>
          <w:b/>
          <w:sz w:val="24"/>
        </w:rPr>
        <w:t xml:space="preserve">Anatomical gift </w:t>
      </w:r>
      <w:r>
        <w:rPr>
          <w:rFonts w:ascii="Times New Roman" w:hAnsi="Times New Roman" w:eastAsia="Times New Roman" w:cs="Times New Roman"/>
          <w:sz w:val="24"/>
        </w:rPr>
        <w:t>means a donation of all or part of a human body to take effect upon</w:t>
      </w:r>
      <w:r>
        <w:rPr>
          <w:rFonts w:ascii="Times New Roman" w:hAnsi="Times New Roman" w:eastAsia="Times New Roman" w:cs="Times New Roman"/>
          <w:sz w:val="24"/>
        </w:rPr>
        <w:t xml:space="preserve"> </w:t>
      </w:r>
      <w:r>
        <w:rPr>
          <w:rFonts w:ascii="Times New Roman" w:hAnsi="Times New Roman" w:eastAsia="Times New Roman" w:cs="Times New Roman"/>
          <w:sz w:val="24"/>
        </w:rPr>
        <w:t>or after death.</w:t>
      </w:r>
    </w:p>
    <w:p>
      <w:pPr>
        <w:spacing w:before="1" w:after="0"/>
      </w:pPr>
    </w:p>
    <w:p>
      <w:pPr>
        <w:spacing w:line="259" w:lineRule="auto"/>
        <w:ind w:hanging="1"/>
        <w:jc w:val="both"/>
      </w:pPr>
      <w:r>
        <w:rPr>
          <w:rFonts w:ascii="Times New Roman" w:hAnsi="Times New Roman" w:eastAsia="Times New Roman" w:cs="Times New Roman"/>
          <w:b/>
          <w:sz w:val="24"/>
        </w:rPr>
        <w:t xml:space="preserve">Artificially </w:t>
      </w:r>
      <w:r>
        <w:rPr>
          <w:rFonts w:ascii="Times New Roman" w:hAnsi="Times New Roman" w:eastAsia="Times New Roman" w:cs="Times New Roman"/>
          <w:b/>
          <w:sz w:val="24"/>
        </w:rPr>
        <w:t xml:space="preserve">or technologically supplied nutrition or hydration </w:t>
      </w:r>
      <w:r>
        <w:rPr>
          <w:rFonts w:ascii="Times New Roman" w:hAnsi="Times New Roman" w:eastAsia="Times New Roman" w:cs="Times New Roman"/>
          <w:sz w:val="24"/>
        </w:rPr>
        <w:t xml:space="preserve">means the providing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food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fluids </w:t>
      </w:r>
      <w:r>
        <w:rPr>
          <w:rFonts w:ascii="Times New Roman" w:hAnsi="Times New Roman" w:eastAsia="Times New Roman" w:cs="Times New Roman"/>
          <w:sz w:val="24"/>
        </w:rPr>
        <w:t xml:space="preserve">through </w:t>
      </w:r>
      <w:r>
        <w:rPr>
          <w:rFonts w:ascii="Times New Roman" w:hAnsi="Times New Roman" w:eastAsia="Times New Roman" w:cs="Times New Roman"/>
          <w:sz w:val="24"/>
        </w:rPr>
        <w:t xml:space="preserve">intravenous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tube </w:t>
      </w:r>
      <w:r>
        <w:rPr>
          <w:rFonts w:ascii="Times New Roman" w:hAnsi="Times New Roman" w:eastAsia="Times New Roman" w:cs="Times New Roman"/>
          <w:sz w:val="24"/>
        </w:rPr>
        <w:t xml:space="preserve"> </w:t>
      </w:r>
      <w:r>
        <w:rPr>
          <w:rFonts w:ascii="Times New Roman" w:hAnsi="Times New Roman" w:eastAsia="Times New Roman" w:cs="Times New Roman"/>
          <w:sz w:val="24"/>
        </w:rPr>
        <w:t>“feedings.”</w:t>
      </w:r>
    </w:p>
    <w:p>
      <w:pPr>
        <w:spacing w:before="7" w:after="0"/>
      </w:pPr>
    </w:p>
    <w:p>
      <w:pPr>
        <w:spacing w:line="259" w:lineRule="auto"/>
        <w:jc w:val="both"/>
      </w:pPr>
      <w:r>
        <w:rPr>
          <w:rFonts w:ascii="Times New Roman" w:hAnsi="Times New Roman" w:eastAsia="Times New Roman" w:cs="Times New Roman"/>
          <w:b/>
          <w:sz w:val="24"/>
        </w:rPr>
        <w:t xml:space="preserve">Cardiopulmonary resuscitation </w:t>
      </w:r>
      <w:r>
        <w:rPr>
          <w:rFonts w:ascii="Times New Roman" w:hAnsi="Times New Roman" w:eastAsia="Times New Roman" w:cs="Times New Roman"/>
          <w:sz w:val="24"/>
        </w:rPr>
        <w:t xml:space="preserve">or </w:t>
      </w:r>
      <w:r>
        <w:rPr>
          <w:rFonts w:ascii="Times New Roman" w:hAnsi="Times New Roman" w:eastAsia="Times New Roman" w:cs="Times New Roman"/>
          <w:b/>
          <w:sz w:val="24"/>
        </w:rPr>
        <w:t xml:space="preserve">CPR </w:t>
      </w:r>
      <w:r>
        <w:rPr>
          <w:rFonts w:ascii="Times New Roman" w:hAnsi="Times New Roman" w:eastAsia="Times New Roman" w:cs="Times New Roman"/>
          <w:sz w:val="24"/>
        </w:rPr>
        <w:t xml:space="preserve">means treatment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try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restart breathing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heartbeat. </w:t>
      </w:r>
      <w:r>
        <w:rPr>
          <w:rFonts w:ascii="Times New Roman" w:hAnsi="Times New Roman" w:eastAsia="Times New Roman" w:cs="Times New Roman"/>
          <w:sz w:val="24"/>
        </w:rPr>
        <w:t xml:space="preserve">CPR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done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breathing </w:t>
      </w:r>
      <w:r>
        <w:rPr>
          <w:rFonts w:ascii="Times New Roman" w:hAnsi="Times New Roman" w:eastAsia="Times New Roman" w:cs="Times New Roman"/>
          <w:sz w:val="24"/>
        </w:rPr>
        <w:t xml:space="preserve">into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mouth, </w:t>
      </w:r>
      <w:r>
        <w:rPr>
          <w:rFonts w:ascii="Times New Roman" w:hAnsi="Times New Roman" w:eastAsia="Times New Roman" w:cs="Times New Roman"/>
          <w:sz w:val="24"/>
        </w:rPr>
        <w:t xml:space="preserve">pushing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chest, </w:t>
      </w:r>
      <w:r>
        <w:rPr>
          <w:rFonts w:ascii="Times New Roman" w:hAnsi="Times New Roman" w:eastAsia="Times New Roman" w:cs="Times New Roman"/>
          <w:sz w:val="24"/>
        </w:rPr>
        <w:t xml:space="preserve">putting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tube </w:t>
      </w:r>
      <w:r>
        <w:rPr>
          <w:rFonts w:ascii="Times New Roman" w:hAnsi="Times New Roman" w:eastAsia="Times New Roman" w:cs="Times New Roman"/>
          <w:sz w:val="24"/>
        </w:rPr>
        <w:t xml:space="preserve">through </w:t>
      </w:r>
      <w:r>
        <w:rPr>
          <w:rFonts w:ascii="Times New Roman" w:hAnsi="Times New Roman" w:eastAsia="Times New Roman" w:cs="Times New Roman"/>
          <w:sz w:val="24"/>
        </w:rPr>
        <w:t xml:space="preserve">the mouth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nose into the </w:t>
      </w:r>
      <w:r>
        <w:rPr>
          <w:rFonts w:ascii="Times New Roman" w:hAnsi="Times New Roman" w:eastAsia="Times New Roman" w:cs="Times New Roman"/>
          <w:sz w:val="24"/>
        </w:rPr>
        <w:t xml:space="preserve">throat, administering </w:t>
      </w:r>
      <w:r>
        <w:rPr>
          <w:rFonts w:ascii="Times New Roman" w:hAnsi="Times New Roman" w:eastAsia="Times New Roman" w:cs="Times New Roman"/>
          <w:sz w:val="24"/>
        </w:rPr>
        <w:t xml:space="preserve">medication, </w:t>
      </w:r>
      <w:r>
        <w:rPr>
          <w:rFonts w:ascii="Times New Roman" w:hAnsi="Times New Roman" w:eastAsia="Times New Roman" w:cs="Times New Roman"/>
          <w:sz w:val="24"/>
        </w:rPr>
        <w:t xml:space="preserve">giving </w:t>
      </w:r>
      <w:r>
        <w:rPr>
          <w:rFonts w:ascii="Times New Roman" w:hAnsi="Times New Roman" w:eastAsia="Times New Roman" w:cs="Times New Roman"/>
          <w:sz w:val="24"/>
        </w:rPr>
        <w:t xml:space="preserve">electric </w:t>
      </w:r>
      <w:r>
        <w:rPr>
          <w:rFonts w:ascii="Times New Roman" w:hAnsi="Times New Roman" w:eastAsia="Times New Roman" w:cs="Times New Roman"/>
          <w:sz w:val="24"/>
        </w:rPr>
        <w:t xml:space="preserve">shock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chest,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means.</w:t>
      </w:r>
    </w:p>
    <w:p>
      <w:pPr/>
    </w:p>
    <w:p>
      <w:pPr>
        <w:spacing w:before="48" w:after="0" w:line="259" w:lineRule="auto"/>
      </w:pPr>
      <w:r>
        <w:rPr>
          <w:rFonts w:ascii="Times New Roman" w:hAnsi="Times New Roman" w:eastAsia="Times New Roman" w:cs="Times New Roman"/>
          <w:b/>
          <w:sz w:val="24"/>
        </w:rPr>
        <w:t xml:space="preserve">Comfort </w:t>
      </w:r>
      <w:r>
        <w:rPr>
          <w:rFonts w:ascii="Times New Roman" w:hAnsi="Times New Roman" w:eastAsia="Times New Roman" w:cs="Times New Roman"/>
          <w:b/>
          <w:sz w:val="24"/>
        </w:rPr>
        <w:t xml:space="preserve">care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measure </w:t>
      </w:r>
      <w:r>
        <w:rPr>
          <w:rFonts w:ascii="Times New Roman" w:hAnsi="Times New Roman" w:eastAsia="Times New Roman" w:cs="Times New Roman"/>
          <w:sz w:val="24"/>
        </w:rPr>
        <w:t xml:space="preserve">taken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diminish </w:t>
      </w:r>
      <w:r>
        <w:rPr>
          <w:rFonts w:ascii="Times New Roman" w:hAnsi="Times New Roman" w:eastAsia="Times New Roman" w:cs="Times New Roman"/>
          <w:sz w:val="24"/>
        </w:rPr>
        <w:t xml:space="preserve">pain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discomfort, </w:t>
      </w:r>
      <w:r>
        <w:rPr>
          <w:rFonts w:ascii="Times New Roman" w:hAnsi="Times New Roman" w:eastAsia="Times New Roman" w:cs="Times New Roman"/>
          <w:sz w:val="24"/>
        </w:rPr>
        <w:t xml:space="preserve">but not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postpone</w:t>
      </w:r>
      <w:r>
        <w:rPr>
          <w:rFonts w:ascii="Times New Roman" w:hAnsi="Times New Roman" w:eastAsia="Times New Roman" w:cs="Times New Roman"/>
          <w:sz w:val="24"/>
        </w:rPr>
        <w:t xml:space="preserve"> </w:t>
      </w:r>
      <w:r>
        <w:rPr>
          <w:rFonts w:ascii="Times New Roman" w:hAnsi="Times New Roman" w:eastAsia="Times New Roman" w:cs="Times New Roman"/>
          <w:sz w:val="24"/>
        </w:rPr>
        <w:t>death.</w:t>
      </w:r>
    </w:p>
    <w:p>
      <w:pPr>
        <w:spacing w:before="1" w:after="0"/>
      </w:pPr>
    </w:p>
    <w:p>
      <w:pPr>
        <w:spacing w:line="259" w:lineRule="auto"/>
      </w:pPr>
      <w:r>
        <w:rPr>
          <w:rFonts w:ascii="Times New Roman" w:hAnsi="Times New Roman" w:eastAsia="Times New Roman" w:cs="Times New Roman"/>
          <w:b/>
          <w:sz w:val="24"/>
        </w:rPr>
        <w:t xml:space="preserve">Donor Registry Enrollment </w:t>
      </w:r>
      <w:r>
        <w:rPr>
          <w:rFonts w:ascii="Times New Roman" w:hAnsi="Times New Roman" w:eastAsia="Times New Roman" w:cs="Times New Roman"/>
          <w:b/>
          <w:sz w:val="24"/>
        </w:rPr>
        <w:t xml:space="preserve">Form </w:t>
      </w:r>
      <w:r>
        <w:rPr>
          <w:rFonts w:ascii="Times New Roman" w:hAnsi="Times New Roman" w:eastAsia="Times New Roman" w:cs="Times New Roman"/>
          <w:sz w:val="24"/>
        </w:rPr>
        <w:t>means a form that has been designed to allow individuals</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specifically</w:t>
      </w:r>
      <w:r>
        <w:rPr>
          <w:rFonts w:ascii="Times New Roman" w:hAnsi="Times New Roman" w:eastAsia="Times New Roman" w:cs="Times New Roman"/>
          <w:sz w:val="24"/>
        </w:rPr>
        <w:t xml:space="preserve"> </w:t>
      </w:r>
      <w:r>
        <w:rPr>
          <w:rFonts w:ascii="Times New Roman" w:hAnsi="Times New Roman" w:eastAsia="Times New Roman" w:cs="Times New Roman"/>
          <w:sz w:val="24"/>
        </w:rPr>
        <w:t>register</w:t>
      </w:r>
      <w:r>
        <w:rPr>
          <w:rFonts w:ascii="Times New Roman" w:hAnsi="Times New Roman" w:eastAsia="Times New Roman" w:cs="Times New Roman"/>
          <w:sz w:val="24"/>
        </w:rPr>
        <w:t xml:space="preserve"> </w:t>
      </w:r>
      <w:r>
        <w:rPr>
          <w:rFonts w:ascii="Times New Roman" w:hAnsi="Times New Roman" w:eastAsia="Times New Roman" w:cs="Times New Roman"/>
          <w:sz w:val="24"/>
        </w:rPr>
        <w:t>their</w:t>
      </w:r>
      <w:r>
        <w:rPr>
          <w:rFonts w:ascii="Times New Roman" w:hAnsi="Times New Roman" w:eastAsia="Times New Roman" w:cs="Times New Roman"/>
          <w:sz w:val="24"/>
        </w:rPr>
        <w:t xml:space="preserve"> </w:t>
      </w:r>
      <w:r>
        <w:rPr>
          <w:rFonts w:ascii="Times New Roman" w:hAnsi="Times New Roman" w:eastAsia="Times New Roman" w:cs="Times New Roman"/>
          <w:sz w:val="24"/>
        </w:rPr>
        <w:t>wishes</w:t>
      </w:r>
      <w:r>
        <w:rPr>
          <w:rFonts w:ascii="Times New Roman" w:hAnsi="Times New Roman" w:eastAsia="Times New Roman" w:cs="Times New Roman"/>
          <w:sz w:val="24"/>
        </w:rPr>
        <w:t xml:space="preserve"> </w:t>
      </w:r>
      <w:r>
        <w:rPr>
          <w:rFonts w:ascii="Times New Roman" w:hAnsi="Times New Roman" w:eastAsia="Times New Roman" w:cs="Times New Roman"/>
          <w:sz w:val="24"/>
        </w:rPr>
        <w:t>regarding</w:t>
      </w:r>
      <w:r>
        <w:rPr>
          <w:rFonts w:ascii="Times New Roman" w:hAnsi="Times New Roman" w:eastAsia="Times New Roman" w:cs="Times New Roman"/>
          <w:sz w:val="24"/>
        </w:rPr>
        <w:t xml:space="preserve"> </w:t>
      </w:r>
      <w:r>
        <w:rPr>
          <w:rFonts w:ascii="Times New Roman" w:hAnsi="Times New Roman" w:eastAsia="Times New Roman" w:cs="Times New Roman"/>
          <w:sz w:val="24"/>
        </w:rPr>
        <w:t>organ,</w:t>
      </w:r>
      <w:r>
        <w:rPr>
          <w:rFonts w:ascii="Times New Roman" w:hAnsi="Times New Roman" w:eastAsia="Times New Roman" w:cs="Times New Roman"/>
          <w:sz w:val="24"/>
        </w:rPr>
        <w:t xml:space="preserve"> </w:t>
      </w:r>
      <w:r>
        <w:rPr>
          <w:rFonts w:ascii="Times New Roman" w:hAnsi="Times New Roman" w:eastAsia="Times New Roman" w:cs="Times New Roman"/>
          <w:sz w:val="24"/>
        </w:rPr>
        <w:t>tissue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eye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donation with the Ohio Bureau of Motor </w:t>
      </w:r>
      <w:r>
        <w:rPr>
          <w:rFonts w:ascii="Times New Roman" w:hAnsi="Times New Roman" w:eastAsia="Times New Roman" w:cs="Times New Roman"/>
          <w:sz w:val="24"/>
        </w:rPr>
        <w:t xml:space="preserve">Vehicles </w:t>
      </w:r>
      <w:r>
        <w:rPr>
          <w:rFonts w:ascii="Times New Roman" w:hAnsi="Times New Roman" w:eastAsia="Times New Roman" w:cs="Times New Roman"/>
          <w:sz w:val="24"/>
        </w:rPr>
        <w:t>Donor</w:t>
      </w:r>
      <w:r>
        <w:rPr>
          <w:rFonts w:ascii="Times New Roman" w:hAnsi="Times New Roman" w:eastAsia="Times New Roman" w:cs="Times New Roman"/>
          <w:sz w:val="24"/>
        </w:rPr>
        <w:t xml:space="preserve"> </w:t>
      </w:r>
      <w:r>
        <w:rPr>
          <w:rFonts w:ascii="Times New Roman" w:hAnsi="Times New Roman" w:eastAsia="Times New Roman" w:cs="Times New Roman"/>
          <w:sz w:val="24"/>
        </w:rPr>
        <w:t>Registry.</w:t>
      </w:r>
    </w:p>
    <w:p>
      <w:pPr>
        <w:spacing w:before="1" w:after="0"/>
      </w:pPr>
    </w:p>
    <w:p>
      <w:pPr>
        <w:spacing w:line="259" w:lineRule="auto"/>
      </w:pPr>
      <w:r>
        <w:rPr>
          <w:rFonts w:ascii="Times New Roman" w:hAnsi="Times New Roman" w:eastAsia="Times New Roman" w:cs="Times New Roman"/>
          <w:b/>
          <w:sz w:val="24"/>
        </w:rPr>
        <w:t xml:space="preserve">Do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 xml:space="preserve">Resuscitate </w:t>
      </w:r>
      <w:r>
        <w:rPr>
          <w:rFonts w:ascii="Times New Roman" w:hAnsi="Times New Roman" w:eastAsia="Times New Roman" w:cs="Times New Roman"/>
          <w:sz w:val="24"/>
        </w:rPr>
        <w:t xml:space="preserve">or </w:t>
      </w:r>
      <w:r>
        <w:rPr>
          <w:rFonts w:ascii="Times New Roman" w:hAnsi="Times New Roman" w:eastAsia="Times New Roman" w:cs="Times New Roman"/>
          <w:b/>
          <w:sz w:val="24"/>
        </w:rPr>
        <w:t xml:space="preserve">DNR Order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medical </w:t>
      </w:r>
      <w:r>
        <w:rPr>
          <w:rFonts w:ascii="Times New Roman" w:hAnsi="Times New Roman" w:eastAsia="Times New Roman" w:cs="Times New Roman"/>
          <w:sz w:val="24"/>
        </w:rPr>
        <w:t xml:space="preserve">order </w:t>
      </w:r>
      <w:r>
        <w:rPr>
          <w:rFonts w:ascii="Times New Roman" w:hAnsi="Times New Roman" w:eastAsia="Times New Roman" w:cs="Times New Roman"/>
          <w:sz w:val="24"/>
        </w:rPr>
        <w:t xml:space="preserve">given </w:t>
      </w:r>
      <w:r>
        <w:rPr>
          <w:rFonts w:ascii="Times New Roman" w:hAnsi="Times New Roman" w:eastAsia="Times New Roman" w:cs="Times New Roman"/>
          <w:sz w:val="24"/>
        </w:rPr>
        <w:t xml:space="preserve">by my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written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medical records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cardiopulmonary resuscitation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CPR   </w:t>
      </w:r>
      <w:r>
        <w:rPr>
          <w:rFonts w:ascii="Times New Roman" w:hAnsi="Times New Roman" w:eastAsia="Times New Roman" w:cs="Times New Roman"/>
          <w:sz w:val="24"/>
        </w:rPr>
        <w:t>is</w:t>
      </w:r>
    </w:p>
    <w:p>
      <w:pP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to be </w:t>
      </w:r>
      <w:r>
        <w:rPr>
          <w:rFonts w:ascii="Times New Roman" w:hAnsi="Times New Roman" w:eastAsia="Times New Roman" w:cs="Times New Roman"/>
          <w:sz w:val="24"/>
        </w:rPr>
        <w:t xml:space="preserve">administered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8" w:after="0"/>
      </w:pPr>
    </w:p>
    <w:p>
      <w:pPr>
        <w:spacing w:line="259" w:lineRule="auto"/>
        <w:jc w:val="both"/>
      </w:pPr>
      <w:r>
        <w:rPr>
          <w:rFonts w:ascii="Times New Roman" w:hAnsi="Times New Roman" w:eastAsia="Times New Roman" w:cs="Times New Roman"/>
          <w:b/>
          <w:sz w:val="24"/>
        </w:rPr>
        <w:t xml:space="preserve">Health </w:t>
      </w:r>
      <w:r>
        <w:rPr>
          <w:rFonts w:ascii="Times New Roman" w:hAnsi="Times New Roman" w:eastAsia="Times New Roman" w:cs="Times New Roman"/>
          <w:b/>
          <w:sz w:val="24"/>
        </w:rPr>
        <w:t xml:space="preserve">care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medical (including dental, nursing, psychological,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surgical) </w:t>
      </w:r>
      <w:r>
        <w:rPr>
          <w:rFonts w:ascii="Times New Roman" w:hAnsi="Times New Roman" w:eastAsia="Times New Roman" w:cs="Times New Roman"/>
          <w:sz w:val="24"/>
        </w:rPr>
        <w:t xml:space="preserve">procedure, treatment, intervention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 xml:space="preserve">measure </w:t>
      </w:r>
      <w:r>
        <w:rPr>
          <w:rFonts w:ascii="Times New Roman" w:hAnsi="Times New Roman" w:eastAsia="Times New Roman" w:cs="Times New Roman"/>
          <w:sz w:val="24"/>
        </w:rPr>
        <w:t xml:space="preserve">used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maintain, </w:t>
      </w:r>
      <w:r>
        <w:rPr>
          <w:rFonts w:ascii="Times New Roman" w:hAnsi="Times New Roman" w:eastAsia="Times New Roman" w:cs="Times New Roman"/>
          <w:sz w:val="24"/>
        </w:rPr>
        <w:t xml:space="preserve">diagnose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treat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physical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mental </w:t>
      </w:r>
      <w:r>
        <w:rPr>
          <w:rFonts w:ascii="Times New Roman" w:hAnsi="Times New Roman" w:eastAsia="Times New Roman" w:cs="Times New Roman"/>
          <w:sz w:val="24"/>
        </w:rPr>
        <w:t xml:space="preserve"> </w:t>
      </w:r>
      <w:r>
        <w:rPr>
          <w:rFonts w:ascii="Times New Roman" w:hAnsi="Times New Roman" w:eastAsia="Times New Roman" w:cs="Times New Roman"/>
          <w:sz w:val="24"/>
        </w:rPr>
        <w:t>condition.</w:t>
      </w:r>
    </w:p>
    <w:p>
      <w:pPr>
        <w:spacing w:before="7" w:after="0"/>
      </w:pPr>
    </w:p>
    <w:p>
      <w:pPr>
        <w:spacing w:line="259" w:lineRule="auto"/>
        <w:jc w:val="both"/>
      </w:pPr>
      <w:r>
        <w:rPr>
          <w:rFonts w:ascii="Times New Roman" w:hAnsi="Times New Roman" w:eastAsia="Times New Roman" w:cs="Times New Roman"/>
          <w:b/>
          <w:sz w:val="24"/>
        </w:rPr>
        <w:t xml:space="preserve">Health </w:t>
      </w:r>
      <w:r>
        <w:rPr>
          <w:rFonts w:ascii="Times New Roman" w:hAnsi="Times New Roman" w:eastAsia="Times New Roman" w:cs="Times New Roman"/>
          <w:b/>
          <w:sz w:val="24"/>
        </w:rPr>
        <w:t xml:space="preserve">Care </w:t>
      </w:r>
      <w:r>
        <w:rPr>
          <w:rFonts w:ascii="Times New Roman" w:hAnsi="Times New Roman" w:eastAsia="Times New Roman" w:cs="Times New Roman"/>
          <w:b/>
          <w:sz w:val="24"/>
        </w:rPr>
        <w:t xml:space="preserve">Power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Attorney </w:t>
      </w:r>
      <w:r>
        <w:rPr>
          <w:rFonts w:ascii="Times New Roman" w:hAnsi="Times New Roman" w:eastAsia="Times New Roman" w:cs="Times New Roman"/>
          <w:sz w:val="24"/>
        </w:rPr>
        <w:t xml:space="preserve">means 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allows </w:t>
      </w:r>
      <w:r>
        <w:rPr>
          <w:rFonts w:ascii="Times New Roman" w:hAnsi="Times New Roman" w:eastAsia="Times New Roman" w:cs="Times New Roman"/>
          <w:sz w:val="24"/>
        </w:rPr>
        <w:t xml:space="preserve">me to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an </w:t>
      </w:r>
      <w:r>
        <w:rPr>
          <w:rFonts w:ascii="Times New Roman" w:hAnsi="Times New Roman" w:eastAsia="Times New Roman" w:cs="Times New Roman"/>
          <w:sz w:val="24"/>
        </w:rPr>
        <w:t xml:space="preserve">adult person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act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me if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become </w:t>
      </w:r>
      <w:r>
        <w:rPr>
          <w:rFonts w:ascii="Times New Roman" w:hAnsi="Times New Roman" w:eastAsia="Times New Roman" w:cs="Times New Roman"/>
          <w:sz w:val="24"/>
        </w:rPr>
        <w:t xml:space="preserve">unable </w:t>
      </w:r>
      <w:r>
        <w:rPr>
          <w:rFonts w:ascii="Times New Roman" w:hAnsi="Times New Roman" w:eastAsia="Times New Roman" w:cs="Times New Roman"/>
          <w:sz w:val="24"/>
        </w:rPr>
        <w:t>to do</w:t>
      </w:r>
      <w:r>
        <w:rPr>
          <w:rFonts w:ascii="Times New Roman" w:hAnsi="Times New Roman" w:eastAsia="Times New Roman" w:cs="Times New Roman"/>
          <w:sz w:val="24"/>
        </w:rPr>
        <w:t xml:space="preserve"> </w:t>
      </w:r>
      <w:r>
        <w:rPr>
          <w:rFonts w:ascii="Times New Roman" w:hAnsi="Times New Roman" w:eastAsia="Times New Roman" w:cs="Times New Roman"/>
          <w:sz w:val="24"/>
        </w:rPr>
        <w:t>so.</w:t>
      </w:r>
    </w:p>
    <w:p>
      <w:pPr>
        <w:spacing w:before="7" w:after="0"/>
      </w:pPr>
    </w:p>
    <w:p>
      <w:pPr/>
      <w:r>
        <w:rPr>
          <w:rFonts w:ascii="Times New Roman" w:hAnsi="Times New Roman" w:eastAsia="Times New Roman" w:cs="Times New Roman"/>
          <w:b/>
          <w:sz w:val="24"/>
        </w:rPr>
        <w:t xml:space="preserve">Life-sustaining </w:t>
      </w:r>
      <w:r>
        <w:rPr>
          <w:rFonts w:ascii="Times New Roman" w:hAnsi="Times New Roman" w:eastAsia="Times New Roman" w:cs="Times New Roman"/>
          <w:b/>
          <w:sz w:val="24"/>
        </w:rPr>
        <w:t xml:space="preserve">treatment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including </w:t>
      </w:r>
      <w:r>
        <w:rPr>
          <w:rFonts w:ascii="Times New Roman" w:hAnsi="Times New Roman" w:eastAsia="Times New Roman" w:cs="Times New Roman"/>
          <w:sz w:val="24"/>
        </w:rPr>
        <w:t xml:space="preserve">artificially </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p>
    <w:p>
      <w:pPr>
        <w:spacing w:before="24" w:after="0" w:line="259" w:lineRule="auto"/>
      </w:pPr>
      <w:r>
        <w:rPr>
          <w:rFonts w:ascii="Times New Roman" w:hAnsi="Times New Roman" w:eastAsia="Times New Roman" w:cs="Times New Roman"/>
          <w:sz w:val="24"/>
        </w:rPr>
        <w:t xml:space="preserve">technologically </w:t>
      </w:r>
      <w:r>
        <w:rPr>
          <w:rFonts w:ascii="Times New Roman" w:hAnsi="Times New Roman" w:eastAsia="Times New Roman" w:cs="Times New Roman"/>
          <w:sz w:val="24"/>
        </w:rPr>
        <w:t xml:space="preserve">supplied nutrition </w:t>
      </w:r>
      <w:r>
        <w:rPr>
          <w:rFonts w:ascii="Times New Roman" w:hAnsi="Times New Roman" w:eastAsia="Times New Roman" w:cs="Times New Roman"/>
          <w:sz w:val="24"/>
        </w:rPr>
        <w:t xml:space="preserve">and hydration, that will </w:t>
      </w:r>
      <w:r>
        <w:rPr>
          <w:rFonts w:ascii="Times New Roman" w:hAnsi="Times New Roman" w:eastAsia="Times New Roman" w:cs="Times New Roman"/>
          <w:sz w:val="24"/>
        </w:rPr>
        <w:t xml:space="preserve">serve </w:t>
      </w:r>
      <w:r>
        <w:rPr>
          <w:rFonts w:ascii="Times New Roman" w:hAnsi="Times New Roman" w:eastAsia="Times New Roman" w:cs="Times New Roman"/>
          <w:sz w:val="24"/>
        </w:rPr>
        <w:t xml:space="preserve">mainly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prolong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process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dying.</w:t>
      </w:r>
    </w:p>
    <w:p>
      <w:pPr>
        <w:spacing w:before="7" w:after="0"/>
      </w:pPr>
    </w:p>
    <w:p>
      <w:pPr/>
      <w:r>
        <w:rPr>
          <w:rFonts w:ascii="Times New Roman" w:hAnsi="Times New Roman" w:eastAsia="Times New Roman" w:cs="Times New Roman"/>
          <w:b/>
          <w:sz w:val="24"/>
        </w:rPr>
        <w:t xml:space="preserve">Living </w:t>
      </w:r>
      <w:r>
        <w:rPr>
          <w:rFonts w:ascii="Times New Roman" w:hAnsi="Times New Roman" w:eastAsia="Times New Roman" w:cs="Times New Roman"/>
          <w:b/>
          <w:sz w:val="24"/>
        </w:rPr>
        <w:t xml:space="preserve">Will </w:t>
      </w:r>
      <w:r>
        <w:rPr>
          <w:rFonts w:ascii="Times New Roman" w:hAnsi="Times New Roman" w:eastAsia="Times New Roman" w:cs="Times New Roman"/>
          <w:b/>
          <w:sz w:val="24"/>
        </w:rPr>
        <w:t xml:space="preserve">Declaration </w:t>
      </w:r>
      <w:r>
        <w:rPr>
          <w:rFonts w:ascii="Times New Roman" w:hAnsi="Times New Roman" w:eastAsia="Times New Roman" w:cs="Times New Roman"/>
          <w:sz w:val="24"/>
        </w:rPr>
        <w:t xml:space="preserve">or </w:t>
      </w:r>
      <w:r>
        <w:rPr>
          <w:rFonts w:ascii="Times New Roman" w:hAnsi="Times New Roman" w:eastAsia="Times New Roman" w:cs="Times New Roman"/>
          <w:b/>
          <w:sz w:val="24"/>
        </w:rPr>
        <w:t xml:space="preserve">Living </w:t>
      </w:r>
      <w:r>
        <w:rPr>
          <w:rFonts w:ascii="Times New Roman" w:hAnsi="Times New Roman" w:eastAsia="Times New Roman" w:cs="Times New Roman"/>
          <w:b/>
          <w:sz w:val="24"/>
        </w:rPr>
        <w:t xml:space="preserve">Will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another document </w:t>
      </w:r>
      <w:r>
        <w:rPr>
          <w:rFonts w:ascii="Times New Roman" w:hAnsi="Times New Roman" w:eastAsia="Times New Roman" w:cs="Times New Roman"/>
          <w:sz w:val="24"/>
        </w:rPr>
        <w:t xml:space="preserve">that lets </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p>
    <w:p>
      <w:pPr>
        <w:spacing w:before="24" w:after="0" w:line="259" w:lineRule="auto"/>
      </w:pPr>
      <w:r>
        <w:rPr>
          <w:rFonts w:ascii="Times New Roman" w:hAnsi="Times New Roman" w:eastAsia="Times New Roman" w:cs="Times New Roman"/>
          <w:sz w:val="24"/>
        </w:rPr>
        <w:t xml:space="preserve">specify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want to </w:t>
      </w:r>
      <w:r>
        <w:rPr>
          <w:rFonts w:ascii="Times New Roman" w:hAnsi="Times New Roman" w:eastAsia="Times New Roman" w:cs="Times New Roman"/>
          <w:sz w:val="24"/>
        </w:rPr>
        <w:t xml:space="preserve">receive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become </w:t>
      </w:r>
      <w:r>
        <w:rPr>
          <w:rFonts w:ascii="Times New Roman" w:hAnsi="Times New Roman" w:eastAsia="Times New Roman" w:cs="Times New Roman"/>
          <w:sz w:val="24"/>
        </w:rPr>
        <w:t xml:space="preserve">terminally </w:t>
      </w:r>
      <w:r>
        <w:rPr>
          <w:rFonts w:ascii="Times New Roman" w:hAnsi="Times New Roman" w:eastAsia="Times New Roman" w:cs="Times New Roman"/>
          <w:sz w:val="24"/>
        </w:rPr>
        <w:t xml:space="preserve">ill </w:t>
      </w:r>
      <w:r>
        <w:rPr>
          <w:rFonts w:ascii="Times New Roman" w:hAnsi="Times New Roman" w:eastAsia="Times New Roman" w:cs="Times New Roman"/>
          <w:sz w:val="24"/>
        </w:rPr>
        <w:t xml:space="preserve">or </w:t>
      </w:r>
      <w:r>
        <w:rPr>
          <w:rFonts w:ascii="Times New Roman" w:hAnsi="Times New Roman" w:eastAsia="Times New Roman" w:cs="Times New Roman"/>
          <w:sz w:val="24"/>
        </w:rPr>
        <w:t>permanently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unconscious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cannot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wishes </w:t>
      </w:r>
      <w:r>
        <w:rPr>
          <w:rFonts w:ascii="Times New Roman" w:hAnsi="Times New Roman" w:eastAsia="Times New Roman" w:cs="Times New Roman"/>
          <w:sz w:val="24"/>
        </w:rPr>
        <w:t xml:space="preserve"> </w:t>
      </w:r>
      <w:r>
        <w:rPr>
          <w:rFonts w:ascii="Times New Roman" w:hAnsi="Times New Roman" w:eastAsia="Times New Roman" w:cs="Times New Roman"/>
          <w:sz w:val="24"/>
        </w:rPr>
        <w:t>known.</w:t>
      </w:r>
    </w:p>
    <w:p>
      <w:pPr>
        <w:spacing w:before="7" w:after="0"/>
      </w:pPr>
    </w:p>
    <w:p>
      <w:pPr>
        <w:spacing w:line="259" w:lineRule="auto"/>
      </w:pPr>
      <w:r>
        <w:rPr>
          <w:rFonts w:ascii="Times New Roman" w:hAnsi="Times New Roman" w:eastAsia="Times New Roman" w:cs="Times New Roman"/>
          <w:b/>
          <w:sz w:val="24"/>
        </w:rPr>
        <w:t xml:space="preserve">Permanently </w:t>
      </w:r>
      <w:r>
        <w:rPr>
          <w:rFonts w:ascii="Times New Roman" w:hAnsi="Times New Roman" w:eastAsia="Times New Roman" w:cs="Times New Roman"/>
          <w:b/>
          <w:sz w:val="24"/>
        </w:rPr>
        <w:t xml:space="preserve">unconscious </w:t>
      </w:r>
      <w:r>
        <w:rPr>
          <w:rFonts w:ascii="Times New Roman" w:hAnsi="Times New Roman" w:eastAsia="Times New Roman" w:cs="Times New Roman"/>
          <w:b/>
          <w:sz w:val="24"/>
        </w:rPr>
        <w:t xml:space="preserve">state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an </w:t>
      </w:r>
      <w:r>
        <w:rPr>
          <w:rFonts w:ascii="Times New Roman" w:hAnsi="Times New Roman" w:eastAsia="Times New Roman" w:cs="Times New Roman"/>
          <w:sz w:val="24"/>
        </w:rPr>
        <w:t xml:space="preserve">irreversible </w:t>
      </w:r>
      <w:r>
        <w:rPr>
          <w:rFonts w:ascii="Times New Roman" w:hAnsi="Times New Roman" w:eastAsia="Times New Roman" w:cs="Times New Roman"/>
          <w:sz w:val="24"/>
        </w:rPr>
        <w:t xml:space="preserve">condition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which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am </w:t>
      </w:r>
      <w:r>
        <w:rPr>
          <w:rFonts w:ascii="Times New Roman" w:hAnsi="Times New Roman" w:eastAsia="Times New Roman" w:cs="Times New Roman"/>
          <w:sz w:val="24"/>
        </w:rPr>
        <w:t xml:space="preserve">permanently </w:t>
      </w:r>
      <w:r>
        <w:rPr>
          <w:rFonts w:ascii="Times New Roman" w:hAnsi="Times New Roman" w:eastAsia="Times New Roman" w:cs="Times New Roman"/>
          <w:sz w:val="24"/>
        </w:rPr>
        <w:t xml:space="preserve">unaware of </w:t>
      </w:r>
      <w:r>
        <w:rPr>
          <w:rFonts w:ascii="Times New Roman" w:hAnsi="Times New Roman" w:eastAsia="Times New Roman" w:cs="Times New Roman"/>
          <w:sz w:val="24"/>
        </w:rPr>
        <w:t xml:space="preserve">myself and </w:t>
      </w:r>
      <w:r>
        <w:rPr>
          <w:rFonts w:ascii="Times New Roman" w:hAnsi="Times New Roman" w:eastAsia="Times New Roman" w:cs="Times New Roman"/>
          <w:sz w:val="24"/>
        </w:rPr>
        <w:t xml:space="preserve">surroundings.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and one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 xml:space="preserve">physician must examine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agree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total loss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higher brain </w:t>
      </w:r>
      <w:r>
        <w:rPr>
          <w:rFonts w:ascii="Times New Roman" w:hAnsi="Times New Roman" w:eastAsia="Times New Roman" w:cs="Times New Roman"/>
          <w:sz w:val="24"/>
        </w:rPr>
        <w:t xml:space="preserve">function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left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unable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feel pain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 </w:t>
      </w:r>
      <w:r>
        <w:rPr>
          <w:rFonts w:ascii="Times New Roman" w:hAnsi="Times New Roman" w:eastAsia="Times New Roman" w:cs="Times New Roman"/>
          <w:sz w:val="24"/>
        </w:rPr>
        <w:t>suffering.</w:t>
      </w:r>
    </w:p>
    <w:p>
      <w:pPr>
        <w:spacing w:before="7" w:after="0"/>
      </w:pPr>
    </w:p>
    <w:p>
      <w:pPr/>
      <w:r>
        <w:rPr>
          <w:rFonts w:ascii="Times New Roman" w:hAnsi="Times New Roman" w:eastAsia="Times New Roman" w:cs="Times New Roman"/>
          <w:b/>
          <w:sz w:val="24"/>
        </w:rPr>
        <w:t xml:space="preserve">Principal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signing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8" w:after="0"/>
      </w:pPr>
    </w:p>
    <w:p>
      <w:pPr/>
      <w:r>
        <w:rPr>
          <w:rFonts w:ascii="Times New Roman" w:hAnsi="Times New Roman" w:eastAsia="Times New Roman" w:cs="Times New Roman"/>
          <w:b/>
          <w:sz w:val="24"/>
        </w:rPr>
        <w:t xml:space="preserve">Terminal </w:t>
      </w:r>
      <w:r>
        <w:rPr>
          <w:rFonts w:ascii="Times New Roman" w:hAnsi="Times New Roman" w:eastAsia="Times New Roman" w:cs="Times New Roman"/>
          <w:b/>
          <w:sz w:val="24"/>
        </w:rPr>
        <w:t xml:space="preserve">condition </w:t>
      </w:r>
      <w:r>
        <w:rPr>
          <w:rFonts w:ascii="Times New Roman" w:hAnsi="Times New Roman" w:eastAsia="Times New Roman" w:cs="Times New Roman"/>
          <w:sz w:val="24"/>
        </w:rPr>
        <w:t xml:space="preserve">or </w:t>
      </w:r>
      <w:r>
        <w:rPr>
          <w:rFonts w:ascii="Times New Roman" w:hAnsi="Times New Roman" w:eastAsia="Times New Roman" w:cs="Times New Roman"/>
          <w:b/>
          <w:sz w:val="24"/>
        </w:rPr>
        <w:t xml:space="preserve">terminal illness </w:t>
      </w:r>
      <w:r>
        <w:rPr>
          <w:rFonts w:ascii="Times New Roman" w:hAnsi="Times New Roman" w:eastAsia="Times New Roman" w:cs="Times New Roman"/>
          <w:sz w:val="24"/>
        </w:rPr>
        <w:t xml:space="preserve">means </w:t>
      </w:r>
      <w:r>
        <w:rPr>
          <w:rFonts w:ascii="Times New Roman" w:hAnsi="Times New Roman" w:eastAsia="Times New Roman" w:cs="Times New Roman"/>
          <w:sz w:val="24"/>
        </w:rPr>
        <w:t xml:space="preserve">an </w:t>
      </w:r>
      <w:r>
        <w:rPr>
          <w:rFonts w:ascii="Times New Roman" w:hAnsi="Times New Roman" w:eastAsia="Times New Roman" w:cs="Times New Roman"/>
          <w:sz w:val="24"/>
        </w:rPr>
        <w:t xml:space="preserve">irreversible, incurable </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24" w:after="0" w:line="259" w:lineRule="auto"/>
      </w:pPr>
      <w:r>
        <w:rPr>
          <w:rFonts w:ascii="Times New Roman" w:hAnsi="Times New Roman" w:eastAsia="Times New Roman" w:cs="Times New Roman"/>
          <w:sz w:val="24"/>
        </w:rPr>
        <w:t xml:space="preserve">untreatable </w:t>
      </w:r>
      <w:r>
        <w:rPr>
          <w:rFonts w:ascii="Times New Roman" w:hAnsi="Times New Roman" w:eastAsia="Times New Roman" w:cs="Times New Roman"/>
          <w:sz w:val="24"/>
        </w:rPr>
        <w:t xml:space="preserve">condition </w:t>
      </w:r>
      <w:r>
        <w:rPr>
          <w:rFonts w:ascii="Times New Roman" w:hAnsi="Times New Roman" w:eastAsia="Times New Roman" w:cs="Times New Roman"/>
          <w:sz w:val="24"/>
        </w:rPr>
        <w:t xml:space="preserve">caused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disease, illness </w:t>
      </w:r>
      <w:r>
        <w:rPr>
          <w:rFonts w:ascii="Times New Roman" w:hAnsi="Times New Roman" w:eastAsia="Times New Roman" w:cs="Times New Roman"/>
          <w:sz w:val="24"/>
        </w:rPr>
        <w:t xml:space="preserve">or injury. My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one </w:t>
      </w:r>
      <w:r>
        <w:rPr>
          <w:rFonts w:ascii="Times New Roman" w:hAnsi="Times New Roman" w:eastAsia="Times New Roman" w:cs="Times New Roman"/>
          <w:sz w:val="24"/>
        </w:rPr>
        <w:t xml:space="preserve">other physician will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examined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and believe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cannot </w:t>
      </w:r>
      <w:r>
        <w:rPr>
          <w:rFonts w:ascii="Times New Roman" w:hAnsi="Times New Roman" w:eastAsia="Times New Roman" w:cs="Times New Roman"/>
          <w:sz w:val="24"/>
        </w:rPr>
        <w:t xml:space="preserve">recover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death </w:t>
      </w:r>
      <w:r>
        <w:rPr>
          <w:rFonts w:ascii="Times New Roman" w:hAnsi="Times New Roman" w:eastAsia="Times New Roman" w:cs="Times New Roman"/>
          <w:sz w:val="24"/>
        </w:rPr>
        <w:t xml:space="preserve">is likely to </w:t>
      </w:r>
      <w:r>
        <w:rPr>
          <w:rFonts w:ascii="Times New Roman" w:hAnsi="Times New Roman" w:eastAsia="Times New Roman" w:cs="Times New Roman"/>
          <w:sz w:val="24"/>
        </w:rPr>
        <w:t xml:space="preserve">occur within </w:t>
      </w:r>
      <w:r>
        <w:rPr>
          <w:rFonts w:ascii="Times New Roman" w:hAnsi="Times New Roman" w:eastAsia="Times New Roman" w:cs="Times New Roman"/>
          <w:sz w:val="24"/>
        </w:rPr>
        <w:t xml:space="preserve">a relatively </w:t>
      </w:r>
      <w:r>
        <w:rPr>
          <w:rFonts w:ascii="Times New Roman" w:hAnsi="Times New Roman" w:eastAsia="Times New Roman" w:cs="Times New Roman"/>
          <w:sz w:val="24"/>
        </w:rPr>
        <w:t xml:space="preserve">short </w:t>
      </w:r>
      <w:r>
        <w:rPr>
          <w:rFonts w:ascii="Times New Roman" w:hAnsi="Times New Roman" w:eastAsia="Times New Roman" w:cs="Times New Roman"/>
          <w:sz w:val="24"/>
        </w:rPr>
        <w:t xml:space="preserve">time </w:t>
      </w:r>
      <w:r>
        <w:rPr>
          <w:rFonts w:ascii="Times New Roman" w:hAnsi="Times New Roman" w:eastAsia="Times New Roman" w:cs="Times New Roman"/>
          <w:sz w:val="24"/>
        </w:rPr>
        <w:t xml:space="preserve">if I do not receive </w:t>
      </w:r>
      <w:r>
        <w:rPr>
          <w:rFonts w:ascii="Times New Roman" w:hAnsi="Times New Roman" w:eastAsia="Times New Roman" w:cs="Times New Roman"/>
          <w:sz w:val="24"/>
        </w:rPr>
        <w:t xml:space="preserve">life-sustaining </w:t>
      </w:r>
      <w:r>
        <w:rPr>
          <w:rFonts w:ascii="Times New Roman" w:hAnsi="Times New Roman" w:eastAsia="Times New Roman" w:cs="Times New Roman"/>
          <w:sz w:val="24"/>
        </w:rPr>
        <w:t>treatment.</w:t>
      </w:r>
    </w:p>
    <w:p>
      <w:pPr>
        <w:spacing w:before="1" w:after="0"/>
      </w:pPr>
    </w:p>
    <w:p>
      <w:pPr>
        <w:spacing w:line="259" w:lineRule="auto"/>
      </w:pPr>
      <w:r>
        <w:rPr>
          <w:rFonts w:ascii="Times New Roman" w:hAnsi="Times New Roman" w:eastAsia="Times New Roman" w:cs="Times New Roman"/>
          <w:sz w:val="24"/>
        </w:rPr>
        <w:t xml:space="preserve">[Instructions </w:t>
      </w:r>
      <w:r>
        <w:rPr>
          <w:rFonts w:ascii="Times New Roman" w:hAnsi="Times New Roman" w:eastAsia="Times New Roman" w:cs="Times New Roman"/>
          <w:sz w:val="24"/>
        </w:rPr>
        <w:t xml:space="preserve">and other </w:t>
      </w:r>
      <w:r>
        <w:rPr>
          <w:rFonts w:ascii="Times New Roman" w:hAnsi="Times New Roman" w:eastAsia="Times New Roman" w:cs="Times New Roman"/>
          <w:sz w:val="24"/>
        </w:rPr>
        <w:t xml:space="preserve">information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assist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completing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set </w:t>
      </w:r>
      <w:r>
        <w:rPr>
          <w:rFonts w:ascii="Times New Roman" w:hAnsi="Times New Roman" w:eastAsia="Times New Roman" w:cs="Times New Roman"/>
          <w:sz w:val="24"/>
        </w:rPr>
        <w:t xml:space="preserve">forth within </w:t>
      </w:r>
      <w:r>
        <w:rPr>
          <w:rFonts w:ascii="Times New Roman" w:hAnsi="Times New Roman" w:eastAsia="Times New Roman" w:cs="Times New Roman"/>
          <w:sz w:val="24"/>
        </w:rPr>
        <w:t xml:space="preserve">brackets 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italic  </w:t>
      </w:r>
      <w:r>
        <w:rPr>
          <w:rFonts w:ascii="Times New Roman" w:hAnsi="Times New Roman" w:eastAsia="Times New Roman" w:cs="Times New Roman"/>
          <w:sz w:val="24"/>
        </w:rPr>
        <w:t>type.]</w:t>
      </w:r>
    </w:p>
    <w:p>
      <w:pPr>
        <w:spacing w:before="48" w:after="0" w:line="259" w:lineRule="auto"/>
      </w:pPr>
      <w:r>
        <w:rPr>
          <w:rFonts w:ascii="Times New Roman" w:hAnsi="Times New Roman" w:eastAsia="Times New Roman" w:cs="Times New Roman"/>
          <w:b/>
          <w:sz w:val="24"/>
        </w:rPr>
        <w:t>Naming of My Agent</w:t>
      </w:r>
      <w:r>
        <w:rPr>
          <w:rFonts w:ascii="Times New Roman" w:hAnsi="Times New Roman" w:eastAsia="Times New Roman" w:cs="Times New Roman"/>
          <w:sz w:val="24"/>
        </w:rPr>
        <w:t xml:space="preserve">. The person named below is </w:t>
      </w:r>
      <w:r>
        <w:rPr>
          <w:rFonts w:ascii="Times New Roman" w:hAnsi="Times New Roman" w:eastAsia="Times New Roman" w:cs="Times New Roman"/>
          <w:sz w:val="24"/>
        </w:rPr>
        <w:t xml:space="preserve">my </w:t>
      </w:r>
      <w:r>
        <w:rPr>
          <w:rFonts w:ascii="Times New Roman" w:hAnsi="Times New Roman" w:eastAsia="Times New Roman" w:cs="Times New Roman"/>
          <w:sz w:val="24"/>
        </w:rPr>
        <w:t>agent who will make health care decisions for me as authorized in this document.</w:t>
      </w:r>
    </w:p>
    <w:p>
      <w:pPr>
        <w:spacing w:before="7" w:after="0"/>
      </w:pPr>
    </w:p>
    <w:p>
      <w:pPr/>
      <w:r>
        <w:rPr>
          <w:rFonts w:ascii="Times New Roman" w:hAnsi="Times New Roman" w:eastAsia="Times New Roman" w:cs="Times New Roman"/>
          <w:sz w:val="24"/>
        </w:rPr>
        <w:t>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spacing w:before="1" w:after="0"/>
      </w:pPr>
    </w:p>
    <w:p>
      <w:pPr>
        <w:spacing w:before="69" w:after="0"/>
      </w:pPr>
      <w:r>
        <w:rPr>
          <w:rFonts w:ascii="Times New Roman" w:hAnsi="Times New Roman" w:eastAsia="Times New Roman" w:cs="Times New Roman"/>
          <w:sz w:val="24"/>
        </w:rPr>
        <w:t>Agent’s Current</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spacing w:before="1" w:after="0"/>
      </w:pPr>
    </w:p>
    <w:p>
      <w:pPr>
        <w:spacing w:before="69" w:after="0"/>
      </w:pPr>
      <w:r>
        <w:rPr>
          <w:rFonts w:ascii="Times New Roman" w:hAnsi="Times New Roman" w:eastAsia="Times New Roman" w:cs="Times New Roman"/>
          <w:sz w:val="24"/>
        </w:rPr>
        <w:t>Agent’s Current Telephone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[NUMBER]</w:t>
      </w:r>
    </w:p>
    <w:p>
      <w:pPr/>
    </w:p>
    <w:p>
      <w:pPr>
        <w:spacing w:before="204" w:after="0" w:line="259" w:lineRule="auto"/>
      </w:pPr>
      <w:r>
        <w:rPr>
          <w:rFonts w:ascii="Times New Roman" w:hAnsi="Times New Roman" w:eastAsia="Times New Roman" w:cs="Times New Roman"/>
          <w:b/>
          <w:sz w:val="24"/>
        </w:rPr>
        <w:t xml:space="preserve">Naming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Alternate </w:t>
      </w:r>
      <w:r>
        <w:rPr>
          <w:rFonts w:ascii="Times New Roman" w:hAnsi="Times New Roman" w:eastAsia="Times New Roman" w:cs="Times New Roman"/>
          <w:b/>
          <w:sz w:val="24"/>
        </w:rPr>
        <w:t>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[Note: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do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need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alternate </w:t>
      </w:r>
      <w:r>
        <w:rPr>
          <w:rFonts w:ascii="Times New Roman" w:hAnsi="Times New Roman" w:eastAsia="Times New Roman" w:cs="Times New Roman"/>
          <w:sz w:val="24"/>
        </w:rPr>
        <w:t xml:space="preserve">agents.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also may name just one </w:t>
      </w:r>
      <w:r>
        <w:rPr>
          <w:rFonts w:ascii="Times New Roman" w:hAnsi="Times New Roman" w:eastAsia="Times New Roman" w:cs="Times New Roman"/>
          <w:sz w:val="24"/>
        </w:rPr>
        <w:t xml:space="preserve">alternate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do </w:t>
      </w:r>
      <w:r>
        <w:rPr>
          <w:rFonts w:ascii="Times New Roman" w:hAnsi="Times New Roman" w:eastAsia="Times New Roman" w:cs="Times New Roman"/>
          <w:sz w:val="24"/>
        </w:rPr>
        <w:t xml:space="preserve">not name </w:t>
      </w:r>
      <w:r>
        <w:rPr>
          <w:rFonts w:ascii="Times New Roman" w:hAnsi="Times New Roman" w:eastAsia="Times New Roman" w:cs="Times New Roman"/>
          <w:sz w:val="24"/>
        </w:rPr>
        <w:t xml:space="preserve">alternate </w:t>
      </w:r>
      <w:r>
        <w:rPr>
          <w:rFonts w:ascii="Times New Roman" w:hAnsi="Times New Roman" w:eastAsia="Times New Roman" w:cs="Times New Roman"/>
          <w:sz w:val="24"/>
        </w:rPr>
        <w:t xml:space="preserve">agents </w:t>
      </w:r>
      <w:r>
        <w:rPr>
          <w:rFonts w:ascii="Times New Roman" w:hAnsi="Times New Roman" w:eastAsia="Times New Roman" w:cs="Times New Roman"/>
          <w:sz w:val="24"/>
        </w:rPr>
        <w:t xml:space="preserve">or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just </w:t>
      </w:r>
      <w:r>
        <w:rPr>
          <w:rFonts w:ascii="Times New Roman" w:hAnsi="Times New Roman" w:eastAsia="Times New Roman" w:cs="Times New Roman"/>
          <w:sz w:val="24"/>
        </w:rPr>
        <w:t xml:space="preserve">one </w:t>
      </w:r>
      <w:r>
        <w:rPr>
          <w:rFonts w:ascii="Times New Roman" w:hAnsi="Times New Roman" w:eastAsia="Times New Roman" w:cs="Times New Roman"/>
          <w:sz w:val="24"/>
        </w:rPr>
        <w:t xml:space="preserve">alternate </w:t>
      </w:r>
      <w:r>
        <w:rPr>
          <w:rFonts w:ascii="Times New Roman" w:hAnsi="Times New Roman" w:eastAsia="Times New Roman" w:cs="Times New Roman"/>
          <w:sz w:val="24"/>
        </w:rPr>
        <w:t xml:space="preserve">agent, you may </w:t>
      </w:r>
      <w:r>
        <w:rPr>
          <w:rFonts w:ascii="Times New Roman" w:hAnsi="Times New Roman" w:eastAsia="Times New Roman" w:cs="Times New Roman"/>
          <w:sz w:val="24"/>
        </w:rPr>
        <w:t xml:space="preserve">wish </w:t>
      </w:r>
      <w:r>
        <w:rPr>
          <w:rFonts w:ascii="Times New Roman" w:hAnsi="Times New Roman" w:eastAsia="Times New Roman" w:cs="Times New Roman"/>
          <w:sz w:val="24"/>
        </w:rPr>
        <w:t xml:space="preserve">to cross </w:t>
      </w:r>
      <w:r>
        <w:rPr>
          <w:rFonts w:ascii="Times New Roman" w:hAnsi="Times New Roman" w:eastAsia="Times New Roman" w:cs="Times New Roman"/>
          <w:sz w:val="24"/>
        </w:rPr>
        <w:t xml:space="preserve">out the </w:t>
      </w:r>
      <w:r>
        <w:rPr>
          <w:rFonts w:ascii="Times New Roman" w:hAnsi="Times New Roman" w:eastAsia="Times New Roman" w:cs="Times New Roman"/>
          <w:sz w:val="24"/>
        </w:rPr>
        <w:t xml:space="preserve">unused  </w:t>
      </w:r>
      <w:r>
        <w:rPr>
          <w:rFonts w:ascii="Times New Roman" w:hAnsi="Times New Roman" w:eastAsia="Times New Roman" w:cs="Times New Roman"/>
          <w:sz w:val="24"/>
        </w:rPr>
        <w:t xml:space="preserve"> </w:t>
      </w:r>
      <w:r>
        <w:rPr>
          <w:rFonts w:ascii="Times New Roman" w:hAnsi="Times New Roman" w:eastAsia="Times New Roman" w:cs="Times New Roman"/>
          <w:sz w:val="24"/>
        </w:rPr>
        <w:t>lines.]</w:t>
      </w:r>
    </w:p>
    <w:p>
      <w:pPr>
        <w:spacing w:before="1" w:after="0"/>
      </w:pPr>
    </w:p>
    <w:p>
      <w:pPr>
        <w:spacing w:line="259" w:lineRule="auto"/>
        <w:jc w:val="both"/>
      </w:pPr>
      <w:r>
        <w:rPr>
          <w:rFonts w:ascii="Times New Roman" w:hAnsi="Times New Roman" w:eastAsia="Times New Roman" w:cs="Times New Roman"/>
          <w:sz w:val="24"/>
        </w:rPr>
        <w:t xml:space="preserve">Should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named </w:t>
      </w:r>
      <w:r>
        <w:rPr>
          <w:rFonts w:ascii="Times New Roman" w:hAnsi="Times New Roman" w:eastAsia="Times New Roman" w:cs="Times New Roman"/>
          <w:sz w:val="24"/>
        </w:rPr>
        <w:t xml:space="preserve">above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immediately </w:t>
      </w:r>
      <w:r>
        <w:rPr>
          <w:rFonts w:ascii="Times New Roman" w:hAnsi="Times New Roman" w:eastAsia="Times New Roman" w:cs="Times New Roman"/>
          <w:sz w:val="24"/>
        </w:rPr>
        <w:t xml:space="preserve">available </w:t>
      </w:r>
      <w:r>
        <w:rPr>
          <w:rFonts w:ascii="Times New Roman" w:hAnsi="Times New Roman" w:eastAsia="Times New Roman" w:cs="Times New Roman"/>
          <w:sz w:val="24"/>
        </w:rPr>
        <w:t xml:space="preserve">or be </w:t>
      </w:r>
      <w:r>
        <w:rPr>
          <w:rFonts w:ascii="Times New Roman" w:hAnsi="Times New Roman" w:eastAsia="Times New Roman" w:cs="Times New Roman"/>
          <w:sz w:val="24"/>
        </w:rPr>
        <w:t xml:space="preserve">unwilling </w:t>
      </w:r>
      <w:r>
        <w:rPr>
          <w:rFonts w:ascii="Times New Roman" w:hAnsi="Times New Roman" w:eastAsia="Times New Roman" w:cs="Times New Roman"/>
          <w:sz w:val="24"/>
        </w:rPr>
        <w:t xml:space="preserve">or </w:t>
      </w:r>
      <w:r>
        <w:rPr>
          <w:rFonts w:ascii="Times New Roman" w:hAnsi="Times New Roman" w:eastAsia="Times New Roman" w:cs="Times New Roman"/>
          <w:sz w:val="24"/>
        </w:rPr>
        <w:t>unable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to make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me, then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the following order </w:t>
      </w:r>
      <w:r>
        <w:rPr>
          <w:rFonts w:ascii="Times New Roman" w:hAnsi="Times New Roman" w:eastAsia="Times New Roman" w:cs="Times New Roman"/>
          <w:sz w:val="24"/>
        </w:rPr>
        <w:t xml:space="preserve">of priority, </w:t>
      </w:r>
      <w:r>
        <w:rPr>
          <w:rFonts w:ascii="Times New Roman" w:hAnsi="Times New Roman" w:eastAsia="Times New Roman" w:cs="Times New Roman"/>
          <w:sz w:val="24"/>
        </w:rPr>
        <w:t xml:space="preserve">the following </w:t>
      </w:r>
      <w:r>
        <w:rPr>
          <w:rFonts w:ascii="Times New Roman" w:hAnsi="Times New Roman" w:eastAsia="Times New Roman" w:cs="Times New Roman"/>
          <w:sz w:val="24"/>
        </w:rPr>
        <w:t xml:space="preserve">persons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my </w:t>
      </w:r>
      <w:r>
        <w:rPr>
          <w:rFonts w:ascii="Times New Roman" w:hAnsi="Times New Roman" w:eastAsia="Times New Roman" w:cs="Times New Roman"/>
          <w:sz w:val="24"/>
        </w:rPr>
        <w:t>alternate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w:t>
      </w:r>
    </w:p>
    <w:p>
      <w:pPr>
        <w:spacing w:before="10" w:after="0"/>
      </w:pPr>
    </w:p>
    <w:p>
      <w:pPr/>
      <w:r>
        <w:rPr>
          <w:rFonts w:ascii="Times New Roman" w:hAnsi="Times New Roman" w:eastAsia="Times New Roman" w:cs="Times New Roman"/>
          <w:sz w:val="24"/>
        </w:rPr>
        <w:t>First</w:t>
      </w:r>
      <w:r>
        <w:rPr>
          <w:rFonts w:ascii="Times New Roman" w:hAnsi="Times New Roman" w:eastAsia="Times New Roman" w:cs="Times New Roman"/>
          <w:sz w:val="24"/>
        </w:rPr>
        <w:t xml:space="preserve"> </w:t>
      </w:r>
      <w:r>
        <w:rPr>
          <w:rFonts w:ascii="Times New Roman" w:hAnsi="Times New Roman" w:eastAsia="Times New Roman" w:cs="Times New Roman"/>
          <w:sz w:val="24"/>
        </w:rPr>
        <w:t>Alternate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tab/>
        <w:t>Second Alternate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p>
    <w:p>
      <w:pPr>
        <w:spacing w:before="11" w:after="0"/>
      </w:pPr>
    </w:p>
    <w:p>
      <w:pPr>
        <w:spacing w:before="69" w:after="0"/>
      </w:pP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ab/>
      </w:r>
      <w:r>
        <w:rPr>
          <w:rFonts w:ascii="Times New Roman" w:hAnsi="Times New Roman" w:eastAsia="Times New Roman" w:cs="Times New Roman"/>
          <w:sz w:val="24"/>
        </w:rPr>
        <w:tab/>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ab/>
      </w:r>
    </w:p>
    <w:p>
      <w:pPr>
        <w:spacing w:before="11" w:after="0"/>
      </w:pPr>
    </w:p>
    <w:p>
      <w:pPr>
        <w:spacing w:before="69" w:after="0"/>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r>
        <w:rPr>
          <w:rFonts w:ascii="Times New Roman" w:hAnsi="Times New Roman" w:eastAsia="Times New Roman" w:cs="Times New Roman"/>
          <w:sz w:val="24"/>
        </w:rPr>
        <w:tab/>
      </w:r>
    </w:p>
    <w:p>
      <w:pPr/>
    </w:p>
    <w:p>
      <w:pPr/>
    </w:p>
    <w:p>
      <w:pPr>
        <w:spacing w:line="20" w:lineRule="exact"/>
      </w:pPr>
      <w:r>
        <w:rPr>
          <w:rFonts w:ascii="Times New Roman" w:hAnsi="Times New Roman" w:eastAsia="Times New Roman" w:cs="Times New Roman"/>
          <w:sz w:val="24"/>
        </w:rPr>
        <w:tab/>
      </w:r>
    </w:p>
    <w:p>
      <w:pPr>
        <w:spacing w:before="2" w:after="0"/>
      </w:pPr>
    </w:p>
    <w:p>
      <w:pPr>
        <w:spacing w:before="69" w:after="0"/>
      </w:pPr>
      <w:r>
        <w:rPr>
          <w:rFonts w:ascii="Times New Roman" w:hAnsi="Times New Roman" w:eastAsia="Times New Roman" w:cs="Times New Roman"/>
          <w:sz w:val="24"/>
        </w:rPr>
        <w:t>Telephone:</w:t>
      </w:r>
      <w:r>
        <w:rPr>
          <w:rFonts w:ascii="Times New Roman" w:hAnsi="Times New Roman" w:eastAsia="Times New Roman" w:cs="Times New Roman"/>
          <w:sz w:val="24"/>
        </w:rPr>
        <w:t xml:space="preserve"> </w:t>
      </w:r>
      <w:r>
        <w:rPr>
          <w:rFonts w:ascii="Times New Roman" w:hAnsi="Times New Roman" w:eastAsia="Times New Roman" w:cs="Times New Roman"/>
          <w:sz w:val="24"/>
        </w:rPr>
        <w:t>[NUMBER]</w:t>
      </w:r>
      <w:r>
        <w:rPr>
          <w:rFonts w:ascii="Times New Roman" w:hAnsi="Times New Roman" w:eastAsia="Times New Roman" w:cs="Times New Roman"/>
          <w:sz w:val="24"/>
        </w:rPr>
        <w:tab/>
      </w:r>
      <w:r>
        <w:rPr>
          <w:rFonts w:ascii="Times New Roman" w:hAnsi="Times New Roman" w:eastAsia="Times New Roman" w:cs="Times New Roman"/>
          <w:sz w:val="24"/>
        </w:rPr>
        <w:tab/>
        <w:t>Telephone:</w:t>
      </w:r>
      <w:r>
        <w:rPr>
          <w:rFonts w:ascii="Times New Roman" w:hAnsi="Times New Roman" w:eastAsia="Times New Roman" w:cs="Times New Roman"/>
          <w:sz w:val="24"/>
        </w:rPr>
        <w:t xml:space="preserve"> </w:t>
      </w:r>
      <w:r>
        <w:rPr>
          <w:rFonts w:ascii="Times New Roman" w:hAnsi="Times New Roman" w:eastAsia="Times New Roman" w:cs="Times New Roman"/>
          <w:sz w:val="24"/>
        </w:rPr>
        <w:t>[NUMBER]</w:t>
      </w:r>
      <w:r>
        <w:rPr>
          <w:rFonts w:ascii="Times New Roman" w:hAnsi="Times New Roman" w:eastAsia="Times New Roman" w:cs="Times New Roman"/>
          <w:sz w:val="24"/>
        </w:rPr>
        <w:tab/>
      </w:r>
    </w:p>
    <w:p>
      <w:pPr/>
    </w:p>
    <w:p>
      <w:pPr>
        <w:spacing w:before="1" w:after="0"/>
      </w:pPr>
    </w:p>
    <w:p>
      <w:pPr>
        <w:spacing w:before="68" w:after="0" w:line="259" w:lineRule="auto"/>
        <w:ind w:firstLine="20"/>
      </w:pP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can </w:t>
      </w:r>
      <w:r>
        <w:rPr>
          <w:rFonts w:ascii="Times New Roman" w:hAnsi="Times New Roman" w:eastAsia="Times New Roman" w:cs="Times New Roman"/>
          <w:sz w:val="24"/>
        </w:rPr>
        <w:t xml:space="preserve">rely on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statement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alternate </w:t>
      </w:r>
      <w:r>
        <w:rPr>
          <w:rFonts w:ascii="Times New Roman" w:hAnsi="Times New Roman" w:eastAsia="Times New Roman" w:cs="Times New Roman"/>
          <w:sz w:val="24"/>
        </w:rPr>
        <w:t xml:space="preserve">agent named </w:t>
      </w:r>
      <w:r>
        <w:rPr>
          <w:rFonts w:ascii="Times New Roman" w:hAnsi="Times New Roman" w:eastAsia="Times New Roman" w:cs="Times New Roman"/>
          <w:sz w:val="24"/>
        </w:rPr>
        <w:t xml:space="preserve">above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he or </w:t>
      </w:r>
      <w:r>
        <w:rPr>
          <w:rFonts w:ascii="Times New Roman" w:hAnsi="Times New Roman" w:eastAsia="Times New Roman" w:cs="Times New Roman"/>
          <w:sz w:val="24"/>
        </w:rPr>
        <w:t xml:space="preserve">she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properly acting under 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such person does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p>
    <w:p>
      <w:pPr/>
      <w:r>
        <w:rPr>
          <w:rFonts w:ascii="Times New Roman" w:hAnsi="Times New Roman" w:eastAsia="Times New Roman" w:cs="Times New Roman"/>
          <w:sz w:val="24"/>
        </w:rPr>
        <w:t xml:space="preserve">further </w:t>
      </w:r>
      <w:r>
        <w:rPr>
          <w:rFonts w:ascii="Times New Roman" w:hAnsi="Times New Roman" w:eastAsia="Times New Roman" w:cs="Times New Roman"/>
          <w:sz w:val="24"/>
        </w:rPr>
        <w:t xml:space="preserve">investigation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inquiry.</w:t>
      </w:r>
    </w:p>
    <w:p>
      <w:pPr>
        <w:spacing w:before="2" w:after="0"/>
      </w:pPr>
    </w:p>
    <w:p>
      <w:pPr>
        <w:spacing w:line="259" w:lineRule="auto"/>
        <w:ind w:firstLine="20"/>
      </w:pPr>
      <w:r>
        <w:rPr>
          <w:rFonts w:ascii="Times New Roman" w:hAnsi="Times New Roman" w:eastAsia="Times New Roman" w:cs="Times New Roman"/>
          <w:b/>
          <w:sz w:val="24"/>
        </w:rPr>
        <w:t xml:space="preserve">Guidance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Agent.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will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based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instructions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wishes </w:t>
      </w:r>
      <w:r>
        <w:rPr>
          <w:rFonts w:ascii="Times New Roman" w:hAnsi="Times New Roman" w:eastAsia="Times New Roman" w:cs="Times New Roman"/>
          <w:sz w:val="24"/>
        </w:rPr>
        <w:t xml:space="preserve">otherwise </w:t>
      </w:r>
      <w:r>
        <w:rPr>
          <w:rFonts w:ascii="Times New Roman" w:hAnsi="Times New Roman" w:eastAsia="Times New Roman" w:cs="Times New Roman"/>
          <w:sz w:val="24"/>
        </w:rPr>
        <w:t xml:space="preserve">known to  </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p>
    <w:p>
      <w:pPr>
        <w:spacing w:line="259" w:lineRule="auto"/>
      </w:pP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believes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wishes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made </w:t>
      </w:r>
      <w:r>
        <w:rPr>
          <w:rFonts w:ascii="Times New Roman" w:hAnsi="Times New Roman" w:eastAsia="Times New Roman" w:cs="Times New Roman"/>
          <w:sz w:val="24"/>
        </w:rPr>
        <w:t xml:space="preserve">known to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conflict </w:t>
      </w:r>
      <w:r>
        <w:rPr>
          <w:rFonts w:ascii="Times New Roman" w:hAnsi="Times New Roman" w:eastAsia="Times New Roman" w:cs="Times New Roman"/>
          <w:sz w:val="24"/>
        </w:rPr>
        <w:t xml:space="preserve">with </w:t>
      </w:r>
      <w:r>
        <w:rPr>
          <w:rFonts w:ascii="Times New Roman" w:hAnsi="Times New Roman" w:eastAsia="Times New Roman" w:cs="Times New Roman"/>
          <w:sz w:val="24"/>
        </w:rPr>
        <w:t xml:space="preserve">what </w:t>
      </w:r>
      <w:r>
        <w:rPr>
          <w:rFonts w:ascii="Times New Roman" w:hAnsi="Times New Roman" w:eastAsia="Times New Roman" w:cs="Times New Roman"/>
          <w:sz w:val="24"/>
        </w:rPr>
        <w:t xml:space="preserve">is 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control.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wishes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unclear  </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p>
    <w:p>
      <w:pPr>
        <w:spacing w:line="259" w:lineRule="auto"/>
      </w:pPr>
      <w:r>
        <w:rPr>
          <w:rFonts w:ascii="Times New Roman" w:hAnsi="Times New Roman" w:eastAsia="Times New Roman" w:cs="Times New Roman"/>
          <w:sz w:val="24"/>
        </w:rPr>
        <w:t xml:space="preserve">unknown,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will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best </w:t>
      </w:r>
      <w:r>
        <w:rPr>
          <w:rFonts w:ascii="Times New Roman" w:hAnsi="Times New Roman" w:eastAsia="Times New Roman" w:cs="Times New Roman"/>
          <w:sz w:val="24"/>
        </w:rPr>
        <w:t xml:space="preserve">interests.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determine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best </w:t>
      </w:r>
      <w:r>
        <w:rPr>
          <w:rFonts w:ascii="Times New Roman" w:hAnsi="Times New Roman" w:eastAsia="Times New Roman" w:cs="Times New Roman"/>
          <w:sz w:val="24"/>
        </w:rPr>
        <w:t xml:space="preserve">interests </w:t>
      </w:r>
      <w:r>
        <w:rPr>
          <w:rFonts w:ascii="Times New Roman" w:hAnsi="Times New Roman" w:eastAsia="Times New Roman" w:cs="Times New Roman"/>
          <w:sz w:val="24"/>
        </w:rPr>
        <w:t xml:space="preserve">after </w:t>
      </w:r>
      <w:r>
        <w:rPr>
          <w:rFonts w:ascii="Times New Roman" w:hAnsi="Times New Roman" w:eastAsia="Times New Roman" w:cs="Times New Roman"/>
          <w:sz w:val="24"/>
        </w:rPr>
        <w:t xml:space="preserve">considering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benefits,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burdens,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risks that might result from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given </w:t>
      </w:r>
      <w:r>
        <w:rPr>
          <w:rFonts w:ascii="Times New Roman" w:hAnsi="Times New Roman" w:eastAsia="Times New Roman" w:cs="Times New Roman"/>
          <w:sz w:val="24"/>
        </w:rPr>
        <w:t xml:space="preserve">decision. </w:t>
      </w:r>
      <w:r>
        <w:rPr>
          <w:rFonts w:ascii="Times New Roman" w:hAnsi="Times New Roman" w:eastAsia="Times New Roman" w:cs="Times New Roman"/>
          <w:sz w:val="24"/>
        </w:rPr>
        <w:t xml:space="preserve">If no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available,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will guide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about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48" w:after="0" w:line="259" w:lineRule="auto"/>
      </w:pPr>
      <w:r>
        <w:rPr>
          <w:rFonts w:ascii="Times New Roman" w:hAnsi="Times New Roman" w:eastAsia="Times New Roman" w:cs="Times New Roman"/>
          <w:b/>
          <w:sz w:val="24"/>
        </w:rPr>
        <w:t xml:space="preserve">Authority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full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complete authority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all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whenever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cannot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such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I have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otherwise</w:t>
      </w:r>
    </w:p>
    <w:p>
      <w:pPr>
        <w:spacing w:line="259" w:lineRule="auto"/>
      </w:pPr>
      <w:r>
        <w:rPr>
          <w:rFonts w:ascii="Times New Roman" w:hAnsi="Times New Roman" w:eastAsia="Times New Roman" w:cs="Times New Roman"/>
          <w:sz w:val="24"/>
        </w:rPr>
        <w:t xml:space="preserve">indicated </w:t>
      </w:r>
      <w:r>
        <w:rPr>
          <w:rFonts w:ascii="Times New Roman" w:hAnsi="Times New Roman" w:eastAsia="Times New Roman" w:cs="Times New Roman"/>
          <w:sz w:val="24"/>
        </w:rPr>
        <w:t xml:space="preserve">below.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authority includes, </w:t>
      </w:r>
      <w:r>
        <w:rPr>
          <w:rFonts w:ascii="Times New Roman" w:hAnsi="Times New Roman" w:eastAsia="Times New Roman" w:cs="Times New Roman"/>
          <w:sz w:val="24"/>
        </w:rPr>
        <w:t xml:space="preserve">but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limited </w:t>
      </w:r>
      <w:r>
        <w:rPr>
          <w:rFonts w:ascii="Times New Roman" w:hAnsi="Times New Roman" w:eastAsia="Times New Roman" w:cs="Times New Roman"/>
          <w:sz w:val="24"/>
        </w:rPr>
        <w:t xml:space="preserve">to, the </w:t>
      </w:r>
      <w:r>
        <w:rPr>
          <w:rFonts w:ascii="Times New Roman" w:hAnsi="Times New Roman" w:eastAsia="Times New Roman" w:cs="Times New Roman"/>
          <w:sz w:val="24"/>
        </w:rPr>
        <w:t xml:space="preserve">following: </w:t>
      </w:r>
      <w:r>
        <w:rPr>
          <w:rFonts w:ascii="Times New Roman" w:hAnsi="Times New Roman" w:eastAsia="Times New Roman" w:cs="Times New Roman"/>
          <w:sz w:val="24"/>
        </w:rPr>
        <w:t xml:space="preserve">[Note: </w:t>
      </w:r>
      <w:r>
        <w:rPr>
          <w:rFonts w:ascii="Times New Roman" w:hAnsi="Times New Roman" w:eastAsia="Times New Roman" w:cs="Times New Roman"/>
          <w:sz w:val="24"/>
        </w:rPr>
        <w:t xml:space="preserve">Cross </w:t>
      </w:r>
      <w:r>
        <w:rPr>
          <w:rFonts w:ascii="Times New Roman" w:hAnsi="Times New Roman" w:eastAsia="Times New Roman" w:cs="Times New Roman"/>
          <w:sz w:val="24"/>
        </w:rPr>
        <w:t xml:space="preserve">out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do </w:t>
      </w:r>
      <w:r>
        <w:rPr>
          <w:rFonts w:ascii="Times New Roman" w:hAnsi="Times New Roman" w:eastAsia="Times New Roman" w:cs="Times New Roman"/>
          <w:b/>
          <w:sz w:val="24"/>
        </w:rPr>
        <w:t xml:space="preserve">not </w:t>
      </w:r>
      <w:r>
        <w:rPr>
          <w:rFonts w:ascii="Times New Roman" w:hAnsi="Times New Roman" w:eastAsia="Times New Roman" w:cs="Times New Roman"/>
          <w:sz w:val="24"/>
        </w:rPr>
        <w:t xml:space="preserve">want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p>
    <w:p>
      <w:pPr>
        <w:spacing w:before="1" w:after="0"/>
      </w:pPr>
    </w:p>
    <w:p>
      <w:pPr>
        <w:spacing w:line="259" w:lineRule="auto"/>
        <w:ind w:hanging="360"/>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consent to the administration of pain-relieving </w:t>
      </w:r>
      <w:r>
        <w:rPr>
          <w:rFonts w:ascii="Times New Roman" w:hAnsi="Times New Roman" w:eastAsia="Times New Roman" w:cs="Times New Roman"/>
          <w:sz w:val="24"/>
        </w:rPr>
        <w:t xml:space="preserve">drugs </w:t>
      </w:r>
      <w:r>
        <w:rPr>
          <w:rFonts w:ascii="Times New Roman" w:hAnsi="Times New Roman" w:eastAsia="Times New Roman" w:cs="Times New Roman"/>
          <w:sz w:val="24"/>
        </w:rPr>
        <w:t xml:space="preserve">or treatment or procedures </w:t>
      </w:r>
      <w:r>
        <w:rPr>
          <w:rFonts w:ascii="Times New Roman" w:hAnsi="Times New Roman" w:eastAsia="Times New Roman" w:cs="Times New Roman"/>
          <w:sz w:val="24"/>
        </w:rPr>
        <w:t xml:space="preserve">(including surgery)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upon </w:t>
      </w:r>
      <w:r>
        <w:rPr>
          <w:rFonts w:ascii="Times New Roman" w:hAnsi="Times New Roman" w:eastAsia="Times New Roman" w:cs="Times New Roman"/>
          <w:sz w:val="24"/>
        </w:rPr>
        <w:t xml:space="preserve">medical advice, </w:t>
      </w:r>
      <w:r>
        <w:rPr>
          <w:rFonts w:ascii="Times New Roman" w:hAnsi="Times New Roman" w:eastAsia="Times New Roman" w:cs="Times New Roman"/>
          <w:sz w:val="24"/>
        </w:rPr>
        <w:t xml:space="preserve">believes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provide comfort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even </w:t>
      </w:r>
      <w:r>
        <w:rPr>
          <w:rFonts w:ascii="Times New Roman" w:hAnsi="Times New Roman" w:eastAsia="Times New Roman" w:cs="Times New Roman"/>
          <w:sz w:val="24"/>
        </w:rPr>
        <w:t xml:space="preserve">though </w:t>
      </w:r>
      <w:r>
        <w:rPr>
          <w:rFonts w:ascii="Times New Roman" w:hAnsi="Times New Roman" w:eastAsia="Times New Roman" w:cs="Times New Roman"/>
          <w:sz w:val="24"/>
        </w:rPr>
        <w:t xml:space="preserve">such </w:t>
      </w:r>
      <w:r>
        <w:rPr>
          <w:rFonts w:ascii="Times New Roman" w:hAnsi="Times New Roman" w:eastAsia="Times New Roman" w:cs="Times New Roman"/>
          <w:sz w:val="24"/>
        </w:rPr>
        <w:t xml:space="preserve">drugs, </w:t>
      </w:r>
      <w:r>
        <w:rPr>
          <w:rFonts w:ascii="Times New Roman" w:hAnsi="Times New Roman" w:eastAsia="Times New Roman" w:cs="Times New Roman"/>
          <w:sz w:val="24"/>
        </w:rPr>
        <w:t xml:space="preserve">treatment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procedures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hasten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death.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comfort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freedom </w:t>
      </w:r>
      <w:r>
        <w:rPr>
          <w:rFonts w:ascii="Times New Roman" w:hAnsi="Times New Roman" w:eastAsia="Times New Roman" w:cs="Times New Roman"/>
          <w:sz w:val="24"/>
        </w:rPr>
        <w:t xml:space="preserve">from pain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important </w:t>
      </w:r>
      <w:r>
        <w:rPr>
          <w:rFonts w:ascii="Times New Roman" w:hAnsi="Times New Roman" w:eastAsia="Times New Roman" w:cs="Times New Roman"/>
          <w:sz w:val="24"/>
        </w:rPr>
        <w:t xml:space="preserve">to me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should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protected </w:t>
      </w:r>
      <w:r>
        <w:rPr>
          <w:rFonts w:ascii="Times New Roman" w:hAnsi="Times New Roman" w:eastAsia="Times New Roman" w:cs="Times New Roman"/>
          <w:sz w:val="24"/>
        </w:rPr>
        <w:t xml:space="preserve">by 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physician.</w:t>
      </w:r>
    </w:p>
    <w:p>
      <w:pPr>
        <w:spacing w:before="1" w:after="0"/>
      </w:pPr>
    </w:p>
    <w:p>
      <w:pPr>
        <w:spacing w:line="259" w:lineRule="auto"/>
        <w:ind w:hanging="360"/>
      </w:pP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am in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terminal condition,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or to </w:t>
      </w: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life-sustaining treatment, including </w:t>
      </w:r>
      <w:r>
        <w:rPr>
          <w:rFonts w:ascii="Times New Roman" w:hAnsi="Times New Roman" w:eastAsia="Times New Roman" w:cs="Times New Roman"/>
          <w:sz w:val="24"/>
        </w:rPr>
        <w:t xml:space="preserve">artificially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 </w:t>
      </w:r>
      <w:r>
        <w:rPr>
          <w:rFonts w:ascii="Times New Roman" w:hAnsi="Times New Roman" w:eastAsia="Times New Roman" w:cs="Times New Roman"/>
          <w:sz w:val="24"/>
        </w:rPr>
        <w:t>technologically</w:t>
      </w:r>
    </w:p>
    <w:p>
      <w:pPr/>
      <w:r>
        <w:rPr>
          <w:rFonts w:ascii="Times New Roman" w:hAnsi="Times New Roman" w:eastAsia="Times New Roman" w:cs="Times New Roman"/>
          <w:sz w:val="24"/>
        </w:rPr>
        <w:t xml:space="preserve">supplied nutrition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hydration.</w:t>
      </w:r>
    </w:p>
    <w:p>
      <w:pPr>
        <w:spacing w:before="2" w:after="0"/>
      </w:pPr>
    </w:p>
    <w:p>
      <w:pPr>
        <w:spacing w:line="259" w:lineRule="auto"/>
        <w:ind w:hanging="360"/>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give, withdraw or </w:t>
      </w: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to give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any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procedure, </w:t>
      </w:r>
      <w:r>
        <w:rPr>
          <w:rFonts w:ascii="Times New Roman" w:hAnsi="Times New Roman" w:eastAsia="Times New Roman" w:cs="Times New Roman"/>
          <w:sz w:val="24"/>
        </w:rPr>
        <w:t xml:space="preserve">treatment, intervention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measure.</w:t>
      </w:r>
    </w:p>
    <w:p>
      <w:pPr>
        <w:spacing w:before="1" w:after="0"/>
      </w:pPr>
    </w:p>
    <w:p>
      <w:pPr>
        <w:spacing w:line="259" w:lineRule="auto"/>
        <w:ind w:hanging="360"/>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request, </w:t>
      </w:r>
      <w:r>
        <w:rPr>
          <w:rFonts w:ascii="Times New Roman" w:hAnsi="Times New Roman" w:eastAsia="Times New Roman" w:cs="Times New Roman"/>
          <w:sz w:val="24"/>
        </w:rPr>
        <w:t xml:space="preserve">review,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receive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information, </w:t>
      </w:r>
      <w:r>
        <w:rPr>
          <w:rFonts w:ascii="Times New Roman" w:hAnsi="Times New Roman" w:eastAsia="Times New Roman" w:cs="Times New Roman"/>
          <w:sz w:val="24"/>
        </w:rPr>
        <w:t xml:space="preserve">verbal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written, </w:t>
      </w:r>
      <w:r>
        <w:rPr>
          <w:rFonts w:ascii="Times New Roman" w:hAnsi="Times New Roman" w:eastAsia="Times New Roman" w:cs="Times New Roman"/>
          <w:sz w:val="24"/>
        </w:rPr>
        <w:t xml:space="preserve">regarding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physical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mental </w:t>
      </w:r>
      <w:r>
        <w:rPr>
          <w:rFonts w:ascii="Times New Roman" w:hAnsi="Times New Roman" w:eastAsia="Times New Roman" w:cs="Times New Roman"/>
          <w:sz w:val="24"/>
        </w:rPr>
        <w:t xml:space="preserve">health, including, </w:t>
      </w:r>
      <w:r>
        <w:rPr>
          <w:rFonts w:ascii="Times New Roman" w:hAnsi="Times New Roman" w:eastAsia="Times New Roman" w:cs="Times New Roman"/>
          <w:sz w:val="24"/>
        </w:rPr>
        <w:t xml:space="preserve">but not </w:t>
      </w:r>
      <w:r>
        <w:rPr>
          <w:rFonts w:ascii="Times New Roman" w:hAnsi="Times New Roman" w:eastAsia="Times New Roman" w:cs="Times New Roman"/>
          <w:sz w:val="24"/>
        </w:rPr>
        <w:t xml:space="preserve">limited </w:t>
      </w:r>
      <w:r>
        <w:rPr>
          <w:rFonts w:ascii="Times New Roman" w:hAnsi="Times New Roman" w:eastAsia="Times New Roman" w:cs="Times New Roman"/>
          <w:sz w:val="24"/>
        </w:rPr>
        <w:t xml:space="preserve">to, all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medical </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r>
        <w:rPr>
          <w:rFonts w:ascii="Times New Roman" w:hAnsi="Times New Roman" w:eastAsia="Times New Roman" w:cs="Times New Roman"/>
          <w:sz w:val="24"/>
        </w:rPr>
        <w:t>health care</w:t>
      </w:r>
      <w:r>
        <w:rPr>
          <w:rFonts w:ascii="Times New Roman" w:hAnsi="Times New Roman" w:eastAsia="Times New Roman" w:cs="Times New Roman"/>
          <w:sz w:val="24"/>
        </w:rPr>
        <w:t xml:space="preserve"> </w:t>
      </w:r>
      <w:r>
        <w:rPr>
          <w:rFonts w:ascii="Times New Roman" w:hAnsi="Times New Roman" w:eastAsia="Times New Roman" w:cs="Times New Roman"/>
          <w:sz w:val="24"/>
        </w:rPr>
        <w:t>records.</w:t>
      </w:r>
    </w:p>
    <w:p>
      <w:pPr>
        <w:spacing w:before="2" w:after="0"/>
      </w:pPr>
    </w:p>
    <w:p>
      <w:pPr>
        <w:spacing w:line="259" w:lineRule="auto"/>
        <w:ind w:hanging="360"/>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further disclosure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information,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disclose medical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related information concerning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condition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treatment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p>
    <w:p>
      <w:pPr>
        <w:spacing w:before="1" w:after="0"/>
      </w:pPr>
    </w:p>
    <w:p>
      <w:pPr>
        <w:spacing w:line="259" w:lineRule="auto"/>
        <w:ind w:hanging="360"/>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execute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releases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other documents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required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order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obtain </w:t>
      </w:r>
      <w:r>
        <w:rPr>
          <w:rFonts w:ascii="Times New Roman" w:hAnsi="Times New Roman" w:eastAsia="Times New Roman" w:cs="Times New Roman"/>
          <w:sz w:val="24"/>
        </w:rPr>
        <w:t xml:space="preserve">medical </w:t>
      </w:r>
      <w:r>
        <w:rPr>
          <w:rFonts w:ascii="Times New Roman" w:hAnsi="Times New Roman" w:eastAsia="Times New Roman" w:cs="Times New Roman"/>
          <w:sz w:val="24"/>
        </w:rPr>
        <w:t xml:space="preserve">and </w:t>
      </w:r>
      <w:r>
        <w:rPr>
          <w:rFonts w:ascii="Times New Roman" w:hAnsi="Times New Roman" w:eastAsia="Times New Roman" w:cs="Times New Roman"/>
          <w:sz w:val="24"/>
        </w:rPr>
        <w:t>related</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p>
    <w:p>
      <w:pPr>
        <w:spacing w:before="1" w:after="0"/>
      </w:pPr>
    </w:p>
    <w:p>
      <w:pPr>
        <w:spacing w:line="259" w:lineRule="auto"/>
        <w:ind w:hanging="360"/>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execute </w:t>
      </w:r>
      <w:r>
        <w:rPr>
          <w:rFonts w:ascii="Times New Roman" w:hAnsi="Times New Roman" w:eastAsia="Times New Roman" w:cs="Times New Roman"/>
          <w:sz w:val="24"/>
        </w:rPr>
        <w:t xml:space="preserve">consents, </w:t>
      </w:r>
      <w:r>
        <w:rPr>
          <w:rFonts w:ascii="Times New Roman" w:hAnsi="Times New Roman" w:eastAsia="Times New Roman" w:cs="Times New Roman"/>
          <w:sz w:val="24"/>
        </w:rPr>
        <w:t xml:space="preserve">waivers, and </w:t>
      </w:r>
      <w:r>
        <w:rPr>
          <w:rFonts w:ascii="Times New Roman" w:hAnsi="Times New Roman" w:eastAsia="Times New Roman" w:cs="Times New Roman"/>
          <w:sz w:val="24"/>
        </w:rPr>
        <w:t xml:space="preserve">releases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liability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and for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estate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all </w:t>
      </w:r>
      <w:r>
        <w:rPr>
          <w:rFonts w:ascii="Times New Roman" w:hAnsi="Times New Roman" w:eastAsia="Times New Roman" w:cs="Times New Roman"/>
          <w:sz w:val="24"/>
        </w:rPr>
        <w:t xml:space="preserve">persons </w:t>
      </w:r>
      <w:r>
        <w:rPr>
          <w:rFonts w:ascii="Times New Roman" w:hAnsi="Times New Roman" w:eastAsia="Times New Roman" w:cs="Times New Roman"/>
          <w:sz w:val="24"/>
        </w:rPr>
        <w:t xml:space="preserve">who </w:t>
      </w:r>
      <w:r>
        <w:rPr>
          <w:rFonts w:ascii="Times New Roman" w:hAnsi="Times New Roman" w:eastAsia="Times New Roman" w:cs="Times New Roman"/>
          <w:sz w:val="24"/>
        </w:rPr>
        <w:t xml:space="preserve">comply </w:t>
      </w:r>
      <w:r>
        <w:rPr>
          <w:rFonts w:ascii="Times New Roman" w:hAnsi="Times New Roman" w:eastAsia="Times New Roman" w:cs="Times New Roman"/>
          <w:sz w:val="24"/>
        </w:rPr>
        <w:t xml:space="preserve">with </w:t>
      </w:r>
      <w:r>
        <w:rPr>
          <w:rFonts w:ascii="Times New Roman" w:hAnsi="Times New Roman" w:eastAsia="Times New Roman" w:cs="Times New Roman"/>
          <w:sz w:val="24"/>
        </w:rPr>
        <w:t xml:space="preserve">my agent’s </w:t>
      </w:r>
      <w:r>
        <w:rPr>
          <w:rFonts w:ascii="Times New Roman" w:hAnsi="Times New Roman" w:eastAsia="Times New Roman" w:cs="Times New Roman"/>
          <w:sz w:val="24"/>
        </w:rPr>
        <w:t xml:space="preserve">instructions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p>
    <w:p>
      <w:pPr/>
      <w:r>
        <w:rPr>
          <w:rFonts w:ascii="Times New Roman" w:hAnsi="Times New Roman" w:eastAsia="Times New Roman" w:cs="Times New Roman"/>
          <w:sz w:val="24"/>
        </w:rPr>
        <w:t xml:space="preserve">indemnify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hold </w:t>
      </w:r>
      <w:r>
        <w:rPr>
          <w:rFonts w:ascii="Times New Roman" w:hAnsi="Times New Roman" w:eastAsia="Times New Roman" w:cs="Times New Roman"/>
          <w:sz w:val="24"/>
        </w:rPr>
        <w:t xml:space="preserve">harmless,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expense,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third </w:t>
      </w:r>
      <w:r>
        <w:rPr>
          <w:rFonts w:ascii="Times New Roman" w:hAnsi="Times New Roman" w:eastAsia="Times New Roman" w:cs="Times New Roman"/>
          <w:sz w:val="24"/>
        </w:rPr>
        <w:t xml:space="preserve">party </w:t>
      </w:r>
      <w:r>
        <w:rPr>
          <w:rFonts w:ascii="Times New Roman" w:hAnsi="Times New Roman" w:eastAsia="Times New Roman" w:cs="Times New Roman"/>
          <w:sz w:val="24"/>
        </w:rPr>
        <w:t xml:space="preserve">who </w:t>
      </w:r>
      <w:r>
        <w:rPr>
          <w:rFonts w:ascii="Times New Roman" w:hAnsi="Times New Roman" w:eastAsia="Times New Roman" w:cs="Times New Roman"/>
          <w:sz w:val="24"/>
        </w:rPr>
        <w:t xml:space="preserve">acts  </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p>
    <w:p>
      <w:pPr>
        <w:spacing w:before="24" w:after="0" w:line="259" w:lineRule="auto"/>
      </w:pP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Attorney.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bound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such </w:t>
      </w:r>
      <w:r>
        <w:rPr>
          <w:rFonts w:ascii="Times New Roman" w:hAnsi="Times New Roman" w:eastAsia="Times New Roman" w:cs="Times New Roman"/>
          <w:sz w:val="24"/>
        </w:rPr>
        <w:t xml:space="preserve">indemnity </w:t>
      </w:r>
      <w:r>
        <w:rPr>
          <w:rFonts w:ascii="Times New Roman" w:hAnsi="Times New Roman" w:eastAsia="Times New Roman" w:cs="Times New Roman"/>
          <w:sz w:val="24"/>
        </w:rPr>
        <w:t xml:space="preserve">entered </w:t>
      </w:r>
      <w:r>
        <w:rPr>
          <w:rFonts w:ascii="Times New Roman" w:hAnsi="Times New Roman" w:eastAsia="Times New Roman" w:cs="Times New Roman"/>
          <w:sz w:val="24"/>
        </w:rPr>
        <w:t xml:space="preserve">into </w:t>
      </w:r>
      <w:r>
        <w:rPr>
          <w:rFonts w:ascii="Times New Roman" w:hAnsi="Times New Roman" w:eastAsia="Times New Roman" w:cs="Times New Roman"/>
          <w:sz w:val="24"/>
        </w:rPr>
        <w:t>by my</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p>
    <w:p>
      <w:pPr>
        <w:spacing w:before="1" w:after="0"/>
      </w:pPr>
    </w:p>
    <w:p>
      <w:pPr>
        <w:spacing w:line="259" w:lineRule="auto"/>
        <w:ind w:hanging="392"/>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select, </w:t>
      </w:r>
      <w:r>
        <w:rPr>
          <w:rFonts w:ascii="Times New Roman" w:hAnsi="Times New Roman" w:eastAsia="Times New Roman" w:cs="Times New Roman"/>
          <w:sz w:val="24"/>
        </w:rPr>
        <w:t xml:space="preserve">employ,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discharge health care </w:t>
      </w:r>
      <w:r>
        <w:rPr>
          <w:rFonts w:ascii="Times New Roman" w:hAnsi="Times New Roman" w:eastAsia="Times New Roman" w:cs="Times New Roman"/>
          <w:sz w:val="24"/>
        </w:rPr>
        <w:t xml:space="preserve">personnel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services </w:t>
      </w:r>
      <w:r>
        <w:rPr>
          <w:rFonts w:ascii="Times New Roman" w:hAnsi="Times New Roman" w:eastAsia="Times New Roman" w:cs="Times New Roman"/>
          <w:sz w:val="24"/>
        </w:rPr>
        <w:t xml:space="preserve">providing home health care </w:t>
      </w:r>
      <w:r>
        <w:rPr>
          <w:rFonts w:ascii="Times New Roman" w:hAnsi="Times New Roman" w:eastAsia="Times New Roman" w:cs="Times New Roman"/>
          <w:sz w:val="24"/>
        </w:rPr>
        <w:t>and the</w:t>
      </w:r>
      <w:r>
        <w:rPr>
          <w:rFonts w:ascii="Times New Roman" w:hAnsi="Times New Roman" w:eastAsia="Times New Roman" w:cs="Times New Roman"/>
          <w:sz w:val="24"/>
        </w:rPr>
        <w:t xml:space="preserve"> </w:t>
      </w:r>
      <w:r>
        <w:rPr>
          <w:rFonts w:ascii="Times New Roman" w:hAnsi="Times New Roman" w:eastAsia="Times New Roman" w:cs="Times New Roman"/>
          <w:sz w:val="24"/>
        </w:rPr>
        <w:t>like.</w:t>
      </w:r>
    </w:p>
    <w:p>
      <w:pPr>
        <w:spacing w:before="1" w:after="0"/>
      </w:pPr>
    </w:p>
    <w:p>
      <w:pPr>
        <w:spacing w:line="259" w:lineRule="auto"/>
        <w:ind w:hanging="392"/>
        <w:jc w:val="both"/>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select, contract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admission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transfer </w:t>
      </w:r>
      <w:r>
        <w:rPr>
          <w:rFonts w:ascii="Times New Roman" w:hAnsi="Times New Roman" w:eastAsia="Times New Roman" w:cs="Times New Roman"/>
          <w:sz w:val="24"/>
        </w:rPr>
        <w:t xml:space="preserve">me to, or </w:t>
      </w:r>
      <w:r>
        <w:rPr>
          <w:rFonts w:ascii="Times New Roman" w:hAnsi="Times New Roman" w:eastAsia="Times New Roman" w:cs="Times New Roman"/>
          <w:sz w:val="24"/>
        </w:rPr>
        <w:t xml:space="preserve">authorize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discharge </w:t>
      </w:r>
      <w:r>
        <w:rPr>
          <w:rFonts w:ascii="Times New Roman" w:hAnsi="Times New Roman" w:eastAsia="Times New Roman" w:cs="Times New Roman"/>
          <w:sz w:val="24"/>
        </w:rPr>
        <w:t xml:space="preserve">from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medical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facility, </w:t>
      </w:r>
      <w:r>
        <w:rPr>
          <w:rFonts w:ascii="Times New Roman" w:hAnsi="Times New Roman" w:eastAsia="Times New Roman" w:cs="Times New Roman"/>
          <w:sz w:val="24"/>
        </w:rPr>
        <w:t xml:space="preserve">including, </w:t>
      </w:r>
      <w:r>
        <w:rPr>
          <w:rFonts w:ascii="Times New Roman" w:hAnsi="Times New Roman" w:eastAsia="Times New Roman" w:cs="Times New Roman"/>
          <w:sz w:val="24"/>
        </w:rPr>
        <w:t xml:space="preserve">but not </w:t>
      </w:r>
      <w:r>
        <w:rPr>
          <w:rFonts w:ascii="Times New Roman" w:hAnsi="Times New Roman" w:eastAsia="Times New Roman" w:cs="Times New Roman"/>
          <w:sz w:val="24"/>
        </w:rPr>
        <w:t xml:space="preserve">limited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hospitals, </w:t>
      </w:r>
      <w:r>
        <w:rPr>
          <w:rFonts w:ascii="Times New Roman" w:hAnsi="Times New Roman" w:eastAsia="Times New Roman" w:cs="Times New Roman"/>
          <w:sz w:val="24"/>
        </w:rPr>
        <w:t xml:space="preserve">nursing </w:t>
      </w:r>
      <w:r>
        <w:rPr>
          <w:rFonts w:ascii="Times New Roman" w:hAnsi="Times New Roman" w:eastAsia="Times New Roman" w:cs="Times New Roman"/>
          <w:sz w:val="24"/>
        </w:rPr>
        <w:t xml:space="preserve">homes, </w:t>
      </w:r>
      <w:r>
        <w:rPr>
          <w:rFonts w:ascii="Times New Roman" w:hAnsi="Times New Roman" w:eastAsia="Times New Roman" w:cs="Times New Roman"/>
          <w:sz w:val="24"/>
        </w:rPr>
        <w:t xml:space="preserve">assisted </w:t>
      </w:r>
      <w:r>
        <w:rPr>
          <w:rFonts w:ascii="Times New Roman" w:hAnsi="Times New Roman" w:eastAsia="Times New Roman" w:cs="Times New Roman"/>
          <w:sz w:val="24"/>
        </w:rPr>
        <w:t xml:space="preserve">living </w:t>
      </w:r>
      <w:r>
        <w:rPr>
          <w:rFonts w:ascii="Times New Roman" w:hAnsi="Times New Roman" w:eastAsia="Times New Roman" w:cs="Times New Roman"/>
          <w:sz w:val="24"/>
        </w:rPr>
        <w:t xml:space="preserve">facilities, hospices, </w:t>
      </w:r>
      <w:r>
        <w:rPr>
          <w:rFonts w:ascii="Times New Roman" w:hAnsi="Times New Roman" w:eastAsia="Times New Roman" w:cs="Times New Roman"/>
          <w:sz w:val="24"/>
        </w:rPr>
        <w:t xml:space="preserve">adult homes </w:t>
      </w:r>
      <w:r>
        <w:rPr>
          <w:rFonts w:ascii="Times New Roman" w:hAnsi="Times New Roman" w:eastAsia="Times New Roman" w:cs="Times New Roman"/>
          <w:sz w:val="24"/>
        </w:rPr>
        <w:t xml:space="preserve">and the </w:t>
      </w:r>
      <w:r>
        <w:rPr>
          <w:rFonts w:ascii="Times New Roman" w:hAnsi="Times New Roman" w:eastAsia="Times New Roman" w:cs="Times New Roman"/>
          <w:sz w:val="24"/>
        </w:rPr>
        <w:t xml:space="preserve"> </w:t>
      </w:r>
      <w:r>
        <w:rPr>
          <w:rFonts w:ascii="Times New Roman" w:hAnsi="Times New Roman" w:eastAsia="Times New Roman" w:cs="Times New Roman"/>
          <w:sz w:val="24"/>
        </w:rPr>
        <w:t>like.</w:t>
      </w:r>
    </w:p>
    <w:p>
      <w:pPr>
        <w:spacing w:before="1" w:after="0"/>
      </w:pPr>
    </w:p>
    <w:p>
      <w:pPr>
        <w:spacing w:line="259" w:lineRule="auto"/>
        <w:ind w:hanging="392"/>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transport </w:t>
      </w:r>
      <w:r>
        <w:rPr>
          <w:rFonts w:ascii="Times New Roman" w:hAnsi="Times New Roman" w:eastAsia="Times New Roman" w:cs="Times New Roman"/>
          <w:sz w:val="24"/>
        </w:rPr>
        <w:t xml:space="preserve">me or </w:t>
      </w:r>
      <w:r>
        <w:rPr>
          <w:rFonts w:ascii="Times New Roman" w:hAnsi="Times New Roman" w:eastAsia="Times New Roman" w:cs="Times New Roman"/>
          <w:sz w:val="24"/>
        </w:rPr>
        <w:t xml:space="preserve">arrange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transportation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place </w:t>
      </w:r>
      <w:r>
        <w:rPr>
          <w:rFonts w:ascii="Times New Roman" w:hAnsi="Times New Roman" w:eastAsia="Times New Roman" w:cs="Times New Roman"/>
          <w:sz w:val="24"/>
        </w:rPr>
        <w:t xml:space="preserve">where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is honored, </w:t>
      </w:r>
      <w:r>
        <w:rPr>
          <w:rFonts w:ascii="Times New Roman" w:hAnsi="Times New Roman" w:eastAsia="Times New Roman" w:cs="Times New Roman"/>
          <w:sz w:val="24"/>
        </w:rPr>
        <w:t xml:space="preserve">should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become </w:t>
      </w:r>
      <w:r>
        <w:rPr>
          <w:rFonts w:ascii="Times New Roman" w:hAnsi="Times New Roman" w:eastAsia="Times New Roman" w:cs="Times New Roman"/>
          <w:sz w:val="24"/>
        </w:rPr>
        <w:t xml:space="preserve">unable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myself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place </w:t>
      </w:r>
      <w:r>
        <w:rPr>
          <w:rFonts w:ascii="Times New Roman" w:hAnsi="Times New Roman" w:eastAsia="Times New Roman" w:cs="Times New Roman"/>
          <w:sz w:val="24"/>
        </w:rPr>
        <w:t xml:space="preserve">where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 </w:t>
      </w:r>
      <w:r>
        <w:rPr>
          <w:rFonts w:ascii="Times New Roman" w:hAnsi="Times New Roman" w:eastAsia="Times New Roman" w:cs="Times New Roman"/>
          <w:sz w:val="24"/>
        </w:rPr>
        <w:t>enforced.</w:t>
      </w:r>
    </w:p>
    <w:p>
      <w:pPr>
        <w:spacing w:before="48" w:after="0"/>
        <w:ind w:hanging="392"/>
      </w:pP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complete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sign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 </w:t>
      </w:r>
      <w:r>
        <w:rPr>
          <w:rFonts w:ascii="Times New Roman" w:hAnsi="Times New Roman" w:eastAsia="Times New Roman" w:cs="Times New Roman"/>
          <w:sz w:val="24"/>
        </w:rPr>
        <w:t>following:</w:t>
      </w:r>
    </w:p>
    <w:p>
      <w:pPr>
        <w:spacing w:before="2" w:after="0"/>
      </w:pPr>
    </w:p>
    <w:p>
      <w:pPr>
        <w:spacing w:line="259" w:lineRule="auto"/>
        <w:ind w:hanging="540"/>
      </w:pPr>
      <w:r>
        <w:rPr>
          <w:rFonts w:ascii="Times New Roman" w:hAnsi="Times New Roman" w:eastAsia="Times New Roman" w:cs="Times New Roman"/>
          <w:sz w:val="24"/>
        </w:rPr>
        <w:t xml:space="preserve">Consents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treatment,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issuance </w:t>
      </w:r>
      <w:r>
        <w:rPr>
          <w:rFonts w:ascii="Times New Roman" w:hAnsi="Times New Roman" w:eastAsia="Times New Roman" w:cs="Times New Roman"/>
          <w:sz w:val="24"/>
        </w:rPr>
        <w:t xml:space="preserve">of Do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Resuscitate </w:t>
      </w:r>
      <w:r>
        <w:rPr>
          <w:rFonts w:ascii="Times New Roman" w:hAnsi="Times New Roman" w:eastAsia="Times New Roman" w:cs="Times New Roman"/>
          <w:sz w:val="24"/>
        </w:rPr>
        <w:t xml:space="preserve">(DNR) Orders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similar orders;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120" w:after="0" w:line="259" w:lineRule="auto"/>
        <w:ind w:hanging="540"/>
      </w:pPr>
      <w:r>
        <w:rPr>
          <w:rFonts w:ascii="Times New Roman" w:hAnsi="Times New Roman" w:eastAsia="Times New Roman" w:cs="Times New Roman"/>
          <w:sz w:val="24"/>
        </w:rPr>
        <w:t xml:space="preserve">Requests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transfer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another </w:t>
      </w:r>
      <w:r>
        <w:rPr>
          <w:rFonts w:ascii="Times New Roman" w:hAnsi="Times New Roman" w:eastAsia="Times New Roman" w:cs="Times New Roman"/>
          <w:sz w:val="24"/>
        </w:rPr>
        <w:t xml:space="preserve">facility, to be </w:t>
      </w:r>
      <w:r>
        <w:rPr>
          <w:rFonts w:ascii="Times New Roman" w:hAnsi="Times New Roman" w:eastAsia="Times New Roman" w:cs="Times New Roman"/>
          <w:sz w:val="24"/>
        </w:rPr>
        <w:t xml:space="preserve">discharged against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advice,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similar requests;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120" w:after="0" w:line="259" w:lineRule="auto"/>
        <w:ind w:hanging="540"/>
      </w:pP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desirable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implement 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authorized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pursuant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5" w:after="0"/>
      </w:pPr>
    </w:p>
    <w:p>
      <w:pPr>
        <w:spacing w:line="247" w:lineRule="auto"/>
        <w:ind w:firstLine="0"/>
      </w:pPr>
      <w:r>
        <w:rPr>
          <w:rFonts w:ascii="Times New Roman" w:hAnsi="Times New Roman" w:eastAsia="Times New Roman" w:cs="Times New Roman"/>
          <w:sz w:val="24"/>
        </w:rPr>
        <w:t xml:space="preserve">Special Instructions.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placing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initials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number </w:t>
      </w:r>
      <w:r>
        <w:rPr>
          <w:rFonts w:ascii="Times New Roman" w:hAnsi="Times New Roman" w:eastAsia="Times New Roman" w:cs="Times New Roman"/>
          <w:sz w:val="24"/>
        </w:rPr>
        <w:t xml:space="preserve">3 below, I </w:t>
      </w:r>
      <w:r>
        <w:rPr>
          <w:rFonts w:ascii="Times New Roman" w:hAnsi="Times New Roman" w:eastAsia="Times New Roman" w:cs="Times New Roman"/>
          <w:sz w:val="24"/>
        </w:rPr>
        <w:t xml:space="preserve">want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specifically authorize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or if </w:t>
      </w:r>
      <w:r>
        <w:rPr>
          <w:rFonts w:ascii="Times New Roman" w:hAnsi="Times New Roman" w:eastAsia="Times New Roman" w:cs="Times New Roman"/>
          <w:sz w:val="24"/>
        </w:rPr>
        <w:t xml:space="preserve">treatment </w:t>
      </w:r>
      <w:r>
        <w:rPr>
          <w:rFonts w:ascii="Times New Roman" w:hAnsi="Times New Roman" w:eastAsia="Times New Roman" w:cs="Times New Roman"/>
          <w:sz w:val="24"/>
        </w:rPr>
        <w:t xml:space="preserve"> </w:t>
      </w:r>
      <w:r>
        <w:rPr>
          <w:rFonts w:ascii="Times New Roman" w:hAnsi="Times New Roman" w:eastAsia="Times New Roman" w:cs="Times New Roman"/>
          <w:sz w:val="24"/>
        </w:rPr>
        <w:t>has</w:t>
      </w:r>
    </w:p>
    <w:p>
      <w:pPr>
        <w:spacing w:before="5" w:after="0" w:line="252" w:lineRule="auto"/>
      </w:pPr>
      <w:r>
        <w:rPr>
          <w:rFonts w:ascii="Times New Roman" w:hAnsi="Times New Roman" w:eastAsia="Times New Roman" w:cs="Times New Roman"/>
          <w:b/>
          <w:sz w:val="24"/>
        </w:rPr>
        <w:t xml:space="preserve">commenced, </w:t>
      </w:r>
      <w:r>
        <w:rPr>
          <w:rFonts w:ascii="Times New Roman" w:hAnsi="Times New Roman" w:eastAsia="Times New Roman" w:cs="Times New Roman"/>
          <w:b/>
          <w:sz w:val="24"/>
        </w:rPr>
        <w:t xml:space="preserve">to withdraw </w:t>
      </w:r>
      <w:r>
        <w:rPr>
          <w:rFonts w:ascii="Times New Roman" w:hAnsi="Times New Roman" w:eastAsia="Times New Roman" w:cs="Times New Roman"/>
          <w:b/>
          <w:sz w:val="24"/>
        </w:rPr>
        <w:t xml:space="preserve">consent </w:t>
      </w:r>
      <w:r>
        <w:rPr>
          <w:rFonts w:ascii="Times New Roman" w:hAnsi="Times New Roman" w:eastAsia="Times New Roman" w:cs="Times New Roman"/>
          <w:b/>
          <w:sz w:val="24"/>
        </w:rPr>
        <w:t xml:space="preserve">to, the provision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artificially or </w:t>
      </w:r>
      <w:r>
        <w:rPr>
          <w:rFonts w:ascii="Times New Roman" w:hAnsi="Times New Roman" w:eastAsia="Times New Roman" w:cs="Times New Roman"/>
          <w:b/>
          <w:sz w:val="24"/>
        </w:rPr>
        <w:t xml:space="preserve">technologically </w:t>
      </w:r>
      <w:r>
        <w:rPr>
          <w:rFonts w:ascii="Times New Roman" w:hAnsi="Times New Roman" w:eastAsia="Times New Roman" w:cs="Times New Roman"/>
          <w:b/>
          <w:sz w:val="24"/>
        </w:rPr>
        <w:t xml:space="preserve">supplied </w:t>
      </w:r>
      <w:r>
        <w:rPr>
          <w:rFonts w:ascii="Times New Roman" w:hAnsi="Times New Roman" w:eastAsia="Times New Roman" w:cs="Times New Roman"/>
          <w:b/>
          <w:sz w:val="24"/>
        </w:rPr>
        <w:t xml:space="preserve">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hydration</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if:</w:t>
      </w:r>
    </w:p>
    <w:p>
      <w:pPr>
        <w:spacing w:before="6" w:after="0"/>
      </w:pPr>
    </w:p>
    <w:p>
      <w:pPr>
        <w:ind w:hanging="360"/>
      </w:pPr>
      <w:r>
        <w:rPr>
          <w:rFonts w:ascii="Times New Roman" w:hAnsi="Times New Roman" w:eastAsia="Times New Roman" w:cs="Times New Roman"/>
          <w:b/>
          <w:sz w:val="24"/>
        </w:rPr>
        <w:t xml:space="preserve">I </w:t>
      </w:r>
      <w:r>
        <w:rPr>
          <w:rFonts w:ascii="Times New Roman" w:hAnsi="Times New Roman" w:eastAsia="Times New Roman" w:cs="Times New Roman"/>
          <w:b/>
          <w:sz w:val="24"/>
        </w:rPr>
        <w:t xml:space="preserve">am in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permanently </w:t>
      </w:r>
      <w:r>
        <w:rPr>
          <w:rFonts w:ascii="Times New Roman" w:hAnsi="Times New Roman" w:eastAsia="Times New Roman" w:cs="Times New Roman"/>
          <w:b/>
          <w:sz w:val="24"/>
        </w:rPr>
        <w:t xml:space="preserve">unconscious </w:t>
      </w:r>
      <w:r>
        <w:rPr>
          <w:rFonts w:ascii="Times New Roman" w:hAnsi="Times New Roman" w:eastAsia="Times New Roman" w:cs="Times New Roman"/>
          <w:b/>
          <w:sz w:val="24"/>
        </w:rPr>
        <w:t xml:space="preserve">state;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and</w:t>
      </w:r>
    </w:p>
    <w:p>
      <w:pPr>
        <w:spacing w:before="2" w:after="0"/>
      </w:pPr>
    </w:p>
    <w:p>
      <w:pPr>
        <w:spacing w:line="252" w:lineRule="auto"/>
        <w:ind w:hanging="360"/>
      </w:pPr>
      <w:r>
        <w:rPr>
          <w:rFonts w:ascii="Times New Roman" w:hAnsi="Times New Roman" w:eastAsia="Times New Roman" w:cs="Times New Roman"/>
          <w:b/>
          <w:sz w:val="24"/>
        </w:rPr>
        <w:t xml:space="preserve">My physician and at least one other physician who has examined me </w:t>
      </w:r>
      <w:r>
        <w:rPr>
          <w:rFonts w:ascii="Times New Roman" w:hAnsi="Times New Roman" w:eastAsia="Times New Roman" w:cs="Times New Roman"/>
          <w:b/>
          <w:sz w:val="24"/>
        </w:rPr>
        <w:t xml:space="preserve">have </w:t>
      </w:r>
      <w:r>
        <w:rPr>
          <w:rFonts w:ascii="Times New Roman" w:hAnsi="Times New Roman" w:eastAsia="Times New Roman" w:cs="Times New Roman"/>
          <w:b/>
          <w:sz w:val="24"/>
        </w:rPr>
        <w:t xml:space="preserve">determined, to a reasonable degree of medical certainty, that artificially or technologically supplied nutrition and hydration will not provide comfort to me or relieve </w:t>
      </w:r>
      <w:r>
        <w:rPr>
          <w:rFonts w:ascii="Times New Roman" w:hAnsi="Times New Roman" w:eastAsia="Times New Roman" w:cs="Times New Roman"/>
          <w:b/>
          <w:sz w:val="24"/>
        </w:rPr>
        <w:t xml:space="preserve">my </w:t>
      </w:r>
      <w:r>
        <w:rPr>
          <w:rFonts w:ascii="Times New Roman" w:hAnsi="Times New Roman" w:eastAsia="Times New Roman" w:cs="Times New Roman"/>
          <w:b/>
          <w:sz w:val="24"/>
        </w:rPr>
        <w:t xml:space="preserve">pain; </w:t>
      </w:r>
      <w:r>
        <w:rPr>
          <w:rFonts w:ascii="Times New Roman" w:hAnsi="Times New Roman" w:eastAsia="Times New Roman" w:cs="Times New Roman"/>
          <w:b/>
          <w:sz w:val="24"/>
        </w:rPr>
        <w:t xml:space="preserve"> and</w:t>
      </w:r>
    </w:p>
    <w:p>
      <w:pPr>
        <w:spacing w:before="6" w:after="0"/>
      </w:pPr>
    </w:p>
    <w:p>
      <w:pPr>
        <w:ind w:hanging="380"/>
      </w:pPr>
      <w:r>
        <w:rPr>
          <w:rFonts w:ascii="Times New Roman" w:hAnsi="Times New Roman" w:eastAsia="Times New Roman" w:cs="Times New Roman"/>
          <w:b/>
          <w:sz w:val="24"/>
        </w:rPr>
        <w:t xml:space="preserve">I have </w:t>
      </w:r>
      <w:r>
        <w:rPr>
          <w:rFonts w:ascii="Times New Roman" w:hAnsi="Times New Roman" w:eastAsia="Times New Roman" w:cs="Times New Roman"/>
          <w:b/>
          <w:sz w:val="24"/>
        </w:rPr>
        <w:t xml:space="preserve">placed </w:t>
      </w:r>
      <w:r>
        <w:rPr>
          <w:rFonts w:ascii="Times New Roman" w:hAnsi="Times New Roman" w:eastAsia="Times New Roman" w:cs="Times New Roman"/>
          <w:b/>
          <w:sz w:val="24"/>
        </w:rPr>
        <w:t xml:space="preserve">my </w:t>
      </w:r>
      <w:r>
        <w:rPr>
          <w:rFonts w:ascii="Times New Roman" w:hAnsi="Times New Roman" w:eastAsia="Times New Roman" w:cs="Times New Roman"/>
          <w:b/>
          <w:sz w:val="24"/>
        </w:rPr>
        <w:t xml:space="preserve">initials </w:t>
      </w:r>
      <w:r>
        <w:rPr>
          <w:rFonts w:ascii="Times New Roman" w:hAnsi="Times New Roman" w:eastAsia="Times New Roman" w:cs="Times New Roman"/>
          <w:b/>
          <w:sz w:val="24"/>
        </w:rPr>
        <w:t xml:space="preserve">on </w:t>
      </w:r>
      <w:r>
        <w:rPr>
          <w:rFonts w:ascii="Times New Roman" w:hAnsi="Times New Roman" w:eastAsia="Times New Roman" w:cs="Times New Roman"/>
          <w:b/>
          <w:sz w:val="24"/>
        </w:rPr>
        <w:t xml:space="preserve">this line: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[INITIALS]</w:t>
      </w:r>
    </w:p>
    <w:p>
      <w:pPr/>
    </w:p>
    <w:p>
      <w:pPr>
        <w:spacing w:before="3" w:after="0"/>
      </w:pPr>
    </w:p>
    <w:p>
      <w:pPr>
        <w:spacing w:line="259" w:lineRule="auto"/>
      </w:pPr>
      <w:r>
        <w:rPr>
          <w:rFonts w:ascii="Times New Roman" w:hAnsi="Times New Roman" w:eastAsia="Times New Roman" w:cs="Times New Roman"/>
          <w:b/>
          <w:sz w:val="24"/>
        </w:rPr>
        <w:t xml:space="preserve">Limitations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Agent’s </w:t>
      </w:r>
      <w:r>
        <w:rPr>
          <w:rFonts w:ascii="Times New Roman" w:hAnsi="Times New Roman" w:eastAsia="Times New Roman" w:cs="Times New Roman"/>
          <w:b/>
          <w:sz w:val="24"/>
        </w:rPr>
        <w:t>Authority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understand </w:t>
      </w:r>
      <w:r>
        <w:rPr>
          <w:rFonts w:ascii="Times New Roman" w:hAnsi="Times New Roman" w:eastAsia="Times New Roman" w:cs="Times New Roman"/>
          <w:sz w:val="24"/>
        </w:rPr>
        <w:t xml:space="preserve">that under Ohio </w:t>
      </w:r>
      <w:r>
        <w:rPr>
          <w:rFonts w:ascii="Times New Roman" w:hAnsi="Times New Roman" w:eastAsia="Times New Roman" w:cs="Times New Roman"/>
          <w:sz w:val="24"/>
        </w:rPr>
        <w:t xml:space="preserve">law, </w:t>
      </w:r>
      <w:r>
        <w:rPr>
          <w:rFonts w:ascii="Times New Roman" w:hAnsi="Times New Roman" w:eastAsia="Times New Roman" w:cs="Times New Roman"/>
          <w:sz w:val="24"/>
        </w:rPr>
        <w:t xml:space="preserve">there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five limitations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p>
    <w:p>
      <w:pPr>
        <w:spacing w:before="1" w:after="0"/>
      </w:pPr>
    </w:p>
    <w:p>
      <w:pPr>
        <w:spacing w:line="259" w:lineRule="auto"/>
        <w:ind w:hanging="360"/>
      </w:pP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cannot order </w:t>
      </w:r>
      <w:r>
        <w:rPr>
          <w:rFonts w:ascii="Times New Roman" w:hAnsi="Times New Roman" w:eastAsia="Times New Roman" w:cs="Times New Roman"/>
          <w:sz w:val="24"/>
        </w:rPr>
        <w:t xml:space="preserve">the withdrawal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life-sustaining treatment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am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terminal condition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permanently unconscious state,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two </w:t>
      </w:r>
      <w:r>
        <w:rPr>
          <w:rFonts w:ascii="Times New Roman" w:hAnsi="Times New Roman" w:eastAsia="Times New Roman" w:cs="Times New Roman"/>
          <w:sz w:val="24"/>
        </w:rPr>
        <w:t xml:space="preserve">physicians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confirmed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diagnosis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determined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I have </w:t>
      </w:r>
      <w:r>
        <w:rPr>
          <w:rFonts w:ascii="Times New Roman" w:hAnsi="Times New Roman" w:eastAsia="Times New Roman" w:cs="Times New Roman"/>
          <w:sz w:val="24"/>
        </w:rPr>
        <w:t xml:space="preserve">no </w:t>
      </w:r>
      <w:r>
        <w:rPr>
          <w:rFonts w:ascii="Times New Roman" w:hAnsi="Times New Roman" w:eastAsia="Times New Roman" w:cs="Times New Roman"/>
          <w:sz w:val="24"/>
        </w:rPr>
        <w:t>reasonable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possibility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regaining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ability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1" w:after="0"/>
      </w:pPr>
    </w:p>
    <w:p>
      <w:pPr>
        <w:spacing w:line="259" w:lineRule="auto"/>
        <w:ind w:hanging="360"/>
      </w:pP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cannot order </w:t>
      </w:r>
      <w:r>
        <w:rPr>
          <w:rFonts w:ascii="Times New Roman" w:hAnsi="Times New Roman" w:eastAsia="Times New Roman" w:cs="Times New Roman"/>
          <w:sz w:val="24"/>
        </w:rPr>
        <w:t xml:space="preserve">the withdrawal </w:t>
      </w:r>
      <w:r>
        <w:rPr>
          <w:rFonts w:ascii="Times New Roman" w:hAnsi="Times New Roman" w:eastAsia="Times New Roman" w:cs="Times New Roman"/>
          <w:sz w:val="24"/>
        </w:rPr>
        <w:t xml:space="preserve">of any </w:t>
      </w:r>
      <w:r>
        <w:rPr>
          <w:rFonts w:ascii="Times New Roman" w:hAnsi="Times New Roman" w:eastAsia="Times New Roman" w:cs="Times New Roman"/>
          <w:sz w:val="24"/>
        </w:rPr>
        <w:t xml:space="preserve">treatment </w:t>
      </w:r>
      <w:r>
        <w:rPr>
          <w:rFonts w:ascii="Times New Roman" w:hAnsi="Times New Roman" w:eastAsia="Times New Roman" w:cs="Times New Roman"/>
          <w:sz w:val="24"/>
        </w:rPr>
        <w:t xml:space="preserve">given to provide </w:t>
      </w:r>
      <w:r>
        <w:rPr>
          <w:rFonts w:ascii="Times New Roman" w:hAnsi="Times New Roman" w:eastAsia="Times New Roman" w:cs="Times New Roman"/>
          <w:sz w:val="24"/>
        </w:rPr>
        <w:t xml:space="preserve">comfort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or to </w:t>
      </w:r>
      <w:r>
        <w:rPr>
          <w:rFonts w:ascii="Times New Roman" w:hAnsi="Times New Roman" w:eastAsia="Times New Roman" w:cs="Times New Roman"/>
          <w:sz w:val="24"/>
        </w:rPr>
        <w:t xml:space="preserve">relieve </w:t>
      </w:r>
      <w:r>
        <w:rPr>
          <w:rFonts w:ascii="Times New Roman" w:hAnsi="Times New Roman" w:eastAsia="Times New Roman" w:cs="Times New Roman"/>
          <w:sz w:val="24"/>
        </w:rPr>
        <w:t>pain;</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1" w:after="0"/>
      </w:pPr>
    </w:p>
    <w:p>
      <w:pPr>
        <w:spacing w:line="259" w:lineRule="auto"/>
        <w:ind w:hanging="360"/>
        <w:jc w:val="both"/>
      </w:pPr>
      <w:r>
        <w:rPr>
          <w:rFonts w:ascii="Times New Roman" w:hAnsi="Times New Roman" w:eastAsia="Times New Roman" w:cs="Times New Roman"/>
          <w:sz w:val="24"/>
        </w:rPr>
        <w:t xml:space="preserve">If I am </w:t>
      </w:r>
      <w:r>
        <w:rPr>
          <w:rFonts w:ascii="Times New Roman" w:hAnsi="Times New Roman" w:eastAsia="Times New Roman" w:cs="Times New Roman"/>
          <w:sz w:val="24"/>
        </w:rPr>
        <w:t xml:space="preserve">pregnant,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cannot refuse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refusal </w:t>
      </w:r>
      <w:r>
        <w:rPr>
          <w:rFonts w:ascii="Times New Roman" w:hAnsi="Times New Roman" w:eastAsia="Times New Roman" w:cs="Times New Roman"/>
          <w:sz w:val="24"/>
        </w:rPr>
        <w:t xml:space="preserve">or withdrawal </w:t>
      </w:r>
      <w:r>
        <w:rPr>
          <w:rFonts w:ascii="Times New Roman" w:hAnsi="Times New Roman" w:eastAsia="Times New Roman" w:cs="Times New Roman"/>
          <w:sz w:val="24"/>
        </w:rPr>
        <w:t xml:space="preserve">would </w:t>
      </w:r>
      <w:r>
        <w:rPr>
          <w:rFonts w:ascii="Times New Roman" w:hAnsi="Times New Roman" w:eastAsia="Times New Roman" w:cs="Times New Roman"/>
          <w:sz w:val="24"/>
        </w:rPr>
        <w:t xml:space="preserve">end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pregnancy,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the pregnancy or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would </w:t>
      </w:r>
      <w:r>
        <w:rPr>
          <w:rFonts w:ascii="Times New Roman" w:hAnsi="Times New Roman" w:eastAsia="Times New Roman" w:cs="Times New Roman"/>
          <w:sz w:val="24"/>
        </w:rPr>
        <w:t xml:space="preserve">create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substantial </w:t>
      </w:r>
      <w:r>
        <w:rPr>
          <w:rFonts w:ascii="Times New Roman" w:hAnsi="Times New Roman" w:eastAsia="Times New Roman" w:cs="Times New Roman"/>
          <w:sz w:val="24"/>
        </w:rPr>
        <w:t xml:space="preserve">risk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life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two  </w:t>
      </w:r>
      <w:r>
        <w:rPr>
          <w:rFonts w:ascii="Times New Roman" w:hAnsi="Times New Roman" w:eastAsia="Times New Roman" w:cs="Times New Roman"/>
          <w:sz w:val="24"/>
        </w:rPr>
        <w:t xml:space="preserve"> </w:t>
      </w:r>
      <w:r>
        <w:rPr>
          <w:rFonts w:ascii="Times New Roman" w:hAnsi="Times New Roman" w:eastAsia="Times New Roman" w:cs="Times New Roman"/>
          <w:sz w:val="24"/>
        </w:rPr>
        <w:t>physicians</w:t>
      </w:r>
    </w:p>
    <w:p>
      <w:pPr/>
      <w:r>
        <w:rPr>
          <w:rFonts w:ascii="Times New Roman" w:hAnsi="Times New Roman" w:eastAsia="Times New Roman" w:cs="Times New Roman"/>
          <w:sz w:val="24"/>
        </w:rPr>
        <w:t xml:space="preserve">determine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fetus </w:t>
      </w:r>
      <w:r>
        <w:rPr>
          <w:rFonts w:ascii="Times New Roman" w:hAnsi="Times New Roman" w:eastAsia="Times New Roman" w:cs="Times New Roman"/>
          <w:sz w:val="24"/>
        </w:rPr>
        <w:t xml:space="preserve">would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born </w:t>
      </w:r>
      <w:r>
        <w:rPr>
          <w:rFonts w:ascii="Times New Roman" w:hAnsi="Times New Roman" w:eastAsia="Times New Roman" w:cs="Times New Roman"/>
          <w:sz w:val="24"/>
        </w:rPr>
        <w:t xml:space="preserve">alive; </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48" w:after="0" w:line="259" w:lineRule="auto"/>
        <w:ind w:hanging="360"/>
      </w:pP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cannot order </w:t>
      </w:r>
      <w:r>
        <w:rPr>
          <w:rFonts w:ascii="Times New Roman" w:hAnsi="Times New Roman" w:eastAsia="Times New Roman" w:cs="Times New Roman"/>
          <w:sz w:val="24"/>
        </w:rPr>
        <w:t xml:space="preserve">the withdrawal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artificially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technologically </w:t>
      </w:r>
      <w:r>
        <w:rPr>
          <w:rFonts w:ascii="Times New Roman" w:hAnsi="Times New Roman" w:eastAsia="Times New Roman" w:cs="Times New Roman"/>
          <w:sz w:val="24"/>
        </w:rPr>
        <w:t xml:space="preserve">supplied </w:t>
      </w:r>
      <w:r>
        <w:rPr>
          <w:rFonts w:ascii="Times New Roman" w:hAnsi="Times New Roman" w:eastAsia="Times New Roman" w:cs="Times New Roman"/>
          <w:sz w:val="24"/>
        </w:rPr>
        <w:t xml:space="preserve">nutrition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hydration unless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am </w:t>
      </w:r>
      <w:r>
        <w:rPr>
          <w:rFonts w:ascii="Times New Roman" w:hAnsi="Times New Roman" w:eastAsia="Times New Roman" w:cs="Times New Roman"/>
          <w:sz w:val="24"/>
        </w:rPr>
        <w:t xml:space="preserve">terminally </w:t>
      </w:r>
      <w:r>
        <w:rPr>
          <w:rFonts w:ascii="Times New Roman" w:hAnsi="Times New Roman" w:eastAsia="Times New Roman" w:cs="Times New Roman"/>
          <w:sz w:val="24"/>
        </w:rPr>
        <w:t xml:space="preserve">ill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permanently </w:t>
      </w:r>
      <w:r>
        <w:rPr>
          <w:rFonts w:ascii="Times New Roman" w:hAnsi="Times New Roman" w:eastAsia="Times New Roman" w:cs="Times New Roman"/>
          <w:sz w:val="24"/>
        </w:rPr>
        <w:t xml:space="preserve"> </w:t>
      </w:r>
      <w:r>
        <w:rPr>
          <w:rFonts w:ascii="Times New Roman" w:hAnsi="Times New Roman" w:eastAsia="Times New Roman" w:cs="Times New Roman"/>
          <w:sz w:val="24"/>
        </w:rPr>
        <w:t>unconscious</w:t>
      </w:r>
    </w:p>
    <w:p>
      <w:pPr>
        <w:jc w:val="both"/>
      </w:pP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two </w:t>
      </w:r>
      <w:r>
        <w:rPr>
          <w:rFonts w:ascii="Times New Roman" w:hAnsi="Times New Roman" w:eastAsia="Times New Roman" w:cs="Times New Roman"/>
          <w:sz w:val="24"/>
        </w:rPr>
        <w:t xml:space="preserve">physicians </w:t>
      </w:r>
      <w:r>
        <w:rPr>
          <w:rFonts w:ascii="Times New Roman" w:hAnsi="Times New Roman" w:eastAsia="Times New Roman" w:cs="Times New Roman"/>
          <w:sz w:val="24"/>
        </w:rPr>
        <w:t xml:space="preserve">agree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nutrition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hydration will </w:t>
      </w:r>
      <w:r>
        <w:rPr>
          <w:rFonts w:ascii="Times New Roman" w:hAnsi="Times New Roman" w:eastAsia="Times New Roman" w:cs="Times New Roman"/>
          <w:sz w:val="24"/>
        </w:rPr>
        <w:t xml:space="preserve">no </w:t>
      </w:r>
      <w:r>
        <w:rPr>
          <w:rFonts w:ascii="Times New Roman" w:hAnsi="Times New Roman" w:eastAsia="Times New Roman" w:cs="Times New Roman"/>
          <w:sz w:val="24"/>
        </w:rPr>
        <w:t xml:space="preserve">longer  </w:t>
      </w:r>
      <w:r>
        <w:rPr>
          <w:rFonts w:ascii="Times New Roman" w:hAnsi="Times New Roman" w:eastAsia="Times New Roman" w:cs="Times New Roman"/>
          <w:sz w:val="24"/>
        </w:rPr>
        <w:t xml:space="preserve"> </w:t>
      </w:r>
      <w:r>
        <w:rPr>
          <w:rFonts w:ascii="Times New Roman" w:hAnsi="Times New Roman" w:eastAsia="Times New Roman" w:cs="Times New Roman"/>
          <w:sz w:val="24"/>
        </w:rPr>
        <w:t>provide</w:t>
      </w:r>
    </w:p>
    <w:p>
      <w:pPr>
        <w:spacing w:before="24" w:after="0" w:line="259" w:lineRule="auto"/>
        <w:jc w:val="both"/>
      </w:pPr>
      <w:r>
        <w:rPr>
          <w:rFonts w:ascii="Times New Roman" w:hAnsi="Times New Roman" w:eastAsia="Times New Roman" w:cs="Times New Roman"/>
          <w:sz w:val="24"/>
        </w:rPr>
        <w:t xml:space="preserve">comfort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relieve </w:t>
      </w:r>
      <w:r>
        <w:rPr>
          <w:rFonts w:ascii="Times New Roman" w:hAnsi="Times New Roman" w:eastAsia="Times New Roman" w:cs="Times New Roman"/>
          <w:sz w:val="24"/>
        </w:rPr>
        <w:t xml:space="preserve">pain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event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am </w:t>
      </w:r>
      <w:r>
        <w:rPr>
          <w:rFonts w:ascii="Times New Roman" w:hAnsi="Times New Roman" w:eastAsia="Times New Roman" w:cs="Times New Roman"/>
          <w:sz w:val="24"/>
        </w:rPr>
        <w:t xml:space="preserve">permanently unconscious, </w:t>
      </w:r>
      <w:r>
        <w:rPr>
          <w:rFonts w:ascii="Times New Roman" w:hAnsi="Times New Roman" w:eastAsia="Times New Roman" w:cs="Times New Roman"/>
          <w:sz w:val="24"/>
        </w:rPr>
        <w:t xml:space="preserve">I have </w:t>
      </w:r>
      <w:r>
        <w:rPr>
          <w:rFonts w:ascii="Times New Roman" w:hAnsi="Times New Roman" w:eastAsia="Times New Roman" w:cs="Times New Roman"/>
          <w:sz w:val="24"/>
        </w:rPr>
        <w:t xml:space="preserve">given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specific </w:t>
      </w:r>
      <w:r>
        <w:rPr>
          <w:rFonts w:ascii="Times New Roman" w:hAnsi="Times New Roman" w:eastAsia="Times New Roman" w:cs="Times New Roman"/>
          <w:sz w:val="24"/>
        </w:rPr>
        <w:t xml:space="preserve">direction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nutrition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hydration elsewhere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p>
    <w:p>
      <w:pPr>
        <w:spacing w:before="1" w:after="0"/>
      </w:pPr>
    </w:p>
    <w:p>
      <w:pPr>
        <w:ind w:hanging="360"/>
      </w:pP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previously </w:t>
      </w:r>
      <w:r>
        <w:rPr>
          <w:rFonts w:ascii="Times New Roman" w:hAnsi="Times New Roman" w:eastAsia="Times New Roman" w:cs="Times New Roman"/>
          <w:sz w:val="24"/>
        </w:rPr>
        <w:t xml:space="preserve">consented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cannot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p>
    <w:p>
      <w:pPr>
        <w:spacing w:before="24" w:after="0" w:line="259" w:lineRule="auto"/>
        <w:jc w:val="both"/>
      </w:pPr>
      <w:r>
        <w:rPr>
          <w:rFonts w:ascii="Times New Roman" w:hAnsi="Times New Roman" w:eastAsia="Times New Roman" w:cs="Times New Roman"/>
          <w:sz w:val="24"/>
        </w:rPr>
        <w:t xml:space="preserve">treatment unless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condition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significantly </w:t>
      </w:r>
      <w:r>
        <w:rPr>
          <w:rFonts w:ascii="Times New Roman" w:hAnsi="Times New Roman" w:eastAsia="Times New Roman" w:cs="Times New Roman"/>
          <w:sz w:val="24"/>
        </w:rPr>
        <w:t xml:space="preserve">changed </w:t>
      </w:r>
      <w:r>
        <w:rPr>
          <w:rFonts w:ascii="Times New Roman" w:hAnsi="Times New Roman" w:eastAsia="Times New Roman" w:cs="Times New Roman"/>
          <w:sz w:val="24"/>
        </w:rPr>
        <w:t xml:space="preserve">so </w:t>
      </w:r>
      <w:r>
        <w:rPr>
          <w:rFonts w:ascii="Times New Roman" w:hAnsi="Times New Roman" w:eastAsia="Times New Roman" w:cs="Times New Roman"/>
          <w:sz w:val="24"/>
        </w:rPr>
        <w:t xml:space="preserve">that the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significantly </w:t>
      </w:r>
      <w:r>
        <w:rPr>
          <w:rFonts w:ascii="Times New Roman" w:hAnsi="Times New Roman" w:eastAsia="Times New Roman" w:cs="Times New Roman"/>
          <w:sz w:val="24"/>
        </w:rPr>
        <w:t xml:space="preserve">less </w:t>
      </w:r>
      <w:r>
        <w:rPr>
          <w:rFonts w:ascii="Times New Roman" w:hAnsi="Times New Roman" w:eastAsia="Times New Roman" w:cs="Times New Roman"/>
          <w:sz w:val="24"/>
        </w:rPr>
        <w:t xml:space="preserve">beneficial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achieving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purpose </w:t>
      </w:r>
      <w:r>
        <w:rPr>
          <w:rFonts w:ascii="Times New Roman" w:hAnsi="Times New Roman" w:eastAsia="Times New Roman" w:cs="Times New Roman"/>
          <w:sz w:val="24"/>
        </w:rPr>
        <w:t xml:space="preserve">for which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chose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1" w:after="0"/>
      </w:pPr>
    </w:p>
    <w:p>
      <w:pPr>
        <w:spacing w:line="259" w:lineRule="auto"/>
        <w:jc w:val="both"/>
      </w:pPr>
      <w:r>
        <w:rPr>
          <w:rFonts w:ascii="Times New Roman" w:hAnsi="Times New Roman" w:eastAsia="Times New Roman" w:cs="Times New Roman"/>
          <w:b/>
          <w:sz w:val="24"/>
        </w:rPr>
        <w:t xml:space="preserve">Additional Instructions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Limitations. </w:t>
      </w:r>
      <w:r>
        <w:rPr>
          <w:rFonts w:ascii="Times New Roman" w:hAnsi="Times New Roman" w:eastAsia="Times New Roman" w:cs="Times New Roman"/>
          <w:sz w:val="24"/>
        </w:rPr>
        <w:t xml:space="preserve">I may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additional instructions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impose </w:t>
      </w:r>
      <w:r>
        <w:rPr>
          <w:rFonts w:ascii="Times New Roman" w:hAnsi="Times New Roman" w:eastAsia="Times New Roman" w:cs="Times New Roman"/>
          <w:sz w:val="24"/>
        </w:rPr>
        <w:t xml:space="preserve">additional limitations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[Note: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lines </w:t>
      </w:r>
      <w:r>
        <w:rPr>
          <w:rFonts w:ascii="Times New Roman" w:hAnsi="Times New Roman" w:eastAsia="Times New Roman" w:cs="Times New Roman"/>
          <w:sz w:val="24"/>
        </w:rPr>
        <w:t xml:space="preserve">below you </w:t>
      </w:r>
      <w:r>
        <w:rPr>
          <w:rFonts w:ascii="Times New Roman" w:hAnsi="Times New Roman" w:eastAsia="Times New Roman" w:cs="Times New Roman"/>
          <w:sz w:val="24"/>
        </w:rPr>
        <w:t xml:space="preserve">may write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additional instructions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limitations.  </w:t>
      </w:r>
      <w:r>
        <w:rPr>
          <w:rFonts w:ascii="Times New Roman" w:hAnsi="Times New Roman" w:eastAsia="Times New Roman" w:cs="Times New Roman"/>
          <w:sz w:val="24"/>
        </w:rPr>
        <w:t xml:space="preserve">Here </w:t>
      </w:r>
      <w:r>
        <w:rPr>
          <w:rFonts w:ascii="Times New Roman" w:hAnsi="Times New Roman" w:eastAsia="Times New Roman" w:cs="Times New Roman"/>
          <w:sz w:val="24"/>
        </w:rPr>
        <w:t xml:space="preserve">you may </w:t>
      </w:r>
      <w:r>
        <w:rPr>
          <w:rFonts w:ascii="Times New Roman" w:hAnsi="Times New Roman" w:eastAsia="Times New Roman" w:cs="Times New Roman"/>
          <w:sz w:val="24"/>
        </w:rPr>
        <w:t xml:space="preserve">include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w:t>
      </w:r>
    </w:p>
    <w:p>
      <w:pPr>
        <w:spacing w:line="259" w:lineRule="auto"/>
      </w:pPr>
      <w:r>
        <w:rPr>
          <w:rFonts w:ascii="Times New Roman" w:hAnsi="Times New Roman" w:eastAsia="Times New Roman" w:cs="Times New Roman"/>
          <w:sz w:val="24"/>
        </w:rPr>
        <w:t xml:space="preserve">instructions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limitations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consider </w:t>
      </w:r>
      <w:r>
        <w:rPr>
          <w:rFonts w:ascii="Times New Roman" w:hAnsi="Times New Roman" w:eastAsia="Times New Roman" w:cs="Times New Roman"/>
          <w:sz w:val="24"/>
        </w:rPr>
        <w:t xml:space="preserve">appropriate, </w:t>
      </w:r>
      <w:r>
        <w:rPr>
          <w:rFonts w:ascii="Times New Roman" w:hAnsi="Times New Roman" w:eastAsia="Times New Roman" w:cs="Times New Roman"/>
          <w:sz w:val="24"/>
        </w:rPr>
        <w:t xml:space="preserve">such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instructions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specific types of treatment that are inconsistent with your religious beliefs or unacceptable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for any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 xml:space="preserve">reason.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space </w:t>
      </w:r>
      <w:r>
        <w:rPr>
          <w:rFonts w:ascii="Times New Roman" w:hAnsi="Times New Roman" w:eastAsia="Times New Roman" w:cs="Times New Roman"/>
          <w:sz w:val="24"/>
        </w:rPr>
        <w:t xml:space="preserve">below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sufficient, </w:t>
      </w:r>
      <w:r>
        <w:rPr>
          <w:rFonts w:ascii="Times New Roman" w:hAnsi="Times New Roman" w:eastAsia="Times New Roman" w:cs="Times New Roman"/>
          <w:sz w:val="24"/>
        </w:rPr>
        <w:t xml:space="preserve">you may </w:t>
      </w:r>
      <w:r>
        <w:rPr>
          <w:rFonts w:ascii="Times New Roman" w:hAnsi="Times New Roman" w:eastAsia="Times New Roman" w:cs="Times New Roman"/>
          <w:sz w:val="24"/>
        </w:rPr>
        <w:t>attach</w:t>
      </w:r>
    </w:p>
    <w:p>
      <w:pPr>
        <w:spacing w:line="259" w:lineRule="auto"/>
      </w:pPr>
      <w:r>
        <w:rPr>
          <w:rFonts w:ascii="Times New Roman" w:hAnsi="Times New Roman" w:eastAsia="Times New Roman" w:cs="Times New Roman"/>
          <w:sz w:val="24"/>
        </w:rPr>
        <w:t xml:space="preserve">additional </w:t>
      </w:r>
      <w:r>
        <w:rPr>
          <w:rFonts w:ascii="Times New Roman" w:hAnsi="Times New Roman" w:eastAsia="Times New Roman" w:cs="Times New Roman"/>
          <w:sz w:val="24"/>
        </w:rPr>
        <w:t xml:space="preserve">pages.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include </w:t>
      </w:r>
      <w:r>
        <w:rPr>
          <w:rFonts w:ascii="Times New Roman" w:hAnsi="Times New Roman" w:eastAsia="Times New Roman" w:cs="Times New Roman"/>
          <w:sz w:val="24"/>
        </w:rPr>
        <w:t xml:space="preserve">additional instructions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limitations </w:t>
      </w:r>
      <w:r>
        <w:rPr>
          <w:rFonts w:ascii="Times New Roman" w:hAnsi="Times New Roman" w:eastAsia="Times New Roman" w:cs="Times New Roman"/>
          <w:sz w:val="24"/>
        </w:rPr>
        <w:t xml:space="preserve">here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wishes </w:t>
      </w:r>
      <w:r>
        <w:rPr>
          <w:rFonts w:ascii="Times New Roman" w:hAnsi="Times New Roman" w:eastAsia="Times New Roman" w:cs="Times New Roman"/>
          <w:sz w:val="24"/>
        </w:rPr>
        <w:t xml:space="preserve">change,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should complete </w:t>
      </w:r>
      <w:r>
        <w:rPr>
          <w:rFonts w:ascii="Times New Roman" w:hAnsi="Times New Roman" w:eastAsia="Times New Roman" w:cs="Times New Roman"/>
          <w:sz w:val="24"/>
        </w:rPr>
        <w:t xml:space="preserve">a new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and tell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about the changes.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do </w:t>
      </w:r>
      <w:r>
        <w:rPr>
          <w:rFonts w:ascii="Times New Roman" w:hAnsi="Times New Roman" w:eastAsia="Times New Roman" w:cs="Times New Roman"/>
          <w:sz w:val="24"/>
        </w:rPr>
        <w:t xml:space="preserve">not have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additional instructions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limitations, </w:t>
      </w:r>
      <w:r>
        <w:rPr>
          <w:rFonts w:ascii="Times New Roman" w:hAnsi="Times New Roman" w:eastAsia="Times New Roman" w:cs="Times New Roman"/>
          <w:sz w:val="24"/>
        </w:rPr>
        <w:t xml:space="preserve">you may </w:t>
      </w:r>
      <w:r>
        <w:rPr>
          <w:rFonts w:ascii="Times New Roman" w:hAnsi="Times New Roman" w:eastAsia="Times New Roman" w:cs="Times New Roman"/>
          <w:sz w:val="24"/>
        </w:rPr>
        <w:t xml:space="preserve">wish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write “None” </w:t>
      </w:r>
      <w:r>
        <w:rPr>
          <w:rFonts w:ascii="Times New Roman" w:hAnsi="Times New Roman" w:eastAsia="Times New Roman" w:cs="Times New Roman"/>
          <w:sz w:val="24"/>
        </w:rPr>
        <w:t xml:space="preserve">below </w:t>
      </w:r>
      <w:r>
        <w:rPr>
          <w:rFonts w:ascii="Times New Roman" w:hAnsi="Times New Roman" w:eastAsia="Times New Roman" w:cs="Times New Roman"/>
          <w:sz w:val="24"/>
        </w:rPr>
        <w:t xml:space="preserve">or cross </w:t>
      </w:r>
      <w:r>
        <w:rPr>
          <w:rFonts w:ascii="Times New Roman" w:hAnsi="Times New Roman" w:eastAsia="Times New Roman" w:cs="Times New Roman"/>
          <w:sz w:val="24"/>
        </w:rPr>
        <w:t xml:space="preserve">out the </w:t>
      </w:r>
      <w:r>
        <w:rPr>
          <w:rFonts w:ascii="Times New Roman" w:hAnsi="Times New Roman" w:eastAsia="Times New Roman" w:cs="Times New Roman"/>
          <w:sz w:val="24"/>
        </w:rPr>
        <w:t xml:space="preserve">unused  </w:t>
      </w:r>
      <w:r>
        <w:rPr>
          <w:rFonts w:ascii="Times New Roman" w:hAnsi="Times New Roman" w:eastAsia="Times New Roman" w:cs="Times New Roman"/>
          <w:sz w:val="24"/>
        </w:rPr>
        <w:t xml:space="preserve"> </w:t>
      </w:r>
      <w:r>
        <w:rPr>
          <w:rFonts w:ascii="Times New Roman" w:hAnsi="Times New Roman" w:eastAsia="Times New Roman" w:cs="Times New Roman"/>
          <w:sz w:val="24"/>
        </w:rPr>
        <w:t>lines.]</w:t>
      </w:r>
    </w:p>
    <w:p>
      <w:pPr/>
    </w:p>
    <w:p>
      <w:pPr>
        <w:spacing w:before="48" w:after="0" w:line="259" w:lineRule="auto"/>
      </w:pPr>
      <w:r>
        <w:rPr>
          <w:rFonts w:ascii="Times New Roman" w:hAnsi="Times New Roman" w:eastAsia="Times New Roman" w:cs="Times New Roman"/>
          <w:b/>
          <w:sz w:val="24"/>
        </w:rPr>
        <w:t xml:space="preserve">No </w:t>
      </w:r>
      <w:r>
        <w:rPr>
          <w:rFonts w:ascii="Times New Roman" w:hAnsi="Times New Roman" w:eastAsia="Times New Roman" w:cs="Times New Roman"/>
          <w:b/>
          <w:sz w:val="24"/>
        </w:rPr>
        <w:t xml:space="preserve">Expiration </w:t>
      </w:r>
      <w:r>
        <w:rPr>
          <w:rFonts w:ascii="Times New Roman" w:hAnsi="Times New Roman" w:eastAsia="Times New Roman" w:cs="Times New Roman"/>
          <w:b/>
          <w:sz w:val="24"/>
        </w:rPr>
        <w:t>Date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no </w:t>
      </w:r>
      <w:r>
        <w:rPr>
          <w:rFonts w:ascii="Times New Roman" w:hAnsi="Times New Roman" w:eastAsia="Times New Roman" w:cs="Times New Roman"/>
          <w:sz w:val="24"/>
        </w:rPr>
        <w:t xml:space="preserve">expiration </w:t>
      </w:r>
      <w:r>
        <w:rPr>
          <w:rFonts w:ascii="Times New Roman" w:hAnsi="Times New Roman" w:eastAsia="Times New Roman" w:cs="Times New Roman"/>
          <w:sz w:val="24"/>
        </w:rPr>
        <w:t xml:space="preserve">date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affected </w:t>
      </w:r>
      <w:r>
        <w:rPr>
          <w:rFonts w:ascii="Times New Roman" w:hAnsi="Times New Roman" w:eastAsia="Times New Roman" w:cs="Times New Roman"/>
          <w:sz w:val="24"/>
        </w:rPr>
        <w:t xml:space="preserve">by my </w:t>
      </w:r>
      <w:r>
        <w:rPr>
          <w:rFonts w:ascii="Times New Roman" w:hAnsi="Times New Roman" w:eastAsia="Times New Roman" w:cs="Times New Roman"/>
          <w:sz w:val="24"/>
        </w:rPr>
        <w:t xml:space="preserve">disability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passage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 </w:t>
      </w:r>
      <w:r>
        <w:rPr>
          <w:rFonts w:ascii="Times New Roman" w:hAnsi="Times New Roman" w:eastAsia="Times New Roman" w:cs="Times New Roman"/>
          <w:sz w:val="24"/>
        </w:rPr>
        <w:t>time.</w:t>
      </w:r>
    </w:p>
    <w:p>
      <w:pPr>
        <w:spacing w:before="1" w:after="0"/>
      </w:pPr>
    </w:p>
    <w:p>
      <w:pPr>
        <w:spacing w:line="259" w:lineRule="auto"/>
      </w:pPr>
      <w:r>
        <w:rPr>
          <w:rFonts w:ascii="Times New Roman" w:hAnsi="Times New Roman" w:eastAsia="Times New Roman" w:cs="Times New Roman"/>
          <w:b/>
          <w:sz w:val="24"/>
        </w:rPr>
        <w:t>Guardian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intend </w:t>
      </w:r>
      <w:r>
        <w:rPr>
          <w:rFonts w:ascii="Times New Roman" w:hAnsi="Times New Roman" w:eastAsia="Times New Roman" w:cs="Times New Roman"/>
          <w:sz w:val="24"/>
        </w:rPr>
        <w:t xml:space="preserve">that the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given to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eliminate </w:t>
      </w:r>
      <w:r>
        <w:rPr>
          <w:rFonts w:ascii="Times New Roman" w:hAnsi="Times New Roman" w:eastAsia="Times New Roman" w:cs="Times New Roman"/>
          <w:sz w:val="24"/>
        </w:rPr>
        <w:t xml:space="preserve">the need for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court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appoint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guardian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However, </w:t>
      </w:r>
      <w:r>
        <w:rPr>
          <w:rFonts w:ascii="Times New Roman" w:hAnsi="Times New Roman" w:eastAsia="Times New Roman" w:cs="Times New Roman"/>
          <w:sz w:val="24"/>
        </w:rPr>
        <w:t xml:space="preserve">should such </w:t>
      </w:r>
      <w:r>
        <w:rPr>
          <w:rFonts w:ascii="Times New Roman" w:hAnsi="Times New Roman" w:eastAsia="Times New Roman" w:cs="Times New Roman"/>
          <w:sz w:val="24"/>
        </w:rPr>
        <w:t xml:space="preserve">proceedings start,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nominate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serve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guardian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person, without </w:t>
      </w:r>
      <w:r>
        <w:rPr>
          <w:rFonts w:ascii="Times New Roman" w:hAnsi="Times New Roman" w:eastAsia="Times New Roman" w:cs="Times New Roman"/>
          <w:sz w:val="24"/>
        </w:rPr>
        <w:t xml:space="preserve"> </w:t>
      </w:r>
      <w:r>
        <w:rPr>
          <w:rFonts w:ascii="Times New Roman" w:hAnsi="Times New Roman" w:eastAsia="Times New Roman" w:cs="Times New Roman"/>
          <w:sz w:val="24"/>
        </w:rPr>
        <w:t>bond.</w:t>
      </w:r>
    </w:p>
    <w:p>
      <w:pPr>
        <w:spacing w:before="1" w:after="0"/>
      </w:pPr>
    </w:p>
    <w:p>
      <w:pPr>
        <w:spacing w:line="259" w:lineRule="auto"/>
      </w:pPr>
      <w:r>
        <w:rPr>
          <w:rFonts w:ascii="Times New Roman" w:hAnsi="Times New Roman" w:eastAsia="Times New Roman" w:cs="Times New Roman"/>
          <w:b/>
          <w:sz w:val="24"/>
        </w:rPr>
        <w:t xml:space="preserve">Enforcement </w:t>
      </w:r>
      <w:r>
        <w:rPr>
          <w:rFonts w:ascii="Times New Roman" w:hAnsi="Times New Roman" w:eastAsia="Times New Roman" w:cs="Times New Roman"/>
          <w:b/>
          <w:sz w:val="24"/>
        </w:rPr>
        <w:t xml:space="preserve">by </w:t>
      </w:r>
      <w:r>
        <w:rPr>
          <w:rFonts w:ascii="Times New Roman" w:hAnsi="Times New Roman" w:eastAsia="Times New Roman" w:cs="Times New Roman"/>
          <w:b/>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take for me,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expense,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action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considers </w:t>
      </w:r>
      <w:r>
        <w:rPr>
          <w:rFonts w:ascii="Times New Roman" w:hAnsi="Times New Roman" w:eastAsia="Times New Roman" w:cs="Times New Roman"/>
          <w:sz w:val="24"/>
        </w:rPr>
        <w:t xml:space="preserve">advisable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enforce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wishes under this </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1" w:after="0"/>
      </w:pPr>
    </w:p>
    <w:p>
      <w:pPr>
        <w:spacing w:line="259" w:lineRule="auto"/>
      </w:pPr>
      <w:r>
        <w:rPr>
          <w:rFonts w:ascii="Times New Roman" w:hAnsi="Times New Roman" w:eastAsia="Times New Roman" w:cs="Times New Roman"/>
          <w:b/>
          <w:sz w:val="24"/>
        </w:rPr>
        <w:t xml:space="preserve">Release </w:t>
      </w:r>
      <w:r>
        <w:rPr>
          <w:rFonts w:ascii="Times New Roman" w:hAnsi="Times New Roman" w:eastAsia="Times New Roman" w:cs="Times New Roman"/>
          <w:b/>
          <w:sz w:val="24"/>
        </w:rPr>
        <w:t xml:space="preserve">of Agent’s Personal </w:t>
      </w:r>
      <w:r>
        <w:rPr>
          <w:rFonts w:ascii="Times New Roman" w:hAnsi="Times New Roman" w:eastAsia="Times New Roman" w:cs="Times New Roman"/>
          <w:b/>
          <w:sz w:val="24"/>
        </w:rPr>
        <w:t>Liability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agent will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incur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personal liability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me or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estate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making reasonable choices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good faith </w:t>
      </w:r>
      <w:r>
        <w:rPr>
          <w:rFonts w:ascii="Times New Roman" w:hAnsi="Times New Roman" w:eastAsia="Times New Roman" w:cs="Times New Roman"/>
          <w:sz w:val="24"/>
        </w:rPr>
        <w:t xml:space="preserve">concerning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1" w:after="0"/>
      </w:pPr>
    </w:p>
    <w:p>
      <w:pPr/>
      <w:r>
        <w:rPr>
          <w:rFonts w:ascii="Times New Roman" w:hAnsi="Times New Roman" w:eastAsia="Times New Roman" w:cs="Times New Roman"/>
          <w:b/>
          <w:sz w:val="24"/>
        </w:rPr>
        <w:t xml:space="preserve">Copies </w:t>
      </w:r>
      <w:r>
        <w:rPr>
          <w:rFonts w:ascii="Times New Roman" w:hAnsi="Times New Roman" w:eastAsia="Times New Roman" w:cs="Times New Roman"/>
          <w:b/>
          <w:sz w:val="24"/>
        </w:rPr>
        <w:t xml:space="preserve">the </w:t>
      </w:r>
      <w:r>
        <w:rPr>
          <w:rFonts w:ascii="Times New Roman" w:hAnsi="Times New Roman" w:eastAsia="Times New Roman" w:cs="Times New Roman"/>
          <w:b/>
          <w:sz w:val="24"/>
        </w:rPr>
        <w:t xml:space="preserve">Same </w:t>
      </w:r>
      <w:r>
        <w:rPr>
          <w:rFonts w:ascii="Times New Roman" w:hAnsi="Times New Roman" w:eastAsia="Times New Roman" w:cs="Times New Roman"/>
          <w:b/>
          <w:sz w:val="24"/>
        </w:rPr>
        <w:t xml:space="preserve">as </w:t>
      </w:r>
      <w:r>
        <w:rPr>
          <w:rFonts w:ascii="Times New Roman" w:hAnsi="Times New Roman" w:eastAsia="Times New Roman" w:cs="Times New Roman"/>
          <w:b/>
          <w:sz w:val="24"/>
        </w:rPr>
        <w:t>Original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rely on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copy of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2" w:after="0"/>
      </w:pPr>
    </w:p>
    <w:p>
      <w:pPr>
        <w:spacing w:line="259" w:lineRule="auto"/>
      </w:pPr>
      <w:r>
        <w:rPr>
          <w:rFonts w:ascii="Times New Roman" w:hAnsi="Times New Roman" w:eastAsia="Times New Roman" w:cs="Times New Roman"/>
          <w:b/>
          <w:sz w:val="24"/>
        </w:rPr>
        <w:t xml:space="preserve">Out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State </w:t>
      </w:r>
      <w:r>
        <w:rPr>
          <w:rFonts w:ascii="Times New Roman" w:hAnsi="Times New Roman" w:eastAsia="Times New Roman" w:cs="Times New Roman"/>
          <w:b/>
          <w:sz w:val="24"/>
        </w:rPr>
        <w:t>Application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intend that 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honored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jurisdiction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extent </w:t>
      </w:r>
      <w:r>
        <w:rPr>
          <w:rFonts w:ascii="Times New Roman" w:hAnsi="Times New Roman" w:eastAsia="Times New Roman" w:cs="Times New Roman"/>
          <w:sz w:val="24"/>
        </w:rPr>
        <w:t xml:space="preserve">allowed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 </w:t>
      </w:r>
      <w:r>
        <w:rPr>
          <w:rFonts w:ascii="Times New Roman" w:hAnsi="Times New Roman" w:eastAsia="Times New Roman" w:cs="Times New Roman"/>
          <w:sz w:val="24"/>
        </w:rPr>
        <w:t>law.</w:t>
      </w:r>
    </w:p>
    <w:p>
      <w:pPr>
        <w:spacing w:before="2" w:after="0"/>
      </w:pPr>
    </w:p>
    <w:p>
      <w:pPr>
        <w:spacing w:before="68" w:after="0"/>
      </w:pPr>
      <w:r>
        <w:rPr>
          <w:rFonts w:ascii="Times New Roman" w:hAnsi="Times New Roman" w:eastAsia="Times New Roman" w:cs="Times New Roman"/>
          <w:b/>
          <w:sz w:val="24"/>
        </w:rPr>
        <w:t xml:space="preserve">Living </w:t>
      </w:r>
      <w:r>
        <w:rPr>
          <w:rFonts w:ascii="Times New Roman" w:hAnsi="Times New Roman" w:eastAsia="Times New Roman" w:cs="Times New Roman"/>
          <w:b/>
          <w:sz w:val="24"/>
        </w:rPr>
        <w:t xml:space="preserve">Will.  </w:t>
      </w:r>
      <w:r>
        <w:rPr>
          <w:rFonts w:ascii="Times New Roman" w:hAnsi="Times New Roman" w:eastAsia="Times New Roman" w:cs="Times New Roman"/>
          <w:sz w:val="24"/>
        </w:rPr>
        <w:t xml:space="preserve">I have </w:t>
      </w:r>
      <w:r>
        <w:rPr>
          <w:rFonts w:ascii="Times New Roman" w:hAnsi="Times New Roman" w:eastAsia="Times New Roman" w:cs="Times New Roman"/>
          <w:sz w:val="24"/>
        </w:rPr>
        <w:t xml:space="preserve">completed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Living</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Yes</w:t>
      </w:r>
      <w:r>
        <w:rPr>
          <w:rFonts w:ascii="Times New Roman" w:hAnsi="Times New Roman" w:eastAsia="Times New Roman" w:cs="Times New Roman"/>
          <w:sz w:val="24"/>
        </w:rPr>
        <w:t xml:space="preserve"> </w:t>
      </w: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No</w:t>
      </w:r>
    </w:p>
    <w:p>
      <w:pPr>
        <w:spacing w:before="2" w:after="0"/>
      </w:pPr>
    </w:p>
    <w:p>
      <w:pPr>
        <w:spacing w:before="68" w:after="0" w:line="259" w:lineRule="auto"/>
      </w:pPr>
      <w:r>
        <w:rPr>
          <w:rFonts w:ascii="Times New Roman" w:hAnsi="Times New Roman" w:eastAsia="Times New Roman" w:cs="Times New Roman"/>
          <w:b/>
          <w:sz w:val="24"/>
        </w:rPr>
        <w:t xml:space="preserve">Anatomical Gift(s).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made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wishes </w:t>
      </w:r>
      <w:r>
        <w:rPr>
          <w:rFonts w:ascii="Times New Roman" w:hAnsi="Times New Roman" w:eastAsia="Times New Roman" w:cs="Times New Roman"/>
          <w:sz w:val="24"/>
        </w:rPr>
        <w:t xml:space="preserve">known </w:t>
      </w:r>
      <w:r>
        <w:rPr>
          <w:rFonts w:ascii="Times New Roman" w:hAnsi="Times New Roman" w:eastAsia="Times New Roman" w:cs="Times New Roman"/>
          <w:sz w:val="24"/>
        </w:rPr>
        <w:t xml:space="preserve">regarding organ and tissue donation in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Living</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Yes</w:t>
        <w:tab/>
      </w:r>
      <w:r>
        <w:rPr>
          <w:rFonts w:ascii="Times New Roman" w:hAnsi="Times New Roman" w:eastAsia="Times New Roman" w:cs="Times New Roman"/>
          <w:sz w:val="24"/>
        </w:rPr>
        <w:t xml:space="preserve"> </w:t>
      </w: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No</w:t>
      </w:r>
    </w:p>
    <w:p>
      <w:pPr>
        <w:spacing w:before="1" w:after="0"/>
      </w:pPr>
    </w:p>
    <w:p>
      <w:pPr/>
      <w:r>
        <w:rPr>
          <w:rFonts w:ascii="Times New Roman" w:hAnsi="Times New Roman" w:eastAsia="Times New Roman" w:cs="Times New Roman"/>
          <w:b/>
          <w:sz w:val="24"/>
        </w:rPr>
        <w:t xml:space="preserve">Donor Registry Enrollment </w:t>
      </w:r>
      <w:r>
        <w:rPr>
          <w:rFonts w:ascii="Times New Roman" w:hAnsi="Times New Roman" w:eastAsia="Times New Roman" w:cs="Times New Roman"/>
          <w:b/>
          <w:sz w:val="24"/>
        </w:rPr>
        <w:t xml:space="preserve">Form. </w:t>
      </w: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have </w:t>
      </w:r>
      <w:r>
        <w:rPr>
          <w:rFonts w:ascii="Times New Roman" w:hAnsi="Times New Roman" w:eastAsia="Times New Roman" w:cs="Times New Roman"/>
          <w:sz w:val="24"/>
        </w:rPr>
        <w:t>completed the Donor Registry Enrollment</w:t>
      </w:r>
      <w:r>
        <w:rPr>
          <w:rFonts w:ascii="Times New Roman" w:hAnsi="Times New Roman" w:eastAsia="Times New Roman" w:cs="Times New Roman"/>
          <w:sz w:val="24"/>
        </w:rPr>
        <w:t xml:space="preserve"> </w:t>
      </w:r>
      <w:r>
        <w:rPr>
          <w:rFonts w:ascii="Times New Roman" w:hAnsi="Times New Roman" w:eastAsia="Times New Roman" w:cs="Times New Roman"/>
          <w:sz w:val="24"/>
        </w:rPr>
        <w:t>Form:</w:t>
      </w:r>
    </w:p>
    <w:p>
      <w:pPr>
        <w:spacing w:before="24"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Yes</w:t>
      </w:r>
      <w:r>
        <w:rPr>
          <w:rFonts w:ascii="Times New Roman" w:hAnsi="Times New Roman" w:eastAsia="Times New Roman" w:cs="Times New Roman"/>
          <w:sz w:val="24"/>
        </w:rPr>
        <w:t xml:space="preserve">  </w:t>
      </w: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No</w:t>
      </w:r>
    </w:p>
    <w:p>
      <w:pPr>
        <w:spacing w:before="2" w:after="0"/>
      </w:pPr>
    </w:p>
    <w:p>
      <w:pPr>
        <w:jc w:val="center"/>
      </w:pPr>
      <w:r>
        <w:rPr>
          <w:rFonts w:ascii="Times New Roman" w:hAnsi="Times New Roman" w:eastAsia="Times New Roman" w:cs="Times New Roman"/>
          <w:sz w:val="24"/>
        </w:rPr>
        <w:t>SIGNATURE</w:t>
      </w:r>
    </w:p>
    <w:p>
      <w:pPr>
        <w:spacing w:before="24" w:after="0"/>
        <w:jc w:val="center"/>
      </w:pPr>
      <w:r>
        <w:rPr>
          <w:rFonts w:ascii="Times New Roman" w:hAnsi="Times New Roman" w:eastAsia="Times New Roman" w:cs="Times New Roman"/>
          <w:sz w:val="24"/>
        </w:rPr>
        <w:t>[See next page for witness or 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requirements.]</w:t>
      </w:r>
    </w:p>
    <w:p>
      <w:pPr>
        <w:spacing w:before="2" w:after="0"/>
      </w:pPr>
    </w:p>
    <w:p>
      <w:pPr>
        <w:spacing w:line="312" w:lineRule="auto"/>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understand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purpose </w:t>
      </w:r>
      <w:r>
        <w:rPr>
          <w:rFonts w:ascii="Times New Roman" w:hAnsi="Times New Roman" w:eastAsia="Times New Roman" w:cs="Times New Roman"/>
          <w:sz w:val="24"/>
        </w:rPr>
        <w:t xml:space="preserve">and effect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sign </w:t>
      </w:r>
      <w:r>
        <w:rPr>
          <w:rFonts w:ascii="Times New Roman" w:hAnsi="Times New Roman" w:eastAsia="Times New Roman" w:cs="Times New Roman"/>
          <w:sz w:val="24"/>
        </w:rPr>
        <w:t xml:space="preserve">my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[DAY]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20</w:t>
      </w:r>
      <w:r>
        <w:rPr>
          <w:rFonts w:ascii="Times New Roman" w:hAnsi="Times New Roman" w:eastAsia="Times New Roman" w:cs="Times New Roman"/>
          <w:sz w:val="24"/>
        </w:rPr>
        <w:t xml:space="preserve"> </w:t>
      </w:r>
      <w:r>
        <w:rPr>
          <w:rFonts w:ascii="Times New Roman" w:hAnsi="Times New Roman" w:eastAsia="Times New Roman" w:cs="Times New Roman"/>
          <w:sz w:val="24"/>
        </w:rPr>
        <w:t>[MONTH]</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Ohio.</w:t>
      </w:r>
    </w:p>
    <w:p>
      <w:pPr/>
    </w:p>
    <w:p>
      <w:pPr>
        <w:spacing w:before="10" w:after="0"/>
      </w:pPr>
    </w:p>
    <w:p>
      <w:pPr>
        <w:spacing w:line="20" w:lineRule="exact"/>
      </w:pPr>
    </w:p>
    <w:p>
      <w:pPr>
        <w:spacing w:before="98" w:after="0"/>
      </w:pPr>
      <w:r>
        <w:rPr>
          <w:rFonts w:ascii="Times New Roman" w:hAnsi="Times New Roman" w:eastAsia="Times New Roman" w:cs="Times New Roman"/>
          <w:sz w:val="24"/>
        </w:rPr>
        <w:t>PRINCIPAL</w:t>
      </w:r>
    </w:p>
    <w:p>
      <w:pPr>
        <w:spacing w:before="2" w:after="0"/>
      </w:pPr>
    </w:p>
    <w:p>
      <w:pPr>
        <w:spacing w:line="259" w:lineRule="auto"/>
      </w:pPr>
      <w:r>
        <w:rPr>
          <w:rFonts w:ascii="Times New Roman" w:hAnsi="Times New Roman" w:eastAsia="Times New Roman" w:cs="Times New Roman"/>
          <w:sz w:val="24"/>
        </w:rPr>
        <w:t xml:space="preserve">[You are </w:t>
      </w:r>
      <w:r>
        <w:rPr>
          <w:rFonts w:ascii="Times New Roman" w:hAnsi="Times New Roman" w:eastAsia="Times New Roman" w:cs="Times New Roman"/>
          <w:sz w:val="24"/>
        </w:rPr>
        <w:t xml:space="preserve">responsible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telling </w:t>
      </w:r>
      <w:r>
        <w:rPr>
          <w:rFonts w:ascii="Times New Roman" w:hAnsi="Times New Roman" w:eastAsia="Times New Roman" w:cs="Times New Roman"/>
          <w:sz w:val="24"/>
        </w:rPr>
        <w:t xml:space="preserve">members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your family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your physician </w:t>
      </w:r>
      <w:r>
        <w:rPr>
          <w:rFonts w:ascii="Times New Roman" w:hAnsi="Times New Roman" w:eastAsia="Times New Roman" w:cs="Times New Roman"/>
          <w:sz w:val="24"/>
        </w:rPr>
        <w:t xml:space="preserve">about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and the </w:t>
      </w:r>
      <w:r>
        <w:rPr>
          <w:rFonts w:ascii="Times New Roman" w:hAnsi="Times New Roman" w:eastAsia="Times New Roman" w:cs="Times New Roman"/>
          <w:sz w:val="24"/>
        </w:rPr>
        <w:t xml:space="preserve">name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also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wish, </w:t>
      </w:r>
      <w:r>
        <w:rPr>
          <w:rFonts w:ascii="Times New Roman" w:hAnsi="Times New Roman" w:eastAsia="Times New Roman" w:cs="Times New Roman"/>
          <w:sz w:val="24"/>
        </w:rPr>
        <w:t xml:space="preserve">but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required to </w:t>
      </w:r>
      <w:r>
        <w:rPr>
          <w:rFonts w:ascii="Times New Roman" w:hAnsi="Times New Roman" w:eastAsia="Times New Roman" w:cs="Times New Roman"/>
          <w:sz w:val="24"/>
        </w:rPr>
        <w:t xml:space="preserve">tell </w:t>
      </w:r>
      <w:r>
        <w:rPr>
          <w:rFonts w:ascii="Times New Roman" w:hAnsi="Times New Roman" w:eastAsia="Times New Roman" w:cs="Times New Roman"/>
          <w:sz w:val="24"/>
        </w:rPr>
        <w:t xml:space="preserve">your religious </w:t>
      </w:r>
      <w:r>
        <w:rPr>
          <w:rFonts w:ascii="Times New Roman" w:hAnsi="Times New Roman" w:eastAsia="Times New Roman" w:cs="Times New Roman"/>
          <w:sz w:val="24"/>
        </w:rPr>
        <w:t xml:space="preserve">advisor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your lawyer 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have signed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wish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copy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each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 </w:t>
      </w:r>
      <w:r>
        <w:rPr>
          <w:rFonts w:ascii="Times New Roman" w:hAnsi="Times New Roman" w:eastAsia="Times New Roman" w:cs="Times New Roman"/>
          <w:sz w:val="24"/>
        </w:rPr>
        <w:t>notified.]</w:t>
      </w:r>
    </w:p>
    <w:p>
      <w:pPr>
        <w:spacing w:before="1" w:after="0"/>
      </w:pPr>
    </w:p>
    <w:p>
      <w:pPr>
        <w:spacing w:line="259" w:lineRule="auto"/>
      </w:pP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may choose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file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copy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with your county </w:t>
      </w:r>
      <w:r>
        <w:rPr>
          <w:rFonts w:ascii="Times New Roman" w:hAnsi="Times New Roman" w:eastAsia="Times New Roman" w:cs="Times New Roman"/>
          <w:sz w:val="24"/>
        </w:rPr>
        <w:t>recorder for</w:t>
      </w:r>
      <w:r>
        <w:rPr>
          <w:rFonts w:ascii="Times New Roman" w:hAnsi="Times New Roman" w:eastAsia="Times New Roman" w:cs="Times New Roman"/>
          <w:sz w:val="24"/>
        </w:rPr>
        <w:t xml:space="preserve"> </w:t>
      </w:r>
      <w:r>
        <w:rPr>
          <w:rFonts w:ascii="Times New Roman" w:hAnsi="Times New Roman" w:eastAsia="Times New Roman" w:cs="Times New Roman"/>
          <w:sz w:val="24"/>
        </w:rPr>
        <w:t>safekeeping.]</w:t>
      </w:r>
    </w:p>
    <w:p>
      <w:pPr>
        <w:spacing w:before="48" w:after="0"/>
        <w:jc w:val="center"/>
      </w:pPr>
      <w:r>
        <w:rPr>
          <w:rFonts w:ascii="Times New Roman" w:hAnsi="Times New Roman" w:eastAsia="Times New Roman" w:cs="Times New Roman"/>
          <w:sz w:val="24"/>
        </w:rPr>
        <w:t xml:space="preserve">WITNESSES </w:t>
      </w:r>
      <w:r>
        <w:rPr>
          <w:rFonts w:ascii="Times New Roman" w:hAnsi="Times New Roman" w:eastAsia="Times New Roman" w:cs="Times New Roman"/>
          <w:sz w:val="24"/>
        </w:rPr>
        <w:t xml:space="preserve">OR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ACKNOWLEDGMENT</w:t>
      </w:r>
    </w:p>
    <w:p>
      <w:pPr>
        <w:spacing w:before="4" w:after="0"/>
        <w:jc w:val="center"/>
      </w:pPr>
      <w:r>
        <w:rPr>
          <w:rFonts w:ascii="Times New Roman" w:hAnsi="Times New Roman" w:eastAsia="Times New Roman" w:cs="Times New Roman"/>
          <w:sz w:val="24"/>
        </w:rPr>
        <w:t>[Choose</w:t>
      </w:r>
      <w:r>
        <w:rPr>
          <w:rFonts w:ascii="Times New Roman" w:hAnsi="Times New Roman" w:eastAsia="Times New Roman" w:cs="Times New Roman"/>
          <w:sz w:val="24"/>
        </w:rPr>
        <w:t xml:space="preserve"> </w:t>
      </w:r>
      <w:r>
        <w:rPr>
          <w:rFonts w:ascii="Times New Roman" w:hAnsi="Times New Roman" w:eastAsia="Times New Roman" w:cs="Times New Roman"/>
          <w:sz w:val="24"/>
        </w:rPr>
        <w:t>one.]</w:t>
      </w:r>
    </w:p>
    <w:p>
      <w:pPr>
        <w:spacing w:before="8" w:after="0"/>
      </w:pPr>
    </w:p>
    <w:p>
      <w:pPr>
        <w:spacing w:line="240" w:lineRule="auto"/>
        <w:jc w:val="both"/>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valid</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w:t>
      </w:r>
      <w:r>
        <w:rPr>
          <w:rFonts w:ascii="Times New Roman" w:hAnsi="Times New Roman" w:eastAsia="Times New Roman" w:cs="Times New Roman"/>
          <w:sz w:val="24"/>
        </w:rPr>
        <w:t xml:space="preserve"> </w:t>
      </w:r>
      <w:r>
        <w:rPr>
          <w:rFonts w:ascii="Times New Roman" w:hAnsi="Times New Roman" w:eastAsia="Times New Roman" w:cs="Times New Roman"/>
          <w:sz w:val="24"/>
        </w:rPr>
        <w:t>it</w:t>
      </w:r>
      <w:r>
        <w:rPr>
          <w:rFonts w:ascii="Times New Roman" w:hAnsi="Times New Roman" w:eastAsia="Times New Roman" w:cs="Times New Roman"/>
          <w:sz w:val="24"/>
        </w:rPr>
        <w:t xml:space="preserve"> </w:t>
      </w:r>
      <w:r>
        <w:rPr>
          <w:rFonts w:ascii="Times New Roman" w:hAnsi="Times New Roman" w:eastAsia="Times New Roman" w:cs="Times New Roman"/>
          <w:sz w:val="24"/>
        </w:rPr>
        <w:t>either</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two</w:t>
      </w:r>
      <w:r>
        <w:rPr>
          <w:rFonts w:ascii="Times New Roman" w:hAnsi="Times New Roman" w:eastAsia="Times New Roman" w:cs="Times New Roman"/>
          <w:sz w:val="24"/>
        </w:rPr>
        <w:t xml:space="preserve"> </w:t>
      </w:r>
      <w:r>
        <w:rPr>
          <w:rFonts w:ascii="Times New Roman" w:hAnsi="Times New Roman" w:eastAsia="Times New Roman" w:cs="Times New Roman"/>
          <w:sz w:val="24"/>
        </w:rPr>
        <w:t>eligible witnesses</w:t>
      </w:r>
      <w:r>
        <w:rPr>
          <w:rFonts w:ascii="Times New Roman" w:hAnsi="Times New Roman" w:eastAsia="Times New Roman" w:cs="Times New Roman"/>
          <w:sz w:val="24"/>
        </w:rPr>
        <w:t xml:space="preserve"> </w:t>
      </w:r>
      <w:r>
        <w:rPr>
          <w:rFonts w:ascii="Times New Roman" w:hAnsi="Times New Roman" w:eastAsia="Times New Roman" w:cs="Times New Roman"/>
          <w:sz w:val="24"/>
        </w:rPr>
        <w:t>who</w:t>
      </w:r>
      <w:r>
        <w:rPr>
          <w:rFonts w:ascii="Times New Roman" w:hAnsi="Times New Roman" w:eastAsia="Times New Roman" w:cs="Times New Roman"/>
          <w:sz w:val="24"/>
        </w:rPr>
        <w:t xml:space="preserve"> </w:t>
      </w:r>
      <w:r>
        <w:rPr>
          <w:rFonts w:ascii="Times New Roman" w:hAnsi="Times New Roman" w:eastAsia="Times New Roman" w:cs="Times New Roman"/>
          <w:sz w:val="24"/>
        </w:rPr>
        <w:t>are</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r>
        <w:rPr>
          <w:rFonts w:ascii="Times New Roman" w:hAnsi="Times New Roman" w:eastAsia="Times New Roman" w:cs="Times New Roman"/>
          <w:sz w:val="24"/>
        </w:rPr>
        <w:t xml:space="preserve"> </w:t>
      </w:r>
      <w:r>
        <w:rPr>
          <w:rFonts w:ascii="Times New Roman" w:hAnsi="Times New Roman" w:eastAsia="Times New Roman" w:cs="Times New Roman"/>
          <w:sz w:val="24"/>
        </w:rPr>
        <w:t>when</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sign</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are</w:t>
      </w:r>
      <w:r>
        <w:rPr>
          <w:rFonts w:ascii="Times New Roman" w:hAnsi="Times New Roman" w:eastAsia="Times New Roman" w:cs="Times New Roman"/>
          <w:sz w:val="24"/>
        </w:rPr>
        <w:t xml:space="preserve"> </w:t>
      </w:r>
      <w:r>
        <w:rPr>
          <w:rFonts w:ascii="Times New Roman" w:hAnsi="Times New Roman" w:eastAsia="Times New Roman" w:cs="Times New Roman"/>
          <w:sz w:val="24"/>
        </w:rPr>
        <w:t>present</w:t>
      </w:r>
      <w:r>
        <w:rPr>
          <w:rFonts w:ascii="Times New Roman" w:hAnsi="Times New Roman" w:eastAsia="Times New Roman" w:cs="Times New Roman"/>
          <w:sz w:val="24"/>
        </w:rPr>
        <w:t xml:space="preserve"> </w:t>
      </w:r>
      <w:r>
        <w:rPr>
          <w:rFonts w:ascii="Times New Roman" w:hAnsi="Times New Roman" w:eastAsia="Times New Roman" w:cs="Times New Roman"/>
          <w:sz w:val="24"/>
        </w:rPr>
        <w:t>when</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acknowledge</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signature, </w:t>
      </w:r>
      <w:r>
        <w:rPr>
          <w:rFonts w:ascii="Times New Roman" w:hAnsi="Times New Roman" w:eastAsia="Times New Roman" w:cs="Times New Roman"/>
          <w:b/>
          <w:sz w:val="24"/>
        </w:rPr>
        <w:t xml:space="preserve">or </w:t>
      </w:r>
      <w:r>
        <w:rPr>
          <w:rFonts w:ascii="Times New Roman" w:hAnsi="Times New Roman" w:eastAsia="Times New Roman" w:cs="Times New Roman"/>
          <w:sz w:val="24"/>
        </w:rPr>
        <w:t xml:space="preserve">it is acknowledged </w:t>
      </w:r>
      <w:r>
        <w:rPr>
          <w:rFonts w:ascii="Times New Roman" w:hAnsi="Times New Roman" w:eastAsia="Times New Roman" w:cs="Times New Roman"/>
          <w:sz w:val="24"/>
        </w:rPr>
        <w:t xml:space="preserve">before </w:t>
      </w:r>
      <w:r>
        <w:rPr>
          <w:rFonts w:ascii="Times New Roman" w:hAnsi="Times New Roman" w:eastAsia="Times New Roman" w:cs="Times New Roman"/>
          <w:sz w:val="24"/>
        </w:rPr>
        <w:t>a 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p>
    <w:p>
      <w:pPr>
        <w:spacing w:before="5" w:after="0"/>
      </w:pPr>
    </w:p>
    <w:p>
      <w:pPr>
        <w:spacing w:line="240" w:lineRule="auto"/>
        <w:ind w:hanging="1"/>
      </w:pPr>
      <w:r>
        <w:rPr>
          <w:rFonts w:ascii="Times New Roman" w:hAnsi="Times New Roman" w:eastAsia="Times New Roman" w:cs="Times New Roman"/>
          <w:sz w:val="24"/>
        </w:rPr>
        <w:t xml:space="preserve">[The following persons </w:t>
      </w:r>
      <w:r>
        <w:rPr>
          <w:rFonts w:ascii="Times New Roman" w:hAnsi="Times New Roman" w:eastAsia="Times New Roman" w:cs="Times New Roman"/>
          <w:b/>
          <w:sz w:val="24"/>
        </w:rPr>
        <w:t xml:space="preserve">cannot </w:t>
      </w:r>
      <w:r>
        <w:rPr>
          <w:rFonts w:ascii="Times New Roman" w:hAnsi="Times New Roman" w:eastAsia="Times New Roman" w:cs="Times New Roman"/>
          <w:sz w:val="24"/>
        </w:rPr>
        <w:t xml:space="preserve">serve as a witness to this 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of 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the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named</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spouse;</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children;</w:t>
      </w:r>
      <w:r>
        <w:rPr>
          <w:rFonts w:ascii="Times New Roman" w:hAnsi="Times New Roman" w:eastAsia="Times New Roman" w:cs="Times New Roman"/>
          <w:sz w:val="24"/>
        </w:rPr>
        <w:t xml:space="preserve"> </w:t>
      </w:r>
      <w:r>
        <w:rPr>
          <w:rFonts w:ascii="Times New Roman" w:hAnsi="Times New Roman" w:eastAsia="Times New Roman" w:cs="Times New Roman"/>
          <w:sz w:val="24"/>
        </w:rPr>
        <w:t>anyone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else related to you by blood, marriage or adoption; your attending physician;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if you </w:t>
      </w:r>
      <w:r>
        <w:rPr>
          <w:rFonts w:ascii="Times New Roman" w:hAnsi="Times New Roman" w:eastAsia="Times New Roman" w:cs="Times New Roman"/>
          <w:sz w:val="24"/>
        </w:rPr>
        <w:t xml:space="preserve">are </w:t>
      </w:r>
      <w:r>
        <w:rPr>
          <w:rFonts w:ascii="Times New Roman" w:hAnsi="Times New Roman" w:eastAsia="Times New Roman" w:cs="Times New Roman"/>
          <w:sz w:val="24"/>
        </w:rPr>
        <w:t>in a nursing home, the administrator of the nursing</w:t>
      </w:r>
      <w:r>
        <w:rPr>
          <w:rFonts w:ascii="Times New Roman" w:hAnsi="Times New Roman" w:eastAsia="Times New Roman" w:cs="Times New Roman"/>
          <w:sz w:val="24"/>
        </w:rPr>
        <w:t xml:space="preserve"> </w:t>
      </w:r>
      <w:r>
        <w:rPr>
          <w:rFonts w:ascii="Times New Roman" w:hAnsi="Times New Roman" w:eastAsia="Times New Roman" w:cs="Times New Roman"/>
          <w:sz w:val="24"/>
        </w:rPr>
        <w:t>home.]</w:t>
      </w:r>
    </w:p>
    <w:p>
      <w:pPr>
        <w:spacing w:before="5" w:after="0"/>
      </w:pPr>
    </w:p>
    <w:p>
      <w:pPr>
        <w:spacing w:line="240" w:lineRule="auto"/>
      </w:pPr>
      <w:r>
        <w:rPr>
          <w:rFonts w:ascii="Times New Roman" w:hAnsi="Times New Roman" w:eastAsia="Times New Roman" w:cs="Times New Roman"/>
          <w:b/>
          <w:sz w:val="24"/>
        </w:rPr>
        <w:t xml:space="preserve">Witnesses. </w:t>
      </w:r>
      <w:r>
        <w:rPr>
          <w:rFonts w:ascii="Times New Roman" w:hAnsi="Times New Roman" w:eastAsia="Times New Roman" w:cs="Times New Roman"/>
          <w:sz w:val="24"/>
        </w:rPr>
        <w:t xml:space="preserve">I attest that the Principal signed or acknowledged this Health Care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Attorney in </w:t>
      </w:r>
      <w:r>
        <w:rPr>
          <w:rFonts w:ascii="Times New Roman" w:hAnsi="Times New Roman" w:eastAsia="Times New Roman" w:cs="Times New Roman"/>
          <w:sz w:val="24"/>
        </w:rPr>
        <w:t xml:space="preserve">my </w:t>
      </w:r>
      <w:r>
        <w:rPr>
          <w:rFonts w:ascii="Times New Roman" w:hAnsi="Times New Roman" w:eastAsia="Times New Roman" w:cs="Times New Roman"/>
          <w:sz w:val="24"/>
        </w:rPr>
        <w:t>presence, that the Principal appears to be of sound mind and not under or subject to duress, fraud or undue influence. I further attest that I am not an agent designated in</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am</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attending</w:t>
      </w:r>
      <w:r>
        <w:rPr>
          <w:rFonts w:ascii="Times New Roman" w:hAnsi="Times New Roman" w:eastAsia="Times New Roman" w:cs="Times New Roman"/>
          <w:sz w:val="24"/>
        </w:rPr>
        <w:t xml:space="preserve"> </w:t>
      </w:r>
      <w:r>
        <w:rPr>
          <w:rFonts w:ascii="Times New Roman" w:hAnsi="Times New Roman" w:eastAsia="Times New Roman" w:cs="Times New Roman"/>
          <w:sz w:val="24"/>
        </w:rPr>
        <w:t>physician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am</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administrator of a nursing home in which the Principal is receiving care, and I am an adult not related to the Principal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blood, </w:t>
      </w:r>
      <w:r>
        <w:rPr>
          <w:rFonts w:ascii="Times New Roman" w:hAnsi="Times New Roman" w:eastAsia="Times New Roman" w:cs="Times New Roman"/>
          <w:sz w:val="24"/>
        </w:rPr>
        <w:t>marriage or</w:t>
      </w:r>
      <w:r>
        <w:rPr>
          <w:rFonts w:ascii="Times New Roman" w:hAnsi="Times New Roman" w:eastAsia="Times New Roman" w:cs="Times New Roman"/>
          <w:sz w:val="24"/>
        </w:rPr>
        <w:t xml:space="preserve"> </w:t>
      </w:r>
      <w:r>
        <w:rPr>
          <w:rFonts w:ascii="Times New Roman" w:hAnsi="Times New Roman" w:eastAsia="Times New Roman" w:cs="Times New Roman"/>
          <w:sz w:val="24"/>
        </w:rPr>
        <w:t>adoption.</w:t>
      </w:r>
    </w:p>
    <w:p>
      <w:pPr>
        <w:spacing w:before="3" w:after="0"/>
      </w:pPr>
    </w:p>
    <w:p>
      <w:pPr>
        <w:spacing w:line="240" w:lineRule="exact"/>
      </w:pP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residing at</w:t>
        <w:tab/>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spacing w:line="240" w:lineRule="exact"/>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w:t>
      </w:r>
    </w:p>
    <w:p>
      <w:pPr/>
    </w:p>
    <w:p>
      <w:pPr/>
    </w:p>
    <w:p>
      <w:pPr/>
      <w:r>
        <w:rPr>
          <w:rFonts w:ascii="Times New Roman" w:hAnsi="Times New Roman" w:eastAsia="Times New Roman" w:cs="Times New Roman"/>
          <w:sz w:val="24"/>
        </w:rPr>
        <w:tab/>
        <w:tab/>
      </w:r>
      <w:r>
        <w:rPr>
          <w:rFonts w:ascii="Times New Roman" w:hAnsi="Times New Roman" w:eastAsia="Times New Roman" w:cs="Times New Roman"/>
          <w:sz w:val="24"/>
        </w:rPr>
        <w:t>[NAME]</w:t>
      </w:r>
    </w:p>
    <w:p>
      <w:pPr>
        <w:spacing w:line="20" w:lineRule="exact"/>
      </w:pPr>
    </w:p>
    <w:p>
      <w:pPr/>
      <w:r>
        <w:rPr>
          <w:rFonts w:ascii="Times New Roman" w:hAnsi="Times New Roman" w:eastAsia="Times New Roman" w:cs="Times New Roman"/>
          <w:sz w:val="24"/>
        </w:rPr>
        <w:t>Print Name</w:t>
      </w:r>
    </w:p>
    <w:p>
      <w:pPr>
        <w:spacing w:before="204" w:after="0"/>
      </w:pPr>
      <w:r>
        <w:rPr>
          <w:rFonts w:ascii="Times New Roman" w:hAnsi="Times New Roman" w:eastAsia="Times New Roman" w:cs="Times New Roman"/>
          <w:sz w:val="24"/>
        </w:rPr>
        <w:t>Dated:</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spacing w:before="0" w:after="0"/>
        <w:ind w:firstLine="0"/>
      </w:pPr>
      <w:r>
        <w:rPr>
          <w:rFonts w:ascii="Times New Roman" w:hAnsi="Times New Roman" w:eastAsia="Times New Roman" w:cs="Times New Roman"/>
          <w:sz w:val="24"/>
        </w:rPr>
        <w:t xml:space="preserve"> </w:t>
      </w:r>
    </w:p>
    <w:p>
      <w:pPr/>
    </w:p>
    <w:p>
      <w:pPr/>
    </w:p>
    <w:p>
      <w:pPr>
        <w:spacing w:before="5" w:after="0"/>
      </w:pPr>
    </w:p>
    <w:p>
      <w:pPr>
        <w:spacing w:line="240" w:lineRule="exact"/>
      </w:pP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residing at</w:t>
        <w:tab/>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Signature</w:t>
      </w:r>
    </w:p>
    <w:p>
      <w:pPr/>
    </w:p>
    <w:p>
      <w:pPr/>
    </w:p>
    <w:p>
      <w:pPr/>
      <w:r>
        <w:rPr>
          <w:rFonts w:ascii="Times New Roman" w:hAnsi="Times New Roman" w:eastAsia="Times New Roman" w:cs="Times New Roman"/>
          <w:sz w:val="24"/>
        </w:rPr>
        <w:tab/>
        <w:tab/>
      </w:r>
      <w:r>
        <w:rPr>
          <w:rFonts w:ascii="Times New Roman" w:hAnsi="Times New Roman" w:eastAsia="Times New Roman" w:cs="Times New Roman"/>
          <w:sz w:val="24"/>
        </w:rPr>
        <w:t>[NAME]</w:t>
      </w:r>
    </w:p>
    <w:p>
      <w:pPr>
        <w:spacing w:line="20" w:lineRule="exact"/>
      </w:pPr>
    </w:p>
    <w:p>
      <w:pPr/>
      <w:r>
        <w:rPr>
          <w:rFonts w:ascii="Times New Roman" w:hAnsi="Times New Roman" w:eastAsia="Times New Roman" w:cs="Times New Roman"/>
          <w:sz w:val="24"/>
        </w:rPr>
        <w:t>Print Name</w:t>
      </w:r>
    </w:p>
    <w:p>
      <w:pPr>
        <w:spacing w:before="204" w:after="0"/>
      </w:pPr>
      <w:r>
        <w:rPr>
          <w:rFonts w:ascii="Times New Roman" w:hAnsi="Times New Roman" w:eastAsia="Times New Roman" w:cs="Times New Roman"/>
          <w:sz w:val="24"/>
        </w:rPr>
        <w:t>Dated:</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spacing w:before="0" w:after="0"/>
      </w:pPr>
      <w:r>
        <w:rPr>
          <w:rFonts w:ascii="Times New Roman" w:hAnsi="Times New Roman" w:eastAsia="Times New Roman" w:cs="Times New Roman"/>
          <w:sz w:val="24"/>
        </w:rPr>
        <w:t xml:space="preserve"> </w:t>
      </w:r>
    </w:p>
    <w:p>
      <w:pPr/>
    </w:p>
    <w:p>
      <w:pPr>
        <w:spacing w:before="9" w:after="0"/>
      </w:pPr>
    </w:p>
    <w:p>
      <w:pPr>
        <w:spacing w:before="68" w:after="0"/>
      </w:pPr>
      <w:r>
        <w:rPr>
          <w:rFonts w:ascii="Times New Roman" w:hAnsi="Times New Roman" w:eastAsia="Times New Roman" w:cs="Times New Roman"/>
          <w:sz w:val="24"/>
        </w:rPr>
        <w:t>OR</w:t>
      </w:r>
    </w:p>
    <w:p>
      <w:pPr>
        <w:spacing w:before="8" w:after="0"/>
      </w:pPr>
    </w:p>
    <w:p>
      <w:pPr>
        <w:spacing w:line="276" w:lineRule="auto"/>
      </w:pP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Acknowledgment. State of Ohio</w:t>
      </w:r>
    </w:p>
    <w:p>
      <w:pPr>
        <w:spacing w:before="1" w:after="0"/>
      </w:pPr>
      <w:r>
        <w:rPr>
          <w:rFonts w:ascii="Times New Roman" w:hAnsi="Times New Roman" w:eastAsia="Times New Roman" w:cs="Times New Roman"/>
          <w:sz w:val="24"/>
        </w:rPr>
        <w:t>County of</w:t>
      </w:r>
      <w:r>
        <w:rPr>
          <w:rFonts w:ascii="Times New Roman" w:hAnsi="Times New Roman" w:eastAsia="Times New Roman" w:cs="Times New Roman"/>
          <w:sz w:val="24"/>
        </w:rPr>
        <w:t xml:space="preserve">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ss.</w:t>
      </w:r>
    </w:p>
    <w:p>
      <w:pPr>
        <w:spacing w:before="8" w:after="0"/>
      </w:pPr>
    </w:p>
    <w:p>
      <w:pPr>
        <w:spacing w:line="276" w:lineRule="auto"/>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r>
        <w:rPr>
          <w:rFonts w:ascii="Times New Roman" w:hAnsi="Times New Roman" w:eastAsia="Times New Roman" w:cs="Times New Roman"/>
          <w:sz w:val="24"/>
        </w:rPr>
        <w:t>, before me, the undersigned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 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tab/>
      </w:r>
      <w:r>
        <w:rPr>
          <w:rFonts w:ascii="Times New Roman" w:hAnsi="Times New Roman" w:eastAsia="Times New Roman" w:cs="Times New Roman"/>
          <w:sz w:val="24"/>
        </w:rPr>
        <w:t>[NAME]</w:t>
      </w:r>
      <w:r>
        <w:rPr>
          <w:rFonts w:ascii="Times New Roman" w:hAnsi="Times New Roman" w:eastAsia="Times New Roman" w:cs="Times New Roman"/>
          <w:sz w:val="24"/>
        </w:rPr>
        <w:t>, known to me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satisfactorily </w:t>
      </w:r>
      <w:r>
        <w:rPr>
          <w:rFonts w:ascii="Times New Roman" w:hAnsi="Times New Roman" w:eastAsia="Times New Roman" w:cs="Times New Roman"/>
          <w:sz w:val="24"/>
        </w:rPr>
        <w:t>proven</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above</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 as the Principal, and who has acknowledged that (s)he executed the same for the purposes expressed therein. I attest that the Principal appears to be of sound mind and not under or subject to duress, fraud or undue influence.</w:t>
      </w:r>
    </w:p>
    <w:p>
      <w:pPr>
        <w:spacing w:before="2" w:after="0"/>
      </w:pPr>
    </w:p>
    <w:p>
      <w:pPr>
        <w:spacing w:line="20" w:lineRule="exact"/>
      </w:pPr>
    </w:p>
    <w:p>
      <w:pPr>
        <w:spacing w:before="38" w:after="0"/>
        <w:jc w:val="center"/>
      </w:pP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p>
    <w:p>
      <w:pPr>
        <w:spacing w:before="2" w:after="0"/>
      </w:pPr>
    </w:p>
    <w:p>
      <w:pPr>
        <w:spacing w:before="0" w:after="72"/>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p>
    <w:p>
      <w:pPr>
        <w:spacing w:before="56" w:after="0"/>
      </w:pPr>
      <w:r>
        <w:rPr>
          <w:rFonts w:ascii="Times New Roman" w:hAnsi="Times New Roman" w:eastAsia="Times New Roman" w:cs="Times New Roman"/>
          <w:sz w:val="24"/>
        </w:rPr>
        <w:t xml:space="preserve">[This notice is included in this printed form as </w:t>
      </w:r>
      <w:r>
        <w:rPr>
          <w:rFonts w:ascii="Times New Roman" w:hAnsi="Times New Roman" w:eastAsia="Times New Roman" w:cs="Times New Roman"/>
          <w:sz w:val="24"/>
        </w:rPr>
        <w:t xml:space="preserve">required </w:t>
      </w:r>
      <w:r>
        <w:rPr>
          <w:rFonts w:ascii="Times New Roman" w:hAnsi="Times New Roman" w:eastAsia="Times New Roman" w:cs="Times New Roman"/>
          <w:sz w:val="24"/>
        </w:rPr>
        <w:t>by Ohio Revised Code §</w:t>
      </w:r>
      <w:r>
        <w:rPr>
          <w:rFonts w:ascii="Times New Roman" w:hAnsi="Times New Roman" w:eastAsia="Times New Roman" w:cs="Times New Roman"/>
          <w:sz w:val="24"/>
        </w:rPr>
        <w:t xml:space="preserve"> </w:t>
      </w:r>
      <w:r>
        <w:rPr>
          <w:rFonts w:ascii="Times New Roman" w:hAnsi="Times New Roman" w:eastAsia="Times New Roman" w:cs="Times New Roman"/>
          <w:sz w:val="24"/>
        </w:rPr>
        <w:t>1337.17.]</w:t>
      </w:r>
    </w:p>
    <w:p>
      <w:pPr>
        <w:spacing w:before="5" w:after="0"/>
      </w:pPr>
    </w:p>
    <w:p>
      <w:pPr>
        <w:spacing w:before="60" w:after="0"/>
      </w:pPr>
      <w:r>
        <w:rPr>
          <w:rFonts w:ascii="Times New Roman" w:hAnsi="Times New Roman" w:eastAsia="Times New Roman" w:cs="Times New Roman"/>
          <w:sz w:val="24"/>
        </w:rPr>
        <w:t xml:space="preserve">NOTICE </w:t>
      </w:r>
      <w:r>
        <w:rPr>
          <w:rFonts w:ascii="Times New Roman" w:hAnsi="Times New Roman" w:eastAsia="Times New Roman" w:cs="Times New Roman"/>
          <w:sz w:val="24"/>
        </w:rPr>
        <w:t xml:space="preserve">TO ADULT </w:t>
      </w:r>
      <w:r>
        <w:rPr>
          <w:rFonts w:ascii="Times New Roman" w:hAnsi="Times New Roman" w:eastAsia="Times New Roman" w:cs="Times New Roman"/>
          <w:sz w:val="24"/>
        </w:rPr>
        <w:t>EXECUTING THIS</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5" w:after="0"/>
      </w:pPr>
    </w:p>
    <w:p>
      <w:pPr>
        <w:spacing w:line="264" w:lineRule="auto"/>
      </w:pP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is an </w:t>
      </w:r>
      <w:r>
        <w:rPr>
          <w:rFonts w:ascii="Times New Roman" w:hAnsi="Times New Roman" w:eastAsia="Times New Roman" w:cs="Times New Roman"/>
          <w:sz w:val="24"/>
        </w:rPr>
        <w:t xml:space="preserve">important </w:t>
      </w:r>
      <w:r>
        <w:rPr>
          <w:rFonts w:ascii="Times New Roman" w:hAnsi="Times New Roman" w:eastAsia="Times New Roman" w:cs="Times New Roman"/>
          <w:sz w:val="24"/>
        </w:rPr>
        <w:t xml:space="preserve">legal </w:t>
      </w:r>
      <w:r>
        <w:rPr>
          <w:rFonts w:ascii="Times New Roman" w:hAnsi="Times New Roman" w:eastAsia="Times New Roman" w:cs="Times New Roman"/>
          <w:sz w:val="24"/>
        </w:rPr>
        <w:t xml:space="preserve">document. Before </w:t>
      </w:r>
      <w:r>
        <w:rPr>
          <w:rFonts w:ascii="Times New Roman" w:hAnsi="Times New Roman" w:eastAsia="Times New Roman" w:cs="Times New Roman"/>
          <w:sz w:val="24"/>
        </w:rPr>
        <w:t xml:space="preserve">executing </w:t>
      </w:r>
      <w:r>
        <w:rPr>
          <w:rFonts w:ascii="Times New Roman" w:hAnsi="Times New Roman" w:eastAsia="Times New Roman" w:cs="Times New Roman"/>
          <w:sz w:val="24"/>
        </w:rPr>
        <w:t xml:space="preserve">this document,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should </w:t>
      </w:r>
      <w:r>
        <w:rPr>
          <w:rFonts w:ascii="Times New Roman" w:hAnsi="Times New Roman" w:eastAsia="Times New Roman" w:cs="Times New Roman"/>
          <w:sz w:val="24"/>
        </w:rPr>
        <w:t xml:space="preserve">know </w:t>
      </w:r>
      <w:r>
        <w:rPr>
          <w:rFonts w:ascii="Times New Roman" w:hAnsi="Times New Roman" w:eastAsia="Times New Roman" w:cs="Times New Roman"/>
          <w:sz w:val="24"/>
        </w:rPr>
        <w:t>these</w:t>
      </w:r>
      <w:r>
        <w:rPr>
          <w:rFonts w:ascii="Times New Roman" w:hAnsi="Times New Roman" w:eastAsia="Times New Roman" w:cs="Times New Roman"/>
          <w:sz w:val="24"/>
        </w:rPr>
        <w:t xml:space="preserve"> </w:t>
      </w:r>
      <w:r>
        <w:rPr>
          <w:rFonts w:ascii="Times New Roman" w:hAnsi="Times New Roman" w:eastAsia="Times New Roman" w:cs="Times New Roman"/>
          <w:sz w:val="24"/>
        </w:rPr>
        <w:t>facts:</w:t>
      </w:r>
    </w:p>
    <w:p>
      <w:pPr>
        <w:spacing w:before="9" w:after="0"/>
      </w:pPr>
    </w:p>
    <w:p>
      <w:pPr>
        <w:spacing w:line="264" w:lineRule="auto"/>
        <w:jc w:val="both"/>
      </w:pP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gives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designate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MOST 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 if you </w:t>
      </w:r>
      <w:r>
        <w:rPr>
          <w:rFonts w:ascii="Times New Roman" w:hAnsi="Times New Roman" w:eastAsia="Times New Roman" w:cs="Times New Roman"/>
          <w:sz w:val="24"/>
        </w:rPr>
        <w:t xml:space="preserve">lose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yourself. This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is effective only when your </w:t>
      </w:r>
      <w:r>
        <w:rPr>
          <w:rFonts w:ascii="Times New Roman" w:hAnsi="Times New Roman" w:eastAsia="Times New Roman" w:cs="Times New Roman"/>
          <w:sz w:val="24"/>
        </w:rPr>
        <w:t xml:space="preserve">attending physician </w:t>
      </w:r>
      <w:r>
        <w:rPr>
          <w:rFonts w:ascii="Times New Roman" w:hAnsi="Times New Roman" w:eastAsia="Times New Roman" w:cs="Times New Roman"/>
          <w:sz w:val="24"/>
        </w:rPr>
        <w:t xml:space="preserve">determines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lost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yourself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notwithstanding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long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yourself,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retain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right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all  </w:t>
      </w:r>
      <w:r>
        <w:rPr>
          <w:rFonts w:ascii="Times New Roman" w:hAnsi="Times New Roman" w:eastAsia="Times New Roman" w:cs="Times New Roman"/>
          <w:sz w:val="24"/>
        </w:rPr>
        <w:t xml:space="preserve"> </w:t>
      </w:r>
      <w:r>
        <w:rPr>
          <w:rFonts w:ascii="Times New Roman" w:hAnsi="Times New Roman" w:eastAsia="Times New Roman" w:cs="Times New Roman"/>
          <w:sz w:val="24"/>
        </w:rPr>
        <w:t>medical</w:t>
      </w:r>
    </w:p>
    <w:p>
      <w:pPr>
        <w:spacing w:before="1" w:after="0"/>
      </w:pP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other 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 </w:t>
      </w:r>
      <w:r>
        <w:rPr>
          <w:rFonts w:ascii="Times New Roman" w:hAnsi="Times New Roman" w:eastAsia="Times New Roman" w:cs="Times New Roman"/>
          <w:sz w:val="24"/>
        </w:rPr>
        <w:t>yourself.</w:t>
      </w:r>
    </w:p>
    <w:p>
      <w:pPr>
        <w:spacing w:before="151" w:after="0" w:line="264" w:lineRule="auto"/>
      </w:pP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include </w:t>
      </w:r>
      <w:r>
        <w:rPr>
          <w:rFonts w:ascii="Times New Roman" w:hAnsi="Times New Roman" w:eastAsia="Times New Roman" w:cs="Times New Roman"/>
          <w:sz w:val="24"/>
        </w:rPr>
        <w:t xml:space="preserve">specific </w:t>
      </w:r>
      <w:r>
        <w:rPr>
          <w:rFonts w:ascii="Times New Roman" w:hAnsi="Times New Roman" w:eastAsia="Times New Roman" w:cs="Times New Roman"/>
          <w:sz w:val="24"/>
        </w:rPr>
        <w:t xml:space="preserve">limitations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p>
    <w:p>
      <w:pPr>
        <w:spacing w:before="121" w:after="0"/>
      </w:pPr>
      <w:r>
        <w:rPr>
          <w:rFonts w:ascii="Times New Roman" w:hAnsi="Times New Roman" w:eastAsia="Times New Roman" w:cs="Times New Roman"/>
          <w:sz w:val="24"/>
        </w:rPr>
        <w:t xml:space="preserve">Subject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specific </w:t>
      </w:r>
      <w:r>
        <w:rPr>
          <w:rFonts w:ascii="Times New Roman" w:hAnsi="Times New Roman" w:eastAsia="Times New Roman" w:cs="Times New Roman"/>
          <w:sz w:val="24"/>
        </w:rPr>
        <w:t xml:space="preserve">limitations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include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 </w:t>
      </w:r>
      <w:r>
        <w:rPr>
          <w:rFonts w:ascii="Times New Roman" w:hAnsi="Times New Roman" w:eastAsia="Times New Roman" w:cs="Times New Roman"/>
          <w:sz w:val="24"/>
        </w:rPr>
        <w:t>attending</w:t>
      </w:r>
    </w:p>
    <w:p>
      <w:pPr>
        <w:spacing w:before="31" w:after="0" w:line="264" w:lineRule="auto"/>
      </w:pP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determines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lost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an </w:t>
      </w:r>
      <w:r>
        <w:rPr>
          <w:rFonts w:ascii="Times New Roman" w:hAnsi="Times New Roman" w:eastAsia="Times New Roman" w:cs="Times New Roman"/>
          <w:sz w:val="24"/>
        </w:rPr>
        <w:t xml:space="preserve">informed decision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matter, 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GENERALLY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authorized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p>
    <w:p>
      <w:pPr>
        <w:spacing w:before="1" w:after="0" w:line="264" w:lineRule="auto"/>
      </w:pP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 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same extent </w:t>
      </w:r>
      <w:r>
        <w:rPr>
          <w:rFonts w:ascii="Times New Roman" w:hAnsi="Times New Roman" w:eastAsia="Times New Roman" w:cs="Times New Roman"/>
          <w:sz w:val="24"/>
        </w:rPr>
        <w:t xml:space="preserve">as you </w:t>
      </w:r>
      <w:r>
        <w:rPr>
          <w:rFonts w:ascii="Times New Roman" w:hAnsi="Times New Roman" w:eastAsia="Times New Roman" w:cs="Times New Roman"/>
          <w:sz w:val="24"/>
        </w:rPr>
        <w:t xml:space="preserve">could </w:t>
      </w:r>
      <w:r>
        <w:rPr>
          <w:rFonts w:ascii="Times New Roman" w:hAnsi="Times New Roman" w:eastAsia="Times New Roman" w:cs="Times New Roman"/>
          <w:sz w:val="24"/>
        </w:rPr>
        <w:t xml:space="preserve">make those decisions </w:t>
      </w:r>
      <w:r>
        <w:rPr>
          <w:rFonts w:ascii="Times New Roman" w:hAnsi="Times New Roman" w:eastAsia="Times New Roman" w:cs="Times New Roman"/>
          <w:sz w:val="24"/>
        </w:rPr>
        <w:t xml:space="preserve">yourself,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had 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do </w:t>
      </w:r>
      <w:r>
        <w:rPr>
          <w:rFonts w:ascii="Times New Roman" w:hAnsi="Times New Roman" w:eastAsia="Times New Roman" w:cs="Times New Roman"/>
          <w:sz w:val="24"/>
        </w:rPr>
        <w:t xml:space="preserve">so. The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GENERALLY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include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informed 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give </w:t>
      </w:r>
      <w:r>
        <w:rPr>
          <w:rFonts w:ascii="Times New Roman" w:hAnsi="Times New Roman" w:eastAsia="Times New Roman" w:cs="Times New Roman"/>
          <w:sz w:val="24"/>
        </w:rPr>
        <w:t xml:space="preserve">informed consent, </w:t>
      </w:r>
      <w:r>
        <w:rPr>
          <w:rFonts w:ascii="Times New Roman" w:hAnsi="Times New Roman" w:eastAsia="Times New Roman" w:cs="Times New Roman"/>
          <w:sz w:val="24"/>
        </w:rPr>
        <w:t xml:space="preserve">or to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informed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treatment, service,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procedure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maintain, diagnose,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treat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physical </w:t>
      </w:r>
      <w:r>
        <w:rPr>
          <w:rFonts w:ascii="Times New Roman" w:hAnsi="Times New Roman" w:eastAsia="Times New Roman" w:cs="Times New Roman"/>
          <w:sz w:val="24"/>
        </w:rPr>
        <w:t xml:space="preserve">or </w:t>
      </w:r>
      <w:r>
        <w:rPr>
          <w:rFonts w:ascii="Times New Roman" w:hAnsi="Times New Roman" w:eastAsia="Times New Roman" w:cs="Times New Roman"/>
          <w:sz w:val="24"/>
        </w:rPr>
        <w:t>mental</w:t>
      </w:r>
      <w:r>
        <w:rPr>
          <w:rFonts w:ascii="Times New Roman" w:hAnsi="Times New Roman" w:eastAsia="Times New Roman" w:cs="Times New Roman"/>
          <w:sz w:val="24"/>
        </w:rPr>
        <w:t xml:space="preserve"> </w:t>
      </w:r>
      <w:r>
        <w:rPr>
          <w:rFonts w:ascii="Times New Roman" w:hAnsi="Times New Roman" w:eastAsia="Times New Roman" w:cs="Times New Roman"/>
          <w:sz w:val="24"/>
        </w:rPr>
        <w:t>condition.</w:t>
      </w:r>
    </w:p>
    <w:p>
      <w:pPr>
        <w:spacing w:before="121" w:after="0"/>
      </w:pPr>
      <w:r>
        <w:rPr>
          <w:rFonts w:ascii="Times New Roman" w:hAnsi="Times New Roman" w:eastAsia="Times New Roman" w:cs="Times New Roman"/>
          <w:sz w:val="24"/>
        </w:rPr>
        <w:t xml:space="preserve">HOWEVER, </w:t>
      </w:r>
      <w:r>
        <w:rPr>
          <w:rFonts w:ascii="Times New Roman" w:hAnsi="Times New Roman" w:eastAsia="Times New Roman" w:cs="Times New Roman"/>
          <w:sz w:val="24"/>
        </w:rPr>
        <w:t xml:space="preserve">even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general authority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p>
    <w:p>
      <w:pPr>
        <w:spacing w:before="31" w:after="0" w:line="264" w:lineRule="auto"/>
      </w:pP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under 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NEVER will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authorized </w:t>
      </w:r>
      <w:r>
        <w:rPr>
          <w:rFonts w:ascii="Times New Roman" w:hAnsi="Times New Roman" w:eastAsia="Times New Roman" w:cs="Times New Roman"/>
          <w:sz w:val="24"/>
        </w:rPr>
        <w:t xml:space="preserve">to do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of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following:</w:t>
      </w:r>
    </w:p>
    <w:p>
      <w:pPr>
        <w:spacing w:before="121" w:after="0" w:line="264" w:lineRule="auto"/>
        <w:ind w:firstLine="0"/>
      </w:pP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life-sustaining treatment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and one other physician </w:t>
      </w:r>
      <w:r>
        <w:rPr>
          <w:rFonts w:ascii="Times New Roman" w:hAnsi="Times New Roman" w:eastAsia="Times New Roman" w:cs="Times New Roman"/>
          <w:sz w:val="24"/>
        </w:rPr>
        <w:t xml:space="preserve">who </w:t>
      </w:r>
      <w:r>
        <w:rPr>
          <w:rFonts w:ascii="Times New Roman" w:hAnsi="Times New Roman" w:eastAsia="Times New Roman" w:cs="Times New Roman"/>
          <w:sz w:val="24"/>
        </w:rPr>
        <w:t xml:space="preserve">examines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determine,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reasonable </w:t>
      </w:r>
      <w:r>
        <w:rPr>
          <w:rFonts w:ascii="Times New Roman" w:hAnsi="Times New Roman" w:eastAsia="Times New Roman" w:cs="Times New Roman"/>
          <w:sz w:val="24"/>
        </w:rPr>
        <w:t xml:space="preserve">degree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medical certainty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accordance </w:t>
      </w:r>
      <w:r>
        <w:rPr>
          <w:rFonts w:ascii="Times New Roman" w:hAnsi="Times New Roman" w:eastAsia="Times New Roman" w:cs="Times New Roman"/>
          <w:sz w:val="24"/>
        </w:rPr>
        <w:t xml:space="preserve">with </w:t>
      </w:r>
      <w:r>
        <w:rPr>
          <w:rFonts w:ascii="Times New Roman" w:hAnsi="Times New Roman" w:eastAsia="Times New Roman" w:cs="Times New Roman"/>
          <w:sz w:val="24"/>
        </w:rPr>
        <w:t>reasonable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medical standards, </w:t>
      </w:r>
      <w:r>
        <w:rPr>
          <w:rFonts w:ascii="Times New Roman" w:hAnsi="Times New Roman" w:eastAsia="Times New Roman" w:cs="Times New Roman"/>
          <w:sz w:val="24"/>
        </w:rPr>
        <w:t xml:space="preserve">that either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following </w:t>
      </w:r>
      <w:r>
        <w:rPr>
          <w:rFonts w:ascii="Times New Roman" w:hAnsi="Times New Roman" w:eastAsia="Times New Roman" w:cs="Times New Roman"/>
          <w:sz w:val="24"/>
        </w:rPr>
        <w:t xml:space="preserve"> </w:t>
      </w:r>
      <w:r>
        <w:rPr>
          <w:rFonts w:ascii="Times New Roman" w:hAnsi="Times New Roman" w:eastAsia="Times New Roman" w:cs="Times New Roman"/>
          <w:sz w:val="24"/>
        </w:rPr>
        <w:t>applies:</w:t>
      </w:r>
    </w:p>
    <w:p>
      <w:pPr>
        <w:spacing w:before="121" w:after="0" w:line="264" w:lineRule="auto"/>
        <w:ind w:firstLine="0"/>
        <w:jc w:val="both"/>
      </w:pP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are suffering </w:t>
      </w:r>
      <w:r>
        <w:rPr>
          <w:rFonts w:ascii="Times New Roman" w:hAnsi="Times New Roman" w:eastAsia="Times New Roman" w:cs="Times New Roman"/>
          <w:sz w:val="24"/>
        </w:rPr>
        <w:t xml:space="preserve">from </w:t>
      </w:r>
      <w:r>
        <w:rPr>
          <w:rFonts w:ascii="Times New Roman" w:hAnsi="Times New Roman" w:eastAsia="Times New Roman" w:cs="Times New Roman"/>
          <w:sz w:val="24"/>
        </w:rPr>
        <w:t xml:space="preserve">an </w:t>
      </w:r>
      <w:r>
        <w:rPr>
          <w:rFonts w:ascii="Times New Roman" w:hAnsi="Times New Roman" w:eastAsia="Times New Roman" w:cs="Times New Roman"/>
          <w:sz w:val="24"/>
        </w:rPr>
        <w:t xml:space="preserve">irreversible, incurable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untreatable </w:t>
      </w:r>
      <w:r>
        <w:rPr>
          <w:rFonts w:ascii="Times New Roman" w:hAnsi="Times New Roman" w:eastAsia="Times New Roman" w:cs="Times New Roman"/>
          <w:sz w:val="24"/>
        </w:rPr>
        <w:t xml:space="preserve">condition </w:t>
      </w:r>
      <w:r>
        <w:rPr>
          <w:rFonts w:ascii="Times New Roman" w:hAnsi="Times New Roman" w:eastAsia="Times New Roman" w:cs="Times New Roman"/>
          <w:sz w:val="24"/>
        </w:rPr>
        <w:t xml:space="preserve">caused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disease, illness,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injury </w:t>
      </w:r>
      <w:r>
        <w:rPr>
          <w:rFonts w:ascii="Times New Roman" w:hAnsi="Times New Roman" w:eastAsia="Times New Roman" w:cs="Times New Roman"/>
          <w:sz w:val="24"/>
        </w:rPr>
        <w:t xml:space="preserve">from </w:t>
      </w:r>
      <w:r>
        <w:rPr>
          <w:rFonts w:ascii="Times New Roman" w:hAnsi="Times New Roman" w:eastAsia="Times New Roman" w:cs="Times New Roman"/>
          <w:sz w:val="24"/>
        </w:rPr>
        <w:t xml:space="preserve">which </w:t>
      </w:r>
      <w:r>
        <w:rPr>
          <w:rFonts w:ascii="Times New Roman" w:hAnsi="Times New Roman" w:eastAsia="Times New Roman" w:cs="Times New Roman"/>
          <w:sz w:val="24"/>
        </w:rPr>
        <w:t xml:space="preserve">(i) there can </w:t>
      </w:r>
      <w:r>
        <w:rPr>
          <w:rFonts w:ascii="Times New Roman" w:hAnsi="Times New Roman" w:eastAsia="Times New Roman" w:cs="Times New Roman"/>
          <w:sz w:val="24"/>
        </w:rPr>
        <w:t xml:space="preserve">be no </w:t>
      </w:r>
      <w:r>
        <w:rPr>
          <w:rFonts w:ascii="Times New Roman" w:hAnsi="Times New Roman" w:eastAsia="Times New Roman" w:cs="Times New Roman"/>
          <w:sz w:val="24"/>
        </w:rPr>
        <w:t xml:space="preserve">recovery and </w:t>
      </w:r>
      <w:r>
        <w:rPr>
          <w:rFonts w:ascii="Times New Roman" w:hAnsi="Times New Roman" w:eastAsia="Times New Roman" w:cs="Times New Roman"/>
          <w:sz w:val="24"/>
        </w:rPr>
        <w:t xml:space="preserve">(ii)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death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likely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occur within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relatively </w:t>
      </w:r>
      <w:r>
        <w:rPr>
          <w:rFonts w:ascii="Times New Roman" w:hAnsi="Times New Roman" w:eastAsia="Times New Roman" w:cs="Times New Roman"/>
          <w:sz w:val="24"/>
        </w:rPr>
        <w:t xml:space="preserve">short </w:t>
      </w:r>
      <w:r>
        <w:rPr>
          <w:rFonts w:ascii="Times New Roman" w:hAnsi="Times New Roman" w:eastAsia="Times New Roman" w:cs="Times New Roman"/>
          <w:sz w:val="24"/>
        </w:rPr>
        <w:t xml:space="preserve">time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 </w:t>
      </w:r>
      <w:r>
        <w:rPr>
          <w:rFonts w:ascii="Times New Roman" w:hAnsi="Times New Roman" w:eastAsia="Times New Roman" w:cs="Times New Roman"/>
          <w:sz w:val="24"/>
        </w:rPr>
        <w:t>life-</w:t>
      </w:r>
    </w:p>
    <w:p>
      <w:pPr>
        <w:spacing w:before="1" w:after="0"/>
      </w:pPr>
      <w:r>
        <w:rPr>
          <w:rFonts w:ascii="Times New Roman" w:hAnsi="Times New Roman" w:eastAsia="Times New Roman" w:cs="Times New Roman"/>
          <w:sz w:val="24"/>
        </w:rPr>
        <w:t xml:space="preserve">sustaining treatment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administered, </w:t>
      </w:r>
      <w:r>
        <w:rPr>
          <w:rFonts w:ascii="Times New Roman" w:hAnsi="Times New Roman" w:eastAsia="Times New Roman" w:cs="Times New Roman"/>
          <w:sz w:val="24"/>
        </w:rPr>
        <w:t xml:space="preserve">and 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 </w:t>
      </w:r>
      <w:r>
        <w:rPr>
          <w:rFonts w:ascii="Times New Roman" w:hAnsi="Times New Roman" w:eastAsia="Times New Roman" w:cs="Times New Roman"/>
          <w:sz w:val="24"/>
        </w:rPr>
        <w:t>physician</w:t>
      </w:r>
    </w:p>
    <w:p>
      <w:pPr>
        <w:spacing w:before="31" w:after="0" w:line="264" w:lineRule="auto"/>
      </w:pPr>
      <w:r>
        <w:rPr>
          <w:rFonts w:ascii="Times New Roman" w:hAnsi="Times New Roman" w:eastAsia="Times New Roman" w:cs="Times New Roman"/>
          <w:sz w:val="24"/>
        </w:rPr>
        <w:t xml:space="preserve">additionally </w:t>
      </w:r>
      <w:r>
        <w:rPr>
          <w:rFonts w:ascii="Times New Roman" w:hAnsi="Times New Roman" w:eastAsia="Times New Roman" w:cs="Times New Roman"/>
          <w:sz w:val="24"/>
        </w:rPr>
        <w:t xml:space="preserve">determines,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reasonable </w:t>
      </w:r>
      <w:r>
        <w:rPr>
          <w:rFonts w:ascii="Times New Roman" w:hAnsi="Times New Roman" w:eastAsia="Times New Roman" w:cs="Times New Roman"/>
          <w:sz w:val="24"/>
        </w:rPr>
        <w:t xml:space="preserve">degree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medical certainty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accordance </w:t>
      </w:r>
      <w:r>
        <w:rPr>
          <w:rFonts w:ascii="Times New Roman" w:hAnsi="Times New Roman" w:eastAsia="Times New Roman" w:cs="Times New Roman"/>
          <w:sz w:val="24"/>
        </w:rPr>
        <w:t xml:space="preserve">with reasonable </w:t>
      </w:r>
      <w:r>
        <w:rPr>
          <w:rFonts w:ascii="Times New Roman" w:hAnsi="Times New Roman" w:eastAsia="Times New Roman" w:cs="Times New Roman"/>
          <w:sz w:val="24"/>
        </w:rPr>
        <w:t xml:space="preserve">medical standards, </w:t>
      </w:r>
      <w:r>
        <w:rPr>
          <w:rFonts w:ascii="Times New Roman" w:hAnsi="Times New Roman" w:eastAsia="Times New Roman" w:cs="Times New Roman"/>
          <w:sz w:val="24"/>
        </w:rPr>
        <w:t xml:space="preserve">that there </w:t>
      </w:r>
      <w:r>
        <w:rPr>
          <w:rFonts w:ascii="Times New Roman" w:hAnsi="Times New Roman" w:eastAsia="Times New Roman" w:cs="Times New Roman"/>
          <w:sz w:val="24"/>
        </w:rPr>
        <w:t xml:space="preserve">is no </w:t>
      </w:r>
      <w:r>
        <w:rPr>
          <w:rFonts w:ascii="Times New Roman" w:hAnsi="Times New Roman" w:eastAsia="Times New Roman" w:cs="Times New Roman"/>
          <w:sz w:val="24"/>
        </w:rPr>
        <w:t xml:space="preserve">reasonable possibility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will regain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yourself.</w:t>
      </w:r>
    </w:p>
    <w:p>
      <w:pPr>
        <w:spacing w:before="48" w:after="0"/>
      </w:pPr>
      <w:r>
        <w:rPr>
          <w:rFonts w:ascii="Times New Roman" w:hAnsi="Times New Roman" w:eastAsia="Times New Roman" w:cs="Times New Roman"/>
          <w:sz w:val="24"/>
        </w:rPr>
        <w:t xml:space="preserve">[This notice is included in this printed form as </w:t>
      </w:r>
      <w:r>
        <w:rPr>
          <w:rFonts w:ascii="Times New Roman" w:hAnsi="Times New Roman" w:eastAsia="Times New Roman" w:cs="Times New Roman"/>
          <w:sz w:val="24"/>
        </w:rPr>
        <w:t xml:space="preserve">required </w:t>
      </w:r>
      <w:r>
        <w:rPr>
          <w:rFonts w:ascii="Times New Roman" w:hAnsi="Times New Roman" w:eastAsia="Times New Roman" w:cs="Times New Roman"/>
          <w:sz w:val="24"/>
        </w:rPr>
        <w:t>by Ohio Revised Code §</w:t>
      </w:r>
      <w:r>
        <w:rPr>
          <w:rFonts w:ascii="Times New Roman" w:hAnsi="Times New Roman" w:eastAsia="Times New Roman" w:cs="Times New Roman"/>
          <w:sz w:val="24"/>
        </w:rPr>
        <w:t xml:space="preserve"> </w:t>
      </w:r>
      <w:r>
        <w:rPr>
          <w:rFonts w:ascii="Times New Roman" w:hAnsi="Times New Roman" w:eastAsia="Times New Roman" w:cs="Times New Roman"/>
          <w:sz w:val="24"/>
        </w:rPr>
        <w:t>1337.17.]</w:t>
      </w:r>
    </w:p>
    <w:p>
      <w:pPr>
        <w:spacing w:before="11" w:after="0"/>
      </w:pPr>
    </w:p>
    <w:p>
      <w:pPr>
        <w:spacing w:before="68" w:after="0" w:line="276" w:lineRule="auto"/>
        <w:ind w:firstLine="0"/>
      </w:pP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permanent unconsciousness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characterized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being irreversibly </w:t>
      </w:r>
      <w:r>
        <w:rPr>
          <w:rFonts w:ascii="Times New Roman" w:hAnsi="Times New Roman" w:eastAsia="Times New Roman" w:cs="Times New Roman"/>
          <w:sz w:val="24"/>
        </w:rPr>
        <w:t xml:space="preserve">unaware of </w:t>
      </w:r>
      <w:r>
        <w:rPr>
          <w:rFonts w:ascii="Times New Roman" w:hAnsi="Times New Roman" w:eastAsia="Times New Roman" w:cs="Times New Roman"/>
          <w:sz w:val="24"/>
        </w:rPr>
        <w:t xml:space="preserve">yourself </w:t>
      </w:r>
      <w:r>
        <w:rPr>
          <w:rFonts w:ascii="Times New Roman" w:hAnsi="Times New Roman" w:eastAsia="Times New Roman" w:cs="Times New Roman"/>
          <w:sz w:val="24"/>
        </w:rPr>
        <w:t xml:space="preserve">and your </w:t>
      </w:r>
      <w:r>
        <w:rPr>
          <w:rFonts w:ascii="Times New Roman" w:hAnsi="Times New Roman" w:eastAsia="Times New Roman" w:cs="Times New Roman"/>
          <w:sz w:val="24"/>
        </w:rPr>
        <w:t xml:space="preserve">environment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by a </w:t>
      </w:r>
      <w:r>
        <w:rPr>
          <w:rFonts w:ascii="Times New Roman" w:hAnsi="Times New Roman" w:eastAsia="Times New Roman" w:cs="Times New Roman"/>
          <w:sz w:val="24"/>
        </w:rPr>
        <w:t xml:space="preserve">total loss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cerebral </w:t>
      </w:r>
      <w:r>
        <w:rPr>
          <w:rFonts w:ascii="Times New Roman" w:hAnsi="Times New Roman" w:eastAsia="Times New Roman" w:cs="Times New Roman"/>
          <w:sz w:val="24"/>
        </w:rPr>
        <w:t xml:space="preserve">cortical </w:t>
      </w:r>
      <w:r>
        <w:rPr>
          <w:rFonts w:ascii="Times New Roman" w:hAnsi="Times New Roman" w:eastAsia="Times New Roman" w:cs="Times New Roman"/>
          <w:sz w:val="24"/>
        </w:rPr>
        <w:t xml:space="preserve">functioning, resulting </w:t>
      </w:r>
      <w:r>
        <w:rPr>
          <w:rFonts w:ascii="Times New Roman" w:hAnsi="Times New Roman" w:eastAsia="Times New Roman" w:cs="Times New Roman"/>
          <w:sz w:val="24"/>
        </w:rPr>
        <w:t xml:space="preserve">in you having no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experience pain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suffering, </w:t>
      </w:r>
      <w:r>
        <w:rPr>
          <w:rFonts w:ascii="Times New Roman" w:hAnsi="Times New Roman" w:eastAsia="Times New Roman" w:cs="Times New Roman"/>
          <w:sz w:val="24"/>
        </w:rPr>
        <w:t xml:space="preserve">and 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additionally </w:t>
      </w:r>
      <w:r>
        <w:rPr>
          <w:rFonts w:ascii="Times New Roman" w:hAnsi="Times New Roman" w:eastAsia="Times New Roman" w:cs="Times New Roman"/>
          <w:sz w:val="24"/>
        </w:rPr>
        <w:t xml:space="preserve">determines,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reasonable </w:t>
      </w:r>
      <w:r>
        <w:rPr>
          <w:rFonts w:ascii="Times New Roman" w:hAnsi="Times New Roman" w:eastAsia="Times New Roman" w:cs="Times New Roman"/>
          <w:sz w:val="24"/>
        </w:rPr>
        <w:t xml:space="preserve">degree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medical certainty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accordance </w:t>
      </w:r>
      <w:r>
        <w:rPr>
          <w:rFonts w:ascii="Times New Roman" w:hAnsi="Times New Roman" w:eastAsia="Times New Roman" w:cs="Times New Roman"/>
          <w:sz w:val="24"/>
        </w:rPr>
        <w:t xml:space="preserve">with reasonable </w:t>
      </w:r>
      <w:r>
        <w:rPr>
          <w:rFonts w:ascii="Times New Roman" w:hAnsi="Times New Roman" w:eastAsia="Times New Roman" w:cs="Times New Roman"/>
          <w:sz w:val="24"/>
        </w:rPr>
        <w:t xml:space="preserve">medical standards, </w:t>
      </w:r>
      <w:r>
        <w:rPr>
          <w:rFonts w:ascii="Times New Roman" w:hAnsi="Times New Roman" w:eastAsia="Times New Roman" w:cs="Times New Roman"/>
          <w:sz w:val="24"/>
        </w:rPr>
        <w:t xml:space="preserve">that there </w:t>
      </w:r>
      <w:r>
        <w:rPr>
          <w:rFonts w:ascii="Times New Roman" w:hAnsi="Times New Roman" w:eastAsia="Times New Roman" w:cs="Times New Roman"/>
          <w:sz w:val="24"/>
        </w:rPr>
        <w:t xml:space="preserve">is no </w:t>
      </w:r>
      <w:r>
        <w:rPr>
          <w:rFonts w:ascii="Times New Roman" w:hAnsi="Times New Roman" w:eastAsia="Times New Roman" w:cs="Times New Roman"/>
          <w:sz w:val="24"/>
        </w:rPr>
        <w:t xml:space="preserve">reasonable </w:t>
      </w:r>
      <w:r>
        <w:rPr>
          <w:rFonts w:ascii="Times New Roman" w:hAnsi="Times New Roman" w:eastAsia="Times New Roman" w:cs="Times New Roman"/>
          <w:sz w:val="24"/>
        </w:rPr>
        <w:t xml:space="preserve"> </w:t>
      </w:r>
      <w:r>
        <w:rPr>
          <w:rFonts w:ascii="Times New Roman" w:hAnsi="Times New Roman" w:eastAsia="Times New Roman" w:cs="Times New Roman"/>
          <w:sz w:val="24"/>
        </w:rPr>
        <w:t>possibility</w:t>
      </w:r>
    </w:p>
    <w:p>
      <w:pPr>
        <w:spacing w:before="1" w:after="0" w:line="276" w:lineRule="auto"/>
      </w:pP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will regain 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make </w:t>
      </w:r>
      <w:r>
        <w:rPr>
          <w:rFonts w:ascii="Times New Roman" w:hAnsi="Times New Roman" w:eastAsia="Times New Roman" w:cs="Times New Roman"/>
          <w:sz w:val="24"/>
        </w:rPr>
        <w:t xml:space="preserve">informed 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for yourself);</w:t>
      </w:r>
    </w:p>
    <w:p>
      <w:pPr>
        <w:spacing w:before="121" w:after="0" w:line="276" w:lineRule="auto"/>
        <w:ind w:firstLine="0"/>
      </w:pP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necessary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provide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with </w:t>
      </w:r>
      <w:r>
        <w:rPr>
          <w:rFonts w:ascii="Times New Roman" w:hAnsi="Times New Roman" w:eastAsia="Times New Roman" w:cs="Times New Roman"/>
          <w:sz w:val="24"/>
        </w:rPr>
        <w:t xml:space="preserve">comfort </w:t>
      </w:r>
      <w:r>
        <w:rPr>
          <w:rFonts w:ascii="Times New Roman" w:hAnsi="Times New Roman" w:eastAsia="Times New Roman" w:cs="Times New Roman"/>
          <w:sz w:val="24"/>
        </w:rPr>
        <w:t xml:space="preserve">care (except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prohibited </w:t>
      </w:r>
      <w:r>
        <w:rPr>
          <w:rFonts w:ascii="Times New Roman" w:hAnsi="Times New Roman" w:eastAsia="Times New Roman" w:cs="Times New Roman"/>
          <w:sz w:val="24"/>
        </w:rPr>
        <w:t xml:space="preserve">from </w:t>
      </w:r>
      <w:r>
        <w:rPr>
          <w:rFonts w:ascii="Times New Roman" w:hAnsi="Times New Roman" w:eastAsia="Times New Roman" w:cs="Times New Roman"/>
          <w:sz w:val="24"/>
        </w:rPr>
        <w:t xml:space="preserve">doing </w:t>
      </w:r>
      <w:r>
        <w:rPr>
          <w:rFonts w:ascii="Times New Roman" w:hAnsi="Times New Roman" w:eastAsia="Times New Roman" w:cs="Times New Roman"/>
          <w:sz w:val="24"/>
        </w:rPr>
        <w:t xml:space="preserve">so </w:t>
      </w:r>
      <w:r>
        <w:rPr>
          <w:rFonts w:ascii="Times New Roman" w:hAnsi="Times New Roman" w:eastAsia="Times New Roman" w:cs="Times New Roman"/>
          <w:sz w:val="24"/>
        </w:rPr>
        <w:t xml:space="preserve">under </w:t>
      </w:r>
      <w:r>
        <w:rPr>
          <w:rFonts w:ascii="Times New Roman" w:hAnsi="Times New Roman" w:eastAsia="Times New Roman" w:cs="Times New Roman"/>
          <w:sz w:val="24"/>
        </w:rPr>
        <w:t xml:space="preserve">(4) </w:t>
      </w:r>
      <w:r>
        <w:rPr>
          <w:rFonts w:ascii="Times New Roman" w:hAnsi="Times New Roman" w:eastAsia="Times New Roman" w:cs="Times New Roman"/>
          <w:sz w:val="24"/>
        </w:rPr>
        <w:t xml:space="preserve">below,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could refuse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provision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nutrition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hydration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described </w:t>
      </w:r>
      <w:r>
        <w:rPr>
          <w:rFonts w:ascii="Times New Roman" w:hAnsi="Times New Roman" w:eastAsia="Times New Roman" w:cs="Times New Roman"/>
          <w:sz w:val="24"/>
        </w:rPr>
        <w:t xml:space="preserve">under </w:t>
      </w:r>
      <w:r>
        <w:rPr>
          <w:rFonts w:ascii="Times New Roman" w:hAnsi="Times New Roman" w:eastAsia="Times New Roman" w:cs="Times New Roman"/>
          <w:sz w:val="24"/>
        </w:rPr>
        <w:t>(4)</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below).  </w:t>
      </w: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should </w:t>
      </w:r>
      <w:r>
        <w:rPr>
          <w:rFonts w:ascii="Times New Roman" w:hAnsi="Times New Roman" w:eastAsia="Times New Roman" w:cs="Times New Roman"/>
          <w:b/>
          <w:sz w:val="24"/>
        </w:rPr>
        <w:t xml:space="preserve">understand </w:t>
      </w:r>
      <w:r>
        <w:rPr>
          <w:rFonts w:ascii="Times New Roman" w:hAnsi="Times New Roman" w:eastAsia="Times New Roman" w:cs="Times New Roman"/>
          <w:b/>
          <w:sz w:val="24"/>
        </w:rPr>
        <w:t xml:space="preserve">that comfort </w:t>
      </w:r>
      <w:r>
        <w:rPr>
          <w:rFonts w:ascii="Times New Roman" w:hAnsi="Times New Roman" w:eastAsia="Times New Roman" w:cs="Times New Roman"/>
          <w:b/>
          <w:sz w:val="24"/>
        </w:rPr>
        <w:t xml:space="preserve">care is </w:t>
      </w:r>
      <w:r>
        <w:rPr>
          <w:rFonts w:ascii="Times New Roman" w:hAnsi="Times New Roman" w:eastAsia="Times New Roman" w:cs="Times New Roman"/>
          <w:b/>
          <w:sz w:val="24"/>
        </w:rPr>
        <w:t xml:space="preserve">defined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Ohio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law</w:t>
      </w:r>
    </w:p>
    <w:p>
      <w:pPr>
        <w:spacing w:before="1" w:after="0" w:line="276" w:lineRule="auto"/>
        <w:jc w:val="both"/>
      </w:pP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mean </w:t>
      </w:r>
      <w:r>
        <w:rPr>
          <w:rFonts w:ascii="Times New Roman" w:hAnsi="Times New Roman" w:eastAsia="Times New Roman" w:cs="Times New Roman"/>
          <w:b/>
          <w:sz w:val="24"/>
        </w:rPr>
        <w:t xml:space="preserve">artificially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technologically </w:t>
      </w:r>
      <w:r>
        <w:rPr>
          <w:rFonts w:ascii="Times New Roman" w:hAnsi="Times New Roman" w:eastAsia="Times New Roman" w:cs="Times New Roman"/>
          <w:b/>
          <w:sz w:val="24"/>
        </w:rPr>
        <w:t xml:space="preserve">administered </w:t>
      </w:r>
      <w:r>
        <w:rPr>
          <w:rFonts w:ascii="Times New Roman" w:hAnsi="Times New Roman" w:eastAsia="Times New Roman" w:cs="Times New Roman"/>
          <w:b/>
          <w:sz w:val="24"/>
        </w:rPr>
        <w:t xml:space="preserve">sustenance (nutrition)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fluids </w:t>
      </w:r>
      <w:r>
        <w:rPr>
          <w:rFonts w:ascii="Times New Roman" w:hAnsi="Times New Roman" w:eastAsia="Times New Roman" w:cs="Times New Roman"/>
          <w:b/>
          <w:sz w:val="24"/>
        </w:rPr>
        <w:t xml:space="preserve">(hydration) when </w:t>
      </w:r>
      <w:r>
        <w:rPr>
          <w:rFonts w:ascii="Times New Roman" w:hAnsi="Times New Roman" w:eastAsia="Times New Roman" w:cs="Times New Roman"/>
          <w:b/>
          <w:sz w:val="24"/>
        </w:rPr>
        <w:t xml:space="preserve">administered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diminish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pain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discomfort,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postpone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death, </w:t>
      </w:r>
      <w:r>
        <w:rPr>
          <w:rFonts w:ascii="Times New Roman" w:hAnsi="Times New Roman" w:eastAsia="Times New Roman" w:cs="Times New Roman"/>
          <w:b/>
          <w:sz w:val="24"/>
        </w:rPr>
        <w:t xml:space="preserve">and </w:t>
      </w:r>
      <w:r>
        <w:rPr>
          <w:rFonts w:ascii="Times New Roman" w:hAnsi="Times New Roman" w:eastAsia="Times New Roman" w:cs="Times New Roman"/>
          <w:b/>
          <w:sz w:val="24"/>
        </w:rPr>
        <w:t xml:space="preserve">any </w:t>
      </w:r>
      <w:r>
        <w:rPr>
          <w:rFonts w:ascii="Times New Roman" w:hAnsi="Times New Roman" w:eastAsia="Times New Roman" w:cs="Times New Roman"/>
          <w:b/>
          <w:sz w:val="24"/>
        </w:rPr>
        <w:t xml:space="preserve">other </w:t>
      </w:r>
      <w:r>
        <w:rPr>
          <w:rFonts w:ascii="Times New Roman" w:hAnsi="Times New Roman" w:eastAsia="Times New Roman" w:cs="Times New Roman"/>
          <w:b/>
          <w:sz w:val="24"/>
        </w:rPr>
        <w:t xml:space="preserve">medical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nursing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procedure,</w:t>
      </w:r>
    </w:p>
    <w:p>
      <w:pPr>
        <w:spacing w:before="1" w:after="0" w:line="276" w:lineRule="auto"/>
        <w:jc w:val="both"/>
      </w:pPr>
      <w:r>
        <w:rPr>
          <w:rFonts w:ascii="Times New Roman" w:hAnsi="Times New Roman" w:eastAsia="Times New Roman" w:cs="Times New Roman"/>
          <w:b/>
          <w:sz w:val="24"/>
        </w:rPr>
        <w:t xml:space="preserve">treatment, intervention,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other measure that </w:t>
      </w:r>
      <w:r>
        <w:rPr>
          <w:rFonts w:ascii="Times New Roman" w:hAnsi="Times New Roman" w:eastAsia="Times New Roman" w:cs="Times New Roman"/>
          <w:b/>
          <w:sz w:val="24"/>
        </w:rPr>
        <w:t xml:space="preserve">would </w:t>
      </w:r>
      <w:r>
        <w:rPr>
          <w:rFonts w:ascii="Times New Roman" w:hAnsi="Times New Roman" w:eastAsia="Times New Roman" w:cs="Times New Roman"/>
          <w:b/>
          <w:sz w:val="24"/>
        </w:rPr>
        <w:t xml:space="preserve">be </w:t>
      </w:r>
      <w:r>
        <w:rPr>
          <w:rFonts w:ascii="Times New Roman" w:hAnsi="Times New Roman" w:eastAsia="Times New Roman" w:cs="Times New Roman"/>
          <w:b/>
          <w:sz w:val="24"/>
        </w:rPr>
        <w:t xml:space="preserve">taken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diminish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pain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discomfort,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postpone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death. </w:t>
      </w:r>
      <w:r>
        <w:rPr>
          <w:rFonts w:ascii="Times New Roman" w:hAnsi="Times New Roman" w:eastAsia="Times New Roman" w:cs="Times New Roman"/>
          <w:b/>
          <w:sz w:val="24"/>
        </w:rPr>
        <w:t xml:space="preserve">Consequently, if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attending </w:t>
      </w:r>
      <w:r>
        <w:rPr>
          <w:rFonts w:ascii="Times New Roman" w:hAnsi="Times New Roman" w:eastAsia="Times New Roman" w:cs="Times New Roman"/>
          <w:b/>
          <w:sz w:val="24"/>
        </w:rPr>
        <w:t xml:space="preserve">physician </w:t>
      </w:r>
      <w:r>
        <w:rPr>
          <w:rFonts w:ascii="Times New Roman" w:hAnsi="Times New Roman" w:eastAsia="Times New Roman" w:cs="Times New Roman"/>
          <w:b/>
          <w:sz w:val="24"/>
        </w:rPr>
        <w:t xml:space="preserve">were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determine </w:t>
      </w:r>
      <w:r>
        <w:rPr>
          <w:rFonts w:ascii="Times New Roman" w:hAnsi="Times New Roman" w:eastAsia="Times New Roman" w:cs="Times New Roman"/>
          <w:b/>
          <w:sz w:val="24"/>
        </w:rPr>
        <w:t xml:space="preserve">that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previously </w:t>
      </w:r>
      <w:r>
        <w:rPr>
          <w:rFonts w:ascii="Times New Roman" w:hAnsi="Times New Roman" w:eastAsia="Times New Roman" w:cs="Times New Roman"/>
          <w:b/>
          <w:sz w:val="24"/>
        </w:rPr>
        <w:t xml:space="preserve">described </w:t>
      </w:r>
      <w:r>
        <w:rPr>
          <w:rFonts w:ascii="Times New Roman" w:hAnsi="Times New Roman" w:eastAsia="Times New Roman" w:cs="Times New Roman"/>
          <w:b/>
          <w:sz w:val="24"/>
        </w:rPr>
        <w:t xml:space="preserve">medical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nursing procedure, treatment, intervention,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other measure will not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no </w:t>
      </w:r>
      <w:r>
        <w:rPr>
          <w:rFonts w:ascii="Times New Roman" w:hAnsi="Times New Roman" w:eastAsia="Times New Roman" w:cs="Times New Roman"/>
          <w:b/>
          <w:sz w:val="24"/>
        </w:rPr>
        <w:t xml:space="preserve">longer will </w:t>
      </w:r>
      <w:r>
        <w:rPr>
          <w:rFonts w:ascii="Times New Roman" w:hAnsi="Times New Roman" w:eastAsia="Times New Roman" w:cs="Times New Roman"/>
          <w:b/>
          <w:sz w:val="24"/>
        </w:rPr>
        <w:t xml:space="preserve">serve to provide </w:t>
      </w:r>
      <w:r>
        <w:rPr>
          <w:rFonts w:ascii="Times New Roman" w:hAnsi="Times New Roman" w:eastAsia="Times New Roman" w:cs="Times New Roman"/>
          <w:b/>
          <w:sz w:val="24"/>
        </w:rPr>
        <w:t xml:space="preserve">comfort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alleviate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pain, </w:t>
      </w:r>
      <w:r>
        <w:rPr>
          <w:rFonts w:ascii="Times New Roman" w:hAnsi="Times New Roman" w:eastAsia="Times New Roman" w:cs="Times New Roman"/>
          <w:b/>
          <w:sz w:val="24"/>
        </w:rPr>
        <w:t xml:space="preserve">then, </w:t>
      </w:r>
      <w:r>
        <w:rPr>
          <w:rFonts w:ascii="Times New Roman" w:hAnsi="Times New Roman" w:eastAsia="Times New Roman" w:cs="Times New Roman"/>
          <w:b/>
          <w:sz w:val="24"/>
        </w:rPr>
        <w:t xml:space="preserve">subject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(4) </w:t>
      </w:r>
      <w:r>
        <w:rPr>
          <w:rFonts w:ascii="Times New Roman" w:hAnsi="Times New Roman" w:eastAsia="Times New Roman" w:cs="Times New Roman"/>
          <w:b/>
          <w:sz w:val="24"/>
        </w:rPr>
        <w:t xml:space="preserve">below,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attorney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fact </w:t>
      </w:r>
      <w:r>
        <w:rPr>
          <w:rFonts w:ascii="Times New Roman" w:hAnsi="Times New Roman" w:eastAsia="Times New Roman" w:cs="Times New Roman"/>
          <w:b/>
          <w:sz w:val="24"/>
        </w:rPr>
        <w:t xml:space="preserve">would be </w:t>
      </w:r>
      <w:r>
        <w:rPr>
          <w:rFonts w:ascii="Times New Roman" w:hAnsi="Times New Roman" w:eastAsia="Times New Roman" w:cs="Times New Roman"/>
          <w:b/>
          <w:sz w:val="24"/>
        </w:rPr>
        <w:t xml:space="preserve">authorized </w:t>
      </w:r>
      <w:r>
        <w:rPr>
          <w:rFonts w:ascii="Times New Roman" w:hAnsi="Times New Roman" w:eastAsia="Times New Roman" w:cs="Times New Roman"/>
          <w:b/>
          <w:sz w:val="24"/>
        </w:rPr>
        <w:t xml:space="preserve">to refuse </w:t>
      </w:r>
      <w:r>
        <w:rPr>
          <w:rFonts w:ascii="Times New Roman" w:hAnsi="Times New Roman" w:eastAsia="Times New Roman" w:cs="Times New Roman"/>
          <w:b/>
          <w:sz w:val="24"/>
        </w:rPr>
        <w:t>or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 xml:space="preserve">withdraw </w:t>
      </w:r>
      <w:r>
        <w:rPr>
          <w:rFonts w:ascii="Times New Roman" w:hAnsi="Times New Roman" w:eastAsia="Times New Roman" w:cs="Times New Roman"/>
          <w:b/>
          <w:sz w:val="24"/>
        </w:rPr>
        <w:t xml:space="preserve">informed </w:t>
      </w:r>
      <w:r>
        <w:rPr>
          <w:rFonts w:ascii="Times New Roman" w:hAnsi="Times New Roman" w:eastAsia="Times New Roman" w:cs="Times New Roman"/>
          <w:b/>
          <w:sz w:val="24"/>
        </w:rPr>
        <w:t xml:space="preserve">consent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the </w:t>
      </w:r>
      <w:r>
        <w:rPr>
          <w:rFonts w:ascii="Times New Roman" w:hAnsi="Times New Roman" w:eastAsia="Times New Roman" w:cs="Times New Roman"/>
          <w:b/>
          <w:sz w:val="24"/>
        </w:rPr>
        <w:t xml:space="preserve">procedure, treatment, intervention,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or</w:t>
      </w:r>
    </w:p>
    <w:p>
      <w:pPr>
        <w:spacing w:before="1" w:after="0"/>
        <w:jc w:val="both"/>
      </w:pPr>
      <w:r>
        <w:rPr>
          <w:rFonts w:ascii="Times New Roman" w:hAnsi="Times New Roman" w:eastAsia="Times New Roman" w:cs="Times New Roman"/>
          <w:b/>
          <w:sz w:val="24"/>
        </w:rPr>
        <w:t>other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measure.);</w:t>
      </w:r>
    </w:p>
    <w:p>
      <w:pPr>
        <w:spacing w:before="164" w:after="0"/>
        <w:ind w:hanging="360"/>
        <w:jc w:val="both"/>
      </w:pP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 if you  </w:t>
      </w:r>
      <w:r>
        <w:rPr>
          <w:rFonts w:ascii="Times New Roman" w:hAnsi="Times New Roman" w:eastAsia="Times New Roman" w:cs="Times New Roman"/>
          <w:sz w:val="24"/>
        </w:rPr>
        <w:t xml:space="preserve"> </w:t>
      </w:r>
      <w:r>
        <w:rPr>
          <w:rFonts w:ascii="Times New Roman" w:hAnsi="Times New Roman" w:eastAsia="Times New Roman" w:cs="Times New Roman"/>
          <w:sz w:val="24"/>
        </w:rPr>
        <w:t>are</w:t>
      </w:r>
    </w:p>
    <w:p>
      <w:pPr>
        <w:spacing w:before="44" w:after="0" w:line="276" w:lineRule="auto"/>
        <w:jc w:val="both"/>
      </w:pPr>
      <w:r>
        <w:rPr>
          <w:rFonts w:ascii="Times New Roman" w:hAnsi="Times New Roman" w:eastAsia="Times New Roman" w:cs="Times New Roman"/>
          <w:sz w:val="24"/>
        </w:rPr>
        <w:t xml:space="preserve">pregnant and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refusal </w:t>
      </w:r>
      <w:r>
        <w:rPr>
          <w:rFonts w:ascii="Times New Roman" w:hAnsi="Times New Roman" w:eastAsia="Times New Roman" w:cs="Times New Roman"/>
          <w:sz w:val="24"/>
        </w:rPr>
        <w:t xml:space="preserve">or withdrawal </w:t>
      </w:r>
      <w:r>
        <w:rPr>
          <w:rFonts w:ascii="Times New Roman" w:hAnsi="Times New Roman" w:eastAsia="Times New Roman" w:cs="Times New Roman"/>
          <w:sz w:val="24"/>
        </w:rPr>
        <w:t xml:space="preserve">would </w:t>
      </w:r>
      <w:r>
        <w:rPr>
          <w:rFonts w:ascii="Times New Roman" w:hAnsi="Times New Roman" w:eastAsia="Times New Roman" w:cs="Times New Roman"/>
          <w:sz w:val="24"/>
        </w:rPr>
        <w:t xml:space="preserve">terminate </w:t>
      </w:r>
      <w:r>
        <w:rPr>
          <w:rFonts w:ascii="Times New Roman" w:hAnsi="Times New Roman" w:eastAsia="Times New Roman" w:cs="Times New Roman"/>
          <w:sz w:val="24"/>
        </w:rPr>
        <w:t xml:space="preserve">the pregnancy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the pregnancy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would </w:t>
      </w:r>
      <w:r>
        <w:rPr>
          <w:rFonts w:ascii="Times New Roman" w:hAnsi="Times New Roman" w:eastAsia="Times New Roman" w:cs="Times New Roman"/>
          <w:sz w:val="24"/>
        </w:rPr>
        <w:t xml:space="preserve">pose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substantial </w:t>
      </w:r>
      <w:r>
        <w:rPr>
          <w:rFonts w:ascii="Times New Roman" w:hAnsi="Times New Roman" w:eastAsia="Times New Roman" w:cs="Times New Roman"/>
          <w:sz w:val="24"/>
        </w:rPr>
        <w:t xml:space="preserve">risk </w:t>
      </w:r>
      <w:r>
        <w:rPr>
          <w:rFonts w:ascii="Times New Roman" w:hAnsi="Times New Roman" w:eastAsia="Times New Roman" w:cs="Times New Roman"/>
          <w:sz w:val="24"/>
        </w:rPr>
        <w:t xml:space="preserve">to your </w:t>
      </w:r>
      <w:r>
        <w:rPr>
          <w:rFonts w:ascii="Times New Roman" w:hAnsi="Times New Roman" w:eastAsia="Times New Roman" w:cs="Times New Roman"/>
          <w:sz w:val="24"/>
        </w:rPr>
        <w:t xml:space="preserve">life,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least </w:t>
      </w:r>
      <w:r>
        <w:rPr>
          <w:rFonts w:ascii="Times New Roman" w:hAnsi="Times New Roman" w:eastAsia="Times New Roman" w:cs="Times New Roman"/>
          <w:sz w:val="24"/>
        </w:rPr>
        <w:t xml:space="preserve">one </w:t>
      </w:r>
      <w:r>
        <w:rPr>
          <w:rFonts w:ascii="Times New Roman" w:hAnsi="Times New Roman" w:eastAsia="Times New Roman" w:cs="Times New Roman"/>
          <w:sz w:val="24"/>
        </w:rPr>
        <w:t xml:space="preserve">other physician </w:t>
      </w:r>
      <w:r>
        <w:rPr>
          <w:rFonts w:ascii="Times New Roman" w:hAnsi="Times New Roman" w:eastAsia="Times New Roman" w:cs="Times New Roman"/>
          <w:sz w:val="24"/>
        </w:rPr>
        <w:t xml:space="preserve">who </w:t>
      </w:r>
      <w:r>
        <w:rPr>
          <w:rFonts w:ascii="Times New Roman" w:hAnsi="Times New Roman" w:eastAsia="Times New Roman" w:cs="Times New Roman"/>
          <w:sz w:val="24"/>
        </w:rPr>
        <w:t xml:space="preserve">examines  </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p>
    <w:p>
      <w:pPr>
        <w:spacing w:before="1" w:after="0" w:line="276" w:lineRule="auto"/>
        <w:jc w:val="both"/>
      </w:pPr>
      <w:r>
        <w:rPr>
          <w:rFonts w:ascii="Times New Roman" w:hAnsi="Times New Roman" w:eastAsia="Times New Roman" w:cs="Times New Roman"/>
          <w:sz w:val="24"/>
        </w:rPr>
        <w:t xml:space="preserve">determine,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reasonable </w:t>
      </w:r>
      <w:r>
        <w:rPr>
          <w:rFonts w:ascii="Times New Roman" w:hAnsi="Times New Roman" w:eastAsia="Times New Roman" w:cs="Times New Roman"/>
          <w:sz w:val="24"/>
        </w:rPr>
        <w:t xml:space="preserve">degree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medical certainty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accordance </w:t>
      </w:r>
      <w:r>
        <w:rPr>
          <w:rFonts w:ascii="Times New Roman" w:hAnsi="Times New Roman" w:eastAsia="Times New Roman" w:cs="Times New Roman"/>
          <w:sz w:val="24"/>
        </w:rPr>
        <w:t xml:space="preserve">with </w:t>
      </w:r>
      <w:r>
        <w:rPr>
          <w:rFonts w:ascii="Times New Roman" w:hAnsi="Times New Roman" w:eastAsia="Times New Roman" w:cs="Times New Roman"/>
          <w:sz w:val="24"/>
        </w:rPr>
        <w:t xml:space="preserve">reasonable </w:t>
      </w:r>
      <w:r>
        <w:rPr>
          <w:rFonts w:ascii="Times New Roman" w:hAnsi="Times New Roman" w:eastAsia="Times New Roman" w:cs="Times New Roman"/>
          <w:sz w:val="24"/>
        </w:rPr>
        <w:t xml:space="preserve">medical standards,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fetus </w:t>
      </w:r>
      <w:r>
        <w:rPr>
          <w:rFonts w:ascii="Times New Roman" w:hAnsi="Times New Roman" w:eastAsia="Times New Roman" w:cs="Times New Roman"/>
          <w:sz w:val="24"/>
        </w:rPr>
        <w:t xml:space="preserve">would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born </w:t>
      </w:r>
      <w:r>
        <w:rPr>
          <w:rFonts w:ascii="Times New Roman" w:hAnsi="Times New Roman" w:eastAsia="Times New Roman" w:cs="Times New Roman"/>
          <w:sz w:val="24"/>
        </w:rPr>
        <w:t xml:space="preserve"> </w:t>
      </w:r>
      <w:r>
        <w:rPr>
          <w:rFonts w:ascii="Times New Roman" w:hAnsi="Times New Roman" w:eastAsia="Times New Roman" w:cs="Times New Roman"/>
          <w:sz w:val="24"/>
        </w:rPr>
        <w:t>alive);</w:t>
      </w:r>
    </w:p>
    <w:p>
      <w:pPr>
        <w:spacing w:before="121" w:after="0" w:line="276" w:lineRule="auto"/>
        <w:ind w:firstLine="0"/>
        <w:jc w:val="both"/>
      </w:pPr>
      <w:r>
        <w:rPr>
          <w:rFonts w:ascii="Times New Roman" w:hAnsi="Times New Roman" w:eastAsia="Times New Roman" w:cs="Times New Roman"/>
          <w:sz w:val="24"/>
        </w:rPr>
        <w:t xml:space="preserve">Refuse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provision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artificially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technologically administered sustenance (nutrition)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fluids </w:t>
      </w:r>
      <w:r>
        <w:rPr>
          <w:rFonts w:ascii="Times New Roman" w:hAnsi="Times New Roman" w:eastAsia="Times New Roman" w:cs="Times New Roman"/>
          <w:sz w:val="24"/>
        </w:rPr>
        <w:t xml:space="preserve">(hydration)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w:t>
      </w:r>
    </w:p>
    <w:p>
      <w:pPr>
        <w:spacing w:before="121" w:after="0" w:line="319" w:lineRule="auto"/>
        <w:ind w:firstLine="0"/>
      </w:pP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are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terminal condition </w:t>
      </w:r>
      <w:r>
        <w:rPr>
          <w:rFonts w:ascii="Times New Roman" w:hAnsi="Times New Roman" w:eastAsia="Times New Roman" w:cs="Times New Roman"/>
          <w:b/>
          <w:sz w:val="24"/>
        </w:rPr>
        <w:t xml:space="preserve">or in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permanently </w:t>
      </w:r>
      <w:r>
        <w:rPr>
          <w:rFonts w:ascii="Times New Roman" w:hAnsi="Times New Roman" w:eastAsia="Times New Roman" w:cs="Times New Roman"/>
          <w:b/>
          <w:sz w:val="24"/>
        </w:rPr>
        <w:t xml:space="preserve">unconscious </w:t>
      </w:r>
      <w:r>
        <w:rPr>
          <w:rFonts w:ascii="Times New Roman" w:hAnsi="Times New Roman" w:eastAsia="Times New Roman" w:cs="Times New Roman"/>
          <w:b/>
          <w:sz w:val="24"/>
        </w:rPr>
        <w:t>state.</w:t>
      </w:r>
    </w:p>
    <w:p>
      <w:pPr>
        <w:spacing w:before="48" w:after="0"/>
      </w:pPr>
      <w:r>
        <w:rPr>
          <w:rFonts w:ascii="Times New Roman" w:hAnsi="Times New Roman" w:eastAsia="Times New Roman" w:cs="Times New Roman"/>
          <w:sz w:val="24"/>
        </w:rPr>
        <w:t xml:space="preserve">[This notice is included in this printed form as </w:t>
      </w:r>
      <w:r>
        <w:rPr>
          <w:rFonts w:ascii="Times New Roman" w:hAnsi="Times New Roman" w:eastAsia="Times New Roman" w:cs="Times New Roman"/>
          <w:sz w:val="24"/>
        </w:rPr>
        <w:t xml:space="preserve">required </w:t>
      </w:r>
      <w:r>
        <w:rPr>
          <w:rFonts w:ascii="Times New Roman" w:hAnsi="Times New Roman" w:eastAsia="Times New Roman" w:cs="Times New Roman"/>
          <w:sz w:val="24"/>
        </w:rPr>
        <w:t>by Ohio Revised Code §</w:t>
      </w:r>
      <w:r>
        <w:rPr>
          <w:rFonts w:ascii="Times New Roman" w:hAnsi="Times New Roman" w:eastAsia="Times New Roman" w:cs="Times New Roman"/>
          <w:sz w:val="24"/>
        </w:rPr>
        <w:t xml:space="preserve"> </w:t>
      </w:r>
      <w:r>
        <w:rPr>
          <w:rFonts w:ascii="Times New Roman" w:hAnsi="Times New Roman" w:eastAsia="Times New Roman" w:cs="Times New Roman"/>
          <w:sz w:val="24"/>
        </w:rPr>
        <w:t>1337.17.]</w:t>
      </w:r>
    </w:p>
    <w:p>
      <w:pPr/>
    </w:p>
    <w:p>
      <w:pPr>
        <w:spacing w:before="5" w:after="0"/>
      </w:pPr>
    </w:p>
    <w:p>
      <w:pPr>
        <w:spacing w:before="67" w:after="0" w:line="259" w:lineRule="auto"/>
        <w:ind w:firstLine="0"/>
      </w:pP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least </w:t>
      </w:r>
      <w:r>
        <w:rPr>
          <w:rFonts w:ascii="Times New Roman" w:hAnsi="Times New Roman" w:eastAsia="Times New Roman" w:cs="Times New Roman"/>
          <w:sz w:val="24"/>
        </w:rPr>
        <w:t xml:space="preserve">one </w:t>
      </w:r>
      <w:r>
        <w:rPr>
          <w:rFonts w:ascii="Times New Roman" w:hAnsi="Times New Roman" w:eastAsia="Times New Roman" w:cs="Times New Roman"/>
          <w:sz w:val="24"/>
        </w:rPr>
        <w:t xml:space="preserve">other physician </w:t>
      </w:r>
      <w:r>
        <w:rPr>
          <w:rFonts w:ascii="Times New Roman" w:hAnsi="Times New Roman" w:eastAsia="Times New Roman" w:cs="Times New Roman"/>
          <w:sz w:val="24"/>
        </w:rPr>
        <w:t xml:space="preserve">who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examined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determine,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reasonable degree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medical </w:t>
      </w:r>
      <w:r>
        <w:rPr>
          <w:rFonts w:ascii="Times New Roman" w:hAnsi="Times New Roman" w:eastAsia="Times New Roman" w:cs="Times New Roman"/>
          <w:sz w:val="24"/>
        </w:rPr>
        <w:t xml:space="preserve"> </w:t>
      </w:r>
      <w:r>
        <w:rPr>
          <w:rFonts w:ascii="Times New Roman" w:hAnsi="Times New Roman" w:eastAsia="Times New Roman" w:cs="Times New Roman"/>
          <w:sz w:val="24"/>
        </w:rPr>
        <w:t>certainty</w:t>
      </w:r>
    </w:p>
    <w:p>
      <w:pPr>
        <w:spacing w:line="259" w:lineRule="auto"/>
      </w:pPr>
      <w:r>
        <w:rPr>
          <w:rFonts w:ascii="Times New Roman" w:hAnsi="Times New Roman" w:eastAsia="Times New Roman" w:cs="Times New Roman"/>
          <w:b/>
          <w:sz w:val="24"/>
        </w:rPr>
        <w:t xml:space="preserve">and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accordance </w:t>
      </w:r>
      <w:r>
        <w:rPr>
          <w:rFonts w:ascii="Times New Roman" w:hAnsi="Times New Roman" w:eastAsia="Times New Roman" w:cs="Times New Roman"/>
          <w:b/>
          <w:sz w:val="24"/>
        </w:rPr>
        <w:t xml:space="preserve">with reasonable </w:t>
      </w:r>
      <w:r>
        <w:rPr>
          <w:rFonts w:ascii="Times New Roman" w:hAnsi="Times New Roman" w:eastAsia="Times New Roman" w:cs="Times New Roman"/>
          <w:b/>
          <w:sz w:val="24"/>
        </w:rPr>
        <w:t xml:space="preserve">medical standards, </w:t>
      </w:r>
      <w:r>
        <w:rPr>
          <w:rFonts w:ascii="Times New Roman" w:hAnsi="Times New Roman" w:eastAsia="Times New Roman" w:cs="Times New Roman"/>
          <w:b/>
          <w:sz w:val="24"/>
        </w:rPr>
        <w:t xml:space="preserve">that 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hydration </w:t>
      </w:r>
      <w:r>
        <w:rPr>
          <w:rFonts w:ascii="Times New Roman" w:hAnsi="Times New Roman" w:eastAsia="Times New Roman" w:cs="Times New Roman"/>
          <w:b/>
          <w:sz w:val="24"/>
        </w:rPr>
        <w:t xml:space="preserve">will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 xml:space="preserve">or no </w:t>
      </w:r>
      <w:r>
        <w:rPr>
          <w:rFonts w:ascii="Times New Roman" w:hAnsi="Times New Roman" w:eastAsia="Times New Roman" w:cs="Times New Roman"/>
          <w:b/>
          <w:sz w:val="24"/>
        </w:rPr>
        <w:t xml:space="preserve">longer will </w:t>
      </w:r>
      <w:r>
        <w:rPr>
          <w:rFonts w:ascii="Times New Roman" w:hAnsi="Times New Roman" w:eastAsia="Times New Roman" w:cs="Times New Roman"/>
          <w:b/>
          <w:sz w:val="24"/>
        </w:rPr>
        <w:t xml:space="preserve">serve to provide </w:t>
      </w:r>
      <w:r>
        <w:rPr>
          <w:rFonts w:ascii="Times New Roman" w:hAnsi="Times New Roman" w:eastAsia="Times New Roman" w:cs="Times New Roman"/>
          <w:b/>
          <w:sz w:val="24"/>
        </w:rPr>
        <w:t xml:space="preserve">comfort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alleviate </w:t>
      </w:r>
      <w:r>
        <w:rPr>
          <w:rFonts w:ascii="Times New Roman" w:hAnsi="Times New Roman" w:eastAsia="Times New Roman" w:cs="Times New Roman"/>
          <w:b/>
          <w:sz w:val="24"/>
        </w:rPr>
        <w:t>your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pain.</w:t>
      </w:r>
    </w:p>
    <w:p>
      <w:pPr>
        <w:spacing w:before="120" w:after="0"/>
        <w:ind w:hanging="360"/>
      </w:pPr>
      <w:r>
        <w:rPr>
          <w:rFonts w:ascii="Times New Roman" w:hAnsi="Times New Roman" w:eastAsia="Times New Roman" w:cs="Times New Roman"/>
          <w:b/>
          <w:sz w:val="24"/>
        </w:rPr>
        <w:t xml:space="preserve">If, </w:t>
      </w:r>
      <w:r>
        <w:rPr>
          <w:rFonts w:ascii="Times New Roman" w:hAnsi="Times New Roman" w:eastAsia="Times New Roman" w:cs="Times New Roman"/>
          <w:b/>
          <w:sz w:val="24"/>
        </w:rPr>
        <w:t xml:space="preserve">but </w:t>
      </w:r>
      <w:r>
        <w:rPr>
          <w:rFonts w:ascii="Times New Roman" w:hAnsi="Times New Roman" w:eastAsia="Times New Roman" w:cs="Times New Roman"/>
          <w:b/>
          <w:sz w:val="24"/>
        </w:rPr>
        <w:t xml:space="preserve">only </w:t>
      </w:r>
      <w:r>
        <w:rPr>
          <w:rFonts w:ascii="Times New Roman" w:hAnsi="Times New Roman" w:eastAsia="Times New Roman" w:cs="Times New Roman"/>
          <w:b/>
          <w:sz w:val="24"/>
        </w:rPr>
        <w:t xml:space="preserve">if, </w:t>
      </w:r>
      <w:r>
        <w:rPr>
          <w:rFonts w:ascii="Times New Roman" w:hAnsi="Times New Roman" w:eastAsia="Times New Roman" w:cs="Times New Roman"/>
          <w:b/>
          <w:sz w:val="24"/>
        </w:rPr>
        <w:t xml:space="preserve">you are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permanently </w:t>
      </w:r>
      <w:r>
        <w:rPr>
          <w:rFonts w:ascii="Times New Roman" w:hAnsi="Times New Roman" w:eastAsia="Times New Roman" w:cs="Times New Roman"/>
          <w:b/>
          <w:sz w:val="24"/>
        </w:rPr>
        <w:t xml:space="preserve">unconscious state,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you</w:t>
      </w:r>
    </w:p>
    <w:p>
      <w:pPr>
        <w:spacing w:before="24" w:after="0" w:line="259" w:lineRule="auto"/>
      </w:pPr>
      <w:r>
        <w:rPr>
          <w:rFonts w:ascii="Times New Roman" w:hAnsi="Times New Roman" w:eastAsia="Times New Roman" w:cs="Times New Roman"/>
          <w:b/>
          <w:sz w:val="24"/>
        </w:rPr>
        <w:t xml:space="preserve">authorize </w:t>
      </w:r>
      <w:r>
        <w:rPr>
          <w:rFonts w:ascii="Times New Roman" w:hAnsi="Times New Roman" w:eastAsia="Times New Roman" w:cs="Times New Roman"/>
          <w:b/>
          <w:sz w:val="24"/>
        </w:rPr>
        <w:t xml:space="preserve">the attorney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fact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refuse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withdraw </w:t>
      </w:r>
      <w:r>
        <w:rPr>
          <w:rFonts w:ascii="Times New Roman" w:hAnsi="Times New Roman" w:eastAsia="Times New Roman" w:cs="Times New Roman"/>
          <w:b/>
          <w:sz w:val="24"/>
        </w:rPr>
        <w:t xml:space="preserve">informed </w:t>
      </w:r>
      <w:r>
        <w:rPr>
          <w:rFonts w:ascii="Times New Roman" w:hAnsi="Times New Roman" w:eastAsia="Times New Roman" w:cs="Times New Roman"/>
          <w:b/>
          <w:sz w:val="24"/>
        </w:rPr>
        <w:t xml:space="preserve">consent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the provision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hydration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by </w:t>
      </w:r>
      <w:r>
        <w:rPr>
          <w:rFonts w:ascii="Times New Roman" w:hAnsi="Times New Roman" w:eastAsia="Times New Roman" w:cs="Times New Roman"/>
          <w:b/>
          <w:sz w:val="24"/>
        </w:rPr>
        <w:t xml:space="preserve">doing both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the </w:t>
      </w:r>
      <w:r>
        <w:rPr>
          <w:rFonts w:ascii="Times New Roman" w:hAnsi="Times New Roman" w:eastAsia="Times New Roman" w:cs="Times New Roman"/>
          <w:b/>
          <w:sz w:val="24"/>
        </w:rPr>
        <w:t xml:space="preserve">following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this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document:</w:t>
      </w:r>
    </w:p>
    <w:p>
      <w:pPr>
        <w:spacing w:before="120" w:after="0" w:line="259" w:lineRule="auto"/>
        <w:ind w:firstLine="0"/>
        <w:jc w:val="both"/>
      </w:pPr>
      <w:r>
        <w:rPr>
          <w:rFonts w:ascii="Times New Roman" w:hAnsi="Times New Roman" w:eastAsia="Times New Roman" w:cs="Times New Roman"/>
          <w:b/>
          <w:sz w:val="24"/>
        </w:rPr>
        <w:t xml:space="preserve">Including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statement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capital </w:t>
      </w:r>
      <w:r>
        <w:rPr>
          <w:rFonts w:ascii="Times New Roman" w:hAnsi="Times New Roman" w:eastAsia="Times New Roman" w:cs="Times New Roman"/>
          <w:b/>
          <w:sz w:val="24"/>
        </w:rPr>
        <w:t xml:space="preserve">letters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other </w:t>
      </w:r>
      <w:r>
        <w:rPr>
          <w:rFonts w:ascii="Times New Roman" w:hAnsi="Times New Roman" w:eastAsia="Times New Roman" w:cs="Times New Roman"/>
          <w:b/>
          <w:sz w:val="24"/>
        </w:rPr>
        <w:t xml:space="preserve">conspicuous type, including, </w:t>
      </w:r>
      <w:r>
        <w:rPr>
          <w:rFonts w:ascii="Times New Roman" w:hAnsi="Times New Roman" w:eastAsia="Times New Roman" w:cs="Times New Roman"/>
          <w:b/>
          <w:sz w:val="24"/>
        </w:rPr>
        <w:t xml:space="preserve">but </w:t>
      </w:r>
      <w:r>
        <w:rPr>
          <w:rFonts w:ascii="Times New Roman" w:hAnsi="Times New Roman" w:eastAsia="Times New Roman" w:cs="Times New Roman"/>
          <w:b/>
          <w:sz w:val="24"/>
        </w:rPr>
        <w:t xml:space="preserve">not </w:t>
      </w:r>
      <w:r>
        <w:rPr>
          <w:rFonts w:ascii="Times New Roman" w:hAnsi="Times New Roman" w:eastAsia="Times New Roman" w:cs="Times New Roman"/>
          <w:b/>
          <w:sz w:val="24"/>
        </w:rPr>
        <w:t xml:space="preserve">limited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different </w:t>
      </w:r>
      <w:r>
        <w:rPr>
          <w:rFonts w:ascii="Times New Roman" w:hAnsi="Times New Roman" w:eastAsia="Times New Roman" w:cs="Times New Roman"/>
          <w:b/>
          <w:sz w:val="24"/>
        </w:rPr>
        <w:t xml:space="preserve">font, </w:t>
      </w:r>
      <w:r>
        <w:rPr>
          <w:rFonts w:ascii="Times New Roman" w:hAnsi="Times New Roman" w:eastAsia="Times New Roman" w:cs="Times New Roman"/>
          <w:b/>
          <w:sz w:val="24"/>
        </w:rPr>
        <w:t xml:space="preserve">bigger </w:t>
      </w:r>
      <w:r>
        <w:rPr>
          <w:rFonts w:ascii="Times New Roman" w:hAnsi="Times New Roman" w:eastAsia="Times New Roman" w:cs="Times New Roman"/>
          <w:b/>
          <w:sz w:val="24"/>
        </w:rPr>
        <w:t xml:space="preserve">type,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boldface </w:t>
      </w:r>
      <w:r>
        <w:rPr>
          <w:rFonts w:ascii="Times New Roman" w:hAnsi="Times New Roman" w:eastAsia="Times New Roman" w:cs="Times New Roman"/>
          <w:b/>
          <w:sz w:val="24"/>
        </w:rPr>
        <w:t xml:space="preserve">type, </w:t>
      </w:r>
      <w:r>
        <w:rPr>
          <w:rFonts w:ascii="Times New Roman" w:hAnsi="Times New Roman" w:eastAsia="Times New Roman" w:cs="Times New Roman"/>
          <w:b/>
          <w:sz w:val="24"/>
        </w:rPr>
        <w:t xml:space="preserve">that </w:t>
      </w:r>
      <w:r>
        <w:rPr>
          <w:rFonts w:ascii="Times New Roman" w:hAnsi="Times New Roman" w:eastAsia="Times New Roman" w:cs="Times New Roman"/>
          <w:b/>
          <w:sz w:val="24"/>
        </w:rPr>
        <w:t xml:space="preserve">the attorney in </w:t>
      </w:r>
      <w:r>
        <w:rPr>
          <w:rFonts w:ascii="Times New Roman" w:hAnsi="Times New Roman" w:eastAsia="Times New Roman" w:cs="Times New Roman"/>
          <w:b/>
          <w:sz w:val="24"/>
        </w:rPr>
        <w:t xml:space="preserve">fact </w:t>
      </w:r>
      <w:r>
        <w:rPr>
          <w:rFonts w:ascii="Times New Roman" w:hAnsi="Times New Roman" w:eastAsia="Times New Roman" w:cs="Times New Roman"/>
          <w:b/>
          <w:sz w:val="24"/>
        </w:rPr>
        <w:t xml:space="preserve">may </w:t>
      </w:r>
      <w:r>
        <w:rPr>
          <w:rFonts w:ascii="Times New Roman" w:hAnsi="Times New Roman" w:eastAsia="Times New Roman" w:cs="Times New Roman"/>
          <w:b/>
          <w:sz w:val="24"/>
        </w:rPr>
        <w:t xml:space="preserve">refuse or withdraw informed </w:t>
      </w:r>
      <w:r>
        <w:rPr>
          <w:rFonts w:ascii="Times New Roman" w:hAnsi="Times New Roman" w:eastAsia="Times New Roman" w:cs="Times New Roman"/>
          <w:b/>
          <w:sz w:val="24"/>
        </w:rPr>
        <w:t xml:space="preserve">consent to </w:t>
      </w:r>
      <w:r>
        <w:rPr>
          <w:rFonts w:ascii="Times New Roman" w:hAnsi="Times New Roman" w:eastAsia="Times New Roman" w:cs="Times New Roman"/>
          <w:b/>
          <w:sz w:val="24"/>
        </w:rPr>
        <w:t xml:space="preserve">the provision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hydration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if </w:t>
      </w:r>
      <w:r>
        <w:rPr>
          <w:rFonts w:ascii="Times New Roman" w:hAnsi="Times New Roman" w:eastAsia="Times New Roman" w:cs="Times New Roman"/>
          <w:b/>
          <w:sz w:val="24"/>
        </w:rPr>
        <w:t xml:space="preserve">you are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w:t>
      </w:r>
    </w:p>
    <w:p>
      <w:pPr>
        <w:spacing w:line="259" w:lineRule="auto"/>
        <w:jc w:val="both"/>
      </w:pPr>
      <w:r>
        <w:rPr>
          <w:rFonts w:ascii="Times New Roman" w:hAnsi="Times New Roman" w:eastAsia="Times New Roman" w:cs="Times New Roman"/>
          <w:b/>
          <w:sz w:val="24"/>
        </w:rPr>
        <w:t xml:space="preserve">permanently unconscious state </w:t>
      </w:r>
      <w:r>
        <w:rPr>
          <w:rFonts w:ascii="Times New Roman" w:hAnsi="Times New Roman" w:eastAsia="Times New Roman" w:cs="Times New Roman"/>
          <w:b/>
          <w:sz w:val="24"/>
        </w:rPr>
        <w:t xml:space="preserve">and </w:t>
      </w:r>
      <w:r>
        <w:rPr>
          <w:rFonts w:ascii="Times New Roman" w:hAnsi="Times New Roman" w:eastAsia="Times New Roman" w:cs="Times New Roman"/>
          <w:b/>
          <w:sz w:val="24"/>
        </w:rPr>
        <w:t xml:space="preserve">if </w:t>
      </w:r>
      <w:r>
        <w:rPr>
          <w:rFonts w:ascii="Times New Roman" w:hAnsi="Times New Roman" w:eastAsia="Times New Roman" w:cs="Times New Roman"/>
          <w:b/>
          <w:sz w:val="24"/>
        </w:rPr>
        <w:t xml:space="preserve">the </w:t>
      </w:r>
      <w:r>
        <w:rPr>
          <w:rFonts w:ascii="Times New Roman" w:hAnsi="Times New Roman" w:eastAsia="Times New Roman" w:cs="Times New Roman"/>
          <w:b/>
          <w:sz w:val="24"/>
        </w:rPr>
        <w:t xml:space="preserve">determination </w:t>
      </w:r>
      <w:r>
        <w:rPr>
          <w:rFonts w:ascii="Times New Roman" w:hAnsi="Times New Roman" w:eastAsia="Times New Roman" w:cs="Times New Roman"/>
          <w:b/>
          <w:sz w:val="24"/>
        </w:rPr>
        <w:t xml:space="preserve">that </w:t>
      </w:r>
      <w:r>
        <w:rPr>
          <w:rFonts w:ascii="Times New Roman" w:hAnsi="Times New Roman" w:eastAsia="Times New Roman" w:cs="Times New Roman"/>
          <w:b/>
          <w:sz w:val="24"/>
        </w:rPr>
        <w:t xml:space="preserve">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hydration will not </w:t>
      </w:r>
      <w:r>
        <w:rPr>
          <w:rFonts w:ascii="Times New Roman" w:hAnsi="Times New Roman" w:eastAsia="Times New Roman" w:cs="Times New Roman"/>
          <w:b/>
          <w:sz w:val="24"/>
        </w:rPr>
        <w:t xml:space="preserve">or no </w:t>
      </w:r>
      <w:r>
        <w:rPr>
          <w:rFonts w:ascii="Times New Roman" w:hAnsi="Times New Roman" w:eastAsia="Times New Roman" w:cs="Times New Roman"/>
          <w:b/>
          <w:sz w:val="24"/>
        </w:rPr>
        <w:t xml:space="preserve">longer will </w:t>
      </w:r>
      <w:r>
        <w:rPr>
          <w:rFonts w:ascii="Times New Roman" w:hAnsi="Times New Roman" w:eastAsia="Times New Roman" w:cs="Times New Roman"/>
          <w:b/>
          <w:sz w:val="24"/>
        </w:rPr>
        <w:t xml:space="preserve">serve to </w:t>
      </w:r>
      <w:r>
        <w:rPr>
          <w:rFonts w:ascii="Times New Roman" w:hAnsi="Times New Roman" w:eastAsia="Times New Roman" w:cs="Times New Roman"/>
          <w:b/>
          <w:sz w:val="24"/>
        </w:rPr>
        <w:t xml:space="preserve">provide </w:t>
      </w:r>
      <w:r>
        <w:rPr>
          <w:rFonts w:ascii="Times New Roman" w:hAnsi="Times New Roman" w:eastAsia="Times New Roman" w:cs="Times New Roman"/>
          <w:b/>
          <w:sz w:val="24"/>
        </w:rPr>
        <w:t xml:space="preserve">comfort </w:t>
      </w:r>
      <w:r>
        <w:rPr>
          <w:rFonts w:ascii="Times New Roman" w:hAnsi="Times New Roman" w:eastAsia="Times New Roman" w:cs="Times New Roman"/>
          <w:b/>
          <w:sz w:val="24"/>
        </w:rPr>
        <w:t xml:space="preserve">to you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alleviate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pain </w:t>
      </w:r>
      <w:r>
        <w:rPr>
          <w:rFonts w:ascii="Times New Roman" w:hAnsi="Times New Roman" w:eastAsia="Times New Roman" w:cs="Times New Roman"/>
          <w:b/>
          <w:sz w:val="24"/>
        </w:rPr>
        <w:t xml:space="preserve">is </w:t>
      </w:r>
      <w:r>
        <w:rPr>
          <w:rFonts w:ascii="Times New Roman" w:hAnsi="Times New Roman" w:eastAsia="Times New Roman" w:cs="Times New Roman"/>
          <w:b/>
          <w:sz w:val="24"/>
        </w:rPr>
        <w:t xml:space="preserve">made,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checking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otherwise </w:t>
      </w:r>
      <w:r>
        <w:rPr>
          <w:rFonts w:ascii="Times New Roman" w:hAnsi="Times New Roman" w:eastAsia="Times New Roman" w:cs="Times New Roman"/>
          <w:b/>
          <w:sz w:val="24"/>
        </w:rPr>
        <w:t xml:space="preserve">marking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w:t>
      </w:r>
    </w:p>
    <w:p>
      <w:pPr>
        <w:spacing w:line="259" w:lineRule="auto"/>
      </w:pPr>
      <w:r>
        <w:rPr>
          <w:rFonts w:ascii="Times New Roman" w:hAnsi="Times New Roman" w:eastAsia="Times New Roman" w:cs="Times New Roman"/>
          <w:b/>
          <w:sz w:val="24"/>
        </w:rPr>
        <w:t xml:space="preserve">box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line </w:t>
      </w:r>
      <w:r>
        <w:rPr>
          <w:rFonts w:ascii="Times New Roman" w:hAnsi="Times New Roman" w:eastAsia="Times New Roman" w:cs="Times New Roman"/>
          <w:b/>
          <w:sz w:val="24"/>
        </w:rPr>
        <w:t xml:space="preserve">(if </w:t>
      </w:r>
      <w:r>
        <w:rPr>
          <w:rFonts w:ascii="Times New Roman" w:hAnsi="Times New Roman" w:eastAsia="Times New Roman" w:cs="Times New Roman"/>
          <w:b/>
          <w:sz w:val="24"/>
        </w:rPr>
        <w:t xml:space="preserve">any) </w:t>
      </w:r>
      <w:r>
        <w:rPr>
          <w:rFonts w:ascii="Times New Roman" w:hAnsi="Times New Roman" w:eastAsia="Times New Roman" w:cs="Times New Roman"/>
          <w:b/>
          <w:sz w:val="24"/>
        </w:rPr>
        <w:t xml:space="preserve">that </w:t>
      </w:r>
      <w:r>
        <w:rPr>
          <w:rFonts w:ascii="Times New Roman" w:hAnsi="Times New Roman" w:eastAsia="Times New Roman" w:cs="Times New Roman"/>
          <w:b/>
          <w:sz w:val="24"/>
        </w:rPr>
        <w:t xml:space="preserve">is </w:t>
      </w:r>
      <w:r>
        <w:rPr>
          <w:rFonts w:ascii="Times New Roman" w:hAnsi="Times New Roman" w:eastAsia="Times New Roman" w:cs="Times New Roman"/>
          <w:b/>
          <w:sz w:val="24"/>
        </w:rPr>
        <w:t xml:space="preserve">adjacent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similar statement </w:t>
      </w:r>
      <w:r>
        <w:rPr>
          <w:rFonts w:ascii="Times New Roman" w:hAnsi="Times New Roman" w:eastAsia="Times New Roman" w:cs="Times New Roman"/>
          <w:b/>
          <w:sz w:val="24"/>
        </w:rPr>
        <w:t xml:space="preserve">on </w:t>
      </w:r>
      <w:r>
        <w:rPr>
          <w:rFonts w:ascii="Times New Roman" w:hAnsi="Times New Roman" w:eastAsia="Times New Roman" w:cs="Times New Roman"/>
          <w:b/>
          <w:sz w:val="24"/>
        </w:rPr>
        <w:t>this document;</w:t>
      </w:r>
    </w:p>
    <w:p>
      <w:pPr>
        <w:spacing w:before="120" w:after="0" w:line="259" w:lineRule="auto"/>
        <w:ind w:firstLine="0"/>
      </w:pPr>
      <w:r>
        <w:rPr>
          <w:rFonts w:ascii="Times New Roman" w:hAnsi="Times New Roman" w:eastAsia="Times New Roman" w:cs="Times New Roman"/>
          <w:b/>
          <w:sz w:val="24"/>
        </w:rPr>
        <w:t xml:space="preserve">Placing </w:t>
      </w: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initials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signature underneath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adjacent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the </w:t>
      </w:r>
      <w:r>
        <w:rPr>
          <w:rFonts w:ascii="Times New Roman" w:hAnsi="Times New Roman" w:eastAsia="Times New Roman" w:cs="Times New Roman"/>
          <w:b/>
          <w:sz w:val="24"/>
        </w:rPr>
        <w:t xml:space="preserve">statement, </w:t>
      </w:r>
      <w:r>
        <w:rPr>
          <w:rFonts w:ascii="Times New Roman" w:hAnsi="Times New Roman" w:eastAsia="Times New Roman" w:cs="Times New Roman"/>
          <w:b/>
          <w:sz w:val="24"/>
        </w:rPr>
        <w:t xml:space="preserve">check,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other </w:t>
      </w:r>
      <w:r>
        <w:rPr>
          <w:rFonts w:ascii="Times New Roman" w:hAnsi="Times New Roman" w:eastAsia="Times New Roman" w:cs="Times New Roman"/>
          <w:b/>
          <w:sz w:val="24"/>
        </w:rPr>
        <w:t>mark previously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described.</w:t>
      </w:r>
    </w:p>
    <w:p>
      <w:pPr>
        <w:spacing w:before="120" w:after="0" w:line="259" w:lineRule="auto"/>
        <w:ind w:firstLine="0"/>
      </w:pPr>
      <w:r>
        <w:rPr>
          <w:rFonts w:ascii="Times New Roman" w:hAnsi="Times New Roman" w:eastAsia="Times New Roman" w:cs="Times New Roman"/>
          <w:b/>
          <w:sz w:val="24"/>
        </w:rPr>
        <w:t xml:space="preserve">Your </w:t>
      </w:r>
      <w:r>
        <w:rPr>
          <w:rFonts w:ascii="Times New Roman" w:hAnsi="Times New Roman" w:eastAsia="Times New Roman" w:cs="Times New Roman"/>
          <w:b/>
          <w:sz w:val="24"/>
        </w:rPr>
        <w:t xml:space="preserve">attending physician determines, in good faith, that you authorized </w:t>
      </w:r>
      <w:r>
        <w:rPr>
          <w:rFonts w:ascii="Times New Roman" w:hAnsi="Times New Roman" w:eastAsia="Times New Roman" w:cs="Times New Roman"/>
          <w:b/>
          <w:sz w:val="24"/>
        </w:rPr>
        <w:t xml:space="preserve">the attorney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fact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refuse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withdraw </w:t>
      </w:r>
      <w:r>
        <w:rPr>
          <w:rFonts w:ascii="Times New Roman" w:hAnsi="Times New Roman" w:eastAsia="Times New Roman" w:cs="Times New Roman"/>
          <w:b/>
          <w:sz w:val="24"/>
        </w:rPr>
        <w:t xml:space="preserve">informed </w:t>
      </w:r>
      <w:r>
        <w:rPr>
          <w:rFonts w:ascii="Times New Roman" w:hAnsi="Times New Roman" w:eastAsia="Times New Roman" w:cs="Times New Roman"/>
          <w:b/>
          <w:sz w:val="24"/>
        </w:rPr>
        <w:t xml:space="preserve">consent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the</w:t>
      </w:r>
    </w:p>
    <w:p>
      <w:pPr/>
      <w:r>
        <w:rPr>
          <w:rFonts w:ascii="Times New Roman" w:hAnsi="Times New Roman" w:eastAsia="Times New Roman" w:cs="Times New Roman"/>
          <w:b/>
          <w:sz w:val="24"/>
        </w:rPr>
        <w:t xml:space="preserve">provision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nutrition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 xml:space="preserve">hydration </w:t>
      </w:r>
      <w:r>
        <w:rPr>
          <w:rFonts w:ascii="Times New Roman" w:hAnsi="Times New Roman" w:eastAsia="Times New Roman" w:cs="Times New Roman"/>
          <w:b/>
          <w:sz w:val="24"/>
        </w:rPr>
        <w:t xml:space="preserve">to </w:t>
      </w:r>
      <w:r>
        <w:rPr>
          <w:rFonts w:ascii="Times New Roman" w:hAnsi="Times New Roman" w:eastAsia="Times New Roman" w:cs="Times New Roman"/>
          <w:b/>
          <w:sz w:val="24"/>
        </w:rPr>
        <w:t xml:space="preserve">you </w:t>
      </w:r>
      <w:r>
        <w:rPr>
          <w:rFonts w:ascii="Times New Roman" w:hAnsi="Times New Roman" w:eastAsia="Times New Roman" w:cs="Times New Roman"/>
          <w:b/>
          <w:sz w:val="24"/>
        </w:rPr>
        <w:t xml:space="preserve">if </w:t>
      </w:r>
      <w:r>
        <w:rPr>
          <w:rFonts w:ascii="Times New Roman" w:hAnsi="Times New Roman" w:eastAsia="Times New Roman" w:cs="Times New Roman"/>
          <w:b/>
          <w:sz w:val="24"/>
        </w:rPr>
        <w:t xml:space="preserve">you are </w:t>
      </w:r>
      <w:r>
        <w:rPr>
          <w:rFonts w:ascii="Times New Roman" w:hAnsi="Times New Roman" w:eastAsia="Times New Roman" w:cs="Times New Roman"/>
          <w:b/>
          <w:sz w:val="24"/>
        </w:rPr>
        <w:t xml:space="preserve">in </w:t>
      </w:r>
      <w:r>
        <w:rPr>
          <w:rFonts w:ascii="Times New Roman" w:hAnsi="Times New Roman" w:eastAsia="Times New Roman" w:cs="Times New Roman"/>
          <w:b/>
          <w:sz w:val="24"/>
        </w:rPr>
        <w:t xml:space="preserve">a  </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permanently</w:t>
      </w:r>
    </w:p>
    <w:p>
      <w:pPr>
        <w:spacing w:before="24" w:after="0" w:line="259" w:lineRule="auto"/>
      </w:pPr>
      <w:r>
        <w:rPr>
          <w:rFonts w:ascii="Times New Roman" w:hAnsi="Times New Roman" w:eastAsia="Times New Roman" w:cs="Times New Roman"/>
          <w:b/>
          <w:sz w:val="24"/>
        </w:rPr>
        <w:t xml:space="preserve">unconscious </w:t>
      </w:r>
      <w:r>
        <w:rPr>
          <w:rFonts w:ascii="Times New Roman" w:hAnsi="Times New Roman" w:eastAsia="Times New Roman" w:cs="Times New Roman"/>
          <w:b/>
          <w:sz w:val="24"/>
        </w:rPr>
        <w:t xml:space="preserve">state </w:t>
      </w:r>
      <w:r>
        <w:rPr>
          <w:rFonts w:ascii="Times New Roman" w:hAnsi="Times New Roman" w:eastAsia="Times New Roman" w:cs="Times New Roman"/>
          <w:b/>
          <w:sz w:val="24"/>
        </w:rPr>
        <w:t xml:space="preserve">by </w:t>
      </w:r>
      <w:r>
        <w:rPr>
          <w:rFonts w:ascii="Times New Roman" w:hAnsi="Times New Roman" w:eastAsia="Times New Roman" w:cs="Times New Roman"/>
          <w:b/>
          <w:sz w:val="24"/>
        </w:rPr>
        <w:t xml:space="preserve">complying with the </w:t>
      </w:r>
      <w:r>
        <w:rPr>
          <w:rFonts w:ascii="Times New Roman" w:hAnsi="Times New Roman" w:eastAsia="Times New Roman" w:cs="Times New Roman"/>
          <w:b/>
          <w:sz w:val="24"/>
        </w:rPr>
        <w:t xml:space="preserve">above </w:t>
      </w:r>
      <w:r>
        <w:rPr>
          <w:rFonts w:ascii="Times New Roman" w:hAnsi="Times New Roman" w:eastAsia="Times New Roman" w:cs="Times New Roman"/>
          <w:b/>
          <w:sz w:val="24"/>
        </w:rPr>
        <w:t xml:space="preserve">requirements </w:t>
      </w:r>
      <w:r>
        <w:rPr>
          <w:rFonts w:ascii="Times New Roman" w:hAnsi="Times New Roman" w:eastAsia="Times New Roman" w:cs="Times New Roman"/>
          <w:b/>
          <w:sz w:val="24"/>
        </w:rPr>
        <w:t xml:space="preserve">of </w:t>
      </w:r>
      <w:r>
        <w:rPr>
          <w:rFonts w:ascii="Times New Roman" w:hAnsi="Times New Roman" w:eastAsia="Times New Roman" w:cs="Times New Roman"/>
          <w:b/>
          <w:sz w:val="24"/>
        </w:rPr>
        <w:t xml:space="preserve">(4)(c)(i) </w:t>
      </w:r>
      <w:r>
        <w:rPr>
          <w:rFonts w:ascii="Times New Roman" w:hAnsi="Times New Roman" w:eastAsia="Times New Roman" w:cs="Times New Roman"/>
          <w:b/>
          <w:sz w:val="24"/>
        </w:rPr>
        <w:t xml:space="preserve">and </w:t>
      </w:r>
      <w:r>
        <w:rPr>
          <w:rFonts w:ascii="Times New Roman" w:hAnsi="Times New Roman" w:eastAsia="Times New Roman" w:cs="Times New Roman"/>
          <w:b/>
          <w:sz w:val="24"/>
        </w:rPr>
        <w:t>(ii)</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above.</w:t>
      </w:r>
    </w:p>
    <w:p>
      <w:pPr>
        <w:spacing w:before="200" w:after="0" w:line="259" w:lineRule="auto"/>
      </w:pPr>
      <w:r>
        <w:rPr>
          <w:rFonts w:ascii="Times New Roman" w:hAnsi="Times New Roman" w:eastAsia="Times New Roman" w:cs="Times New Roman"/>
          <w:sz w:val="24"/>
        </w:rPr>
        <w:t xml:space="preserve">(5) </w:t>
      </w:r>
      <w:r>
        <w:rPr>
          <w:rFonts w:ascii="Times New Roman" w:hAnsi="Times New Roman" w:eastAsia="Times New Roman" w:cs="Times New Roman"/>
          <w:sz w:val="24"/>
        </w:rPr>
        <w:t xml:space="preserve">Withdraw </w:t>
      </w:r>
      <w:r>
        <w:rPr>
          <w:rFonts w:ascii="Times New Roman" w:hAnsi="Times New Roman" w:eastAsia="Times New Roman" w:cs="Times New Roman"/>
          <w:sz w:val="24"/>
        </w:rPr>
        <w:t xml:space="preserve">informed 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which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previously </w:t>
      </w:r>
      <w:r>
        <w:rPr>
          <w:rFonts w:ascii="Times New Roman" w:hAnsi="Times New Roman" w:eastAsia="Times New Roman" w:cs="Times New Roman"/>
          <w:sz w:val="24"/>
        </w:rPr>
        <w:t xml:space="preserve">consented,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change </w:t>
      </w:r>
      <w:r>
        <w:rPr>
          <w:rFonts w:ascii="Times New Roman" w:hAnsi="Times New Roman" w:eastAsia="Times New Roman" w:cs="Times New Roman"/>
          <w:sz w:val="24"/>
        </w:rPr>
        <w:t xml:space="preserve">in your </w:t>
      </w:r>
      <w:r>
        <w:rPr>
          <w:rFonts w:ascii="Times New Roman" w:hAnsi="Times New Roman" w:eastAsia="Times New Roman" w:cs="Times New Roman"/>
          <w:sz w:val="24"/>
        </w:rPr>
        <w:t xml:space="preserve">physical </w:t>
      </w:r>
      <w:r>
        <w:rPr>
          <w:rFonts w:ascii="Times New Roman" w:hAnsi="Times New Roman" w:eastAsia="Times New Roman" w:cs="Times New Roman"/>
          <w:sz w:val="24"/>
        </w:rPr>
        <w:t xml:space="preserve">condition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significantly decreased the </w:t>
      </w:r>
      <w:r>
        <w:rPr>
          <w:rFonts w:ascii="Times New Roman" w:hAnsi="Times New Roman" w:eastAsia="Times New Roman" w:cs="Times New Roman"/>
          <w:sz w:val="24"/>
        </w:rPr>
        <w:t xml:space="preserve">benefit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that health care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or is </w:t>
      </w:r>
      <w:r>
        <w:rPr>
          <w:rFonts w:ascii="Times New Roman" w:hAnsi="Times New Roman" w:eastAsia="Times New Roman" w:cs="Times New Roman"/>
          <w:sz w:val="24"/>
        </w:rPr>
        <w:t xml:space="preserve">no </w:t>
      </w:r>
      <w:r>
        <w:rPr>
          <w:rFonts w:ascii="Times New Roman" w:hAnsi="Times New Roman" w:eastAsia="Times New Roman" w:cs="Times New Roman"/>
          <w:sz w:val="24"/>
        </w:rPr>
        <w:t xml:space="preserve">longer, </w:t>
      </w:r>
      <w:r>
        <w:rPr>
          <w:rFonts w:ascii="Times New Roman" w:hAnsi="Times New Roman" w:eastAsia="Times New Roman" w:cs="Times New Roman"/>
          <w:sz w:val="24"/>
        </w:rPr>
        <w:t xml:space="preserve">significantly </w:t>
      </w:r>
      <w:r>
        <w:rPr>
          <w:rFonts w:ascii="Times New Roman" w:hAnsi="Times New Roman" w:eastAsia="Times New Roman" w:cs="Times New Roman"/>
          <w:sz w:val="24"/>
        </w:rPr>
        <w:t xml:space="preserve">effective in </w:t>
      </w:r>
      <w:r>
        <w:rPr>
          <w:rFonts w:ascii="Times New Roman" w:hAnsi="Times New Roman" w:eastAsia="Times New Roman" w:cs="Times New Roman"/>
          <w:sz w:val="24"/>
        </w:rPr>
        <w:t xml:space="preserve">achieving the </w:t>
      </w:r>
      <w:r>
        <w:rPr>
          <w:rFonts w:ascii="Times New Roman" w:hAnsi="Times New Roman" w:eastAsia="Times New Roman" w:cs="Times New Roman"/>
          <w:sz w:val="24"/>
        </w:rPr>
        <w:t xml:space="preserve">purposes </w:t>
      </w:r>
      <w:r>
        <w:rPr>
          <w:rFonts w:ascii="Times New Roman" w:hAnsi="Times New Roman" w:eastAsia="Times New Roman" w:cs="Times New Roman"/>
          <w:sz w:val="24"/>
        </w:rPr>
        <w:t xml:space="preserve">for which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consented </w:t>
      </w:r>
      <w:r>
        <w:rPr>
          <w:rFonts w:ascii="Times New Roman" w:hAnsi="Times New Roman" w:eastAsia="Times New Roman" w:cs="Times New Roman"/>
          <w:sz w:val="24"/>
        </w:rPr>
        <w:t xml:space="preserve">to </w:t>
      </w:r>
      <w:r>
        <w:rPr>
          <w:rFonts w:ascii="Times New Roman" w:hAnsi="Times New Roman" w:eastAsia="Times New Roman" w:cs="Times New Roman"/>
          <w:sz w:val="24"/>
        </w:rPr>
        <w:t>its</w:t>
      </w:r>
      <w:r>
        <w:rPr>
          <w:rFonts w:ascii="Times New Roman" w:hAnsi="Times New Roman" w:eastAsia="Times New Roman" w:cs="Times New Roman"/>
          <w:sz w:val="24"/>
        </w:rPr>
        <w:t xml:space="preserve"> </w:t>
      </w:r>
      <w:r>
        <w:rPr>
          <w:rFonts w:ascii="Times New Roman" w:hAnsi="Times New Roman" w:eastAsia="Times New Roman" w:cs="Times New Roman"/>
          <w:sz w:val="24"/>
        </w:rPr>
        <w:t>use.</w:t>
      </w:r>
    </w:p>
    <w:p>
      <w:pPr>
        <w:spacing w:before="120" w:after="0"/>
      </w:pPr>
      <w:r>
        <w:rPr>
          <w:rFonts w:ascii="Times New Roman" w:hAnsi="Times New Roman" w:eastAsia="Times New Roman" w:cs="Times New Roman"/>
          <w:sz w:val="24"/>
        </w:rPr>
        <w:t xml:space="preserve">Additionally, when </w:t>
      </w:r>
      <w:r>
        <w:rPr>
          <w:rFonts w:ascii="Times New Roman" w:hAnsi="Times New Roman" w:eastAsia="Times New Roman" w:cs="Times New Roman"/>
          <w:sz w:val="24"/>
        </w:rPr>
        <w:t xml:space="preserve">exercising </w:t>
      </w:r>
      <w:r>
        <w:rPr>
          <w:rFonts w:ascii="Times New Roman" w:hAnsi="Times New Roman" w:eastAsia="Times New Roman" w:cs="Times New Roman"/>
          <w:sz w:val="24"/>
        </w:rPr>
        <w:t xml:space="preserve">authority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you, </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p>
    <w:p>
      <w:pPr>
        <w:spacing w:before="24" w:after="0"/>
      </w:pP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will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act </w:t>
      </w:r>
      <w:r>
        <w:rPr>
          <w:rFonts w:ascii="Times New Roman" w:hAnsi="Times New Roman" w:eastAsia="Times New Roman" w:cs="Times New Roman"/>
          <w:sz w:val="24"/>
        </w:rPr>
        <w:t xml:space="preserve">consistently with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desires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desires  </w:t>
      </w:r>
      <w:r>
        <w:rPr>
          <w:rFonts w:ascii="Times New Roman" w:hAnsi="Times New Roman" w:eastAsia="Times New Roman" w:cs="Times New Roman"/>
          <w:sz w:val="24"/>
        </w:rPr>
        <w:t xml:space="preserve"> </w:t>
      </w:r>
      <w:r>
        <w:rPr>
          <w:rFonts w:ascii="Times New Roman" w:hAnsi="Times New Roman" w:eastAsia="Times New Roman" w:cs="Times New Roman"/>
          <w:sz w:val="24"/>
        </w:rPr>
        <w:t>are</w:t>
      </w:r>
    </w:p>
    <w:p>
      <w:pPr>
        <w:spacing w:before="24" w:after="0" w:line="259" w:lineRule="auto"/>
      </w:pPr>
      <w:r>
        <w:rPr>
          <w:rFonts w:ascii="Times New Roman" w:hAnsi="Times New Roman" w:eastAsia="Times New Roman" w:cs="Times New Roman"/>
          <w:sz w:val="24"/>
        </w:rPr>
        <w:t xml:space="preserve">unknown,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act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best </w:t>
      </w:r>
      <w:r>
        <w:rPr>
          <w:rFonts w:ascii="Times New Roman" w:hAnsi="Times New Roman" w:eastAsia="Times New Roman" w:cs="Times New Roman"/>
          <w:sz w:val="24"/>
        </w:rPr>
        <w:t xml:space="preserve">interest.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express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desires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including </w:t>
      </w:r>
      <w:r>
        <w:rPr>
          <w:rFonts w:ascii="Times New Roman" w:hAnsi="Times New Roman" w:eastAsia="Times New Roman" w:cs="Times New Roman"/>
          <w:sz w:val="24"/>
        </w:rPr>
        <w:t xml:space="preserve">them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making them </w:t>
      </w:r>
      <w:r>
        <w:rPr>
          <w:rFonts w:ascii="Times New Roman" w:hAnsi="Times New Roman" w:eastAsia="Times New Roman" w:cs="Times New Roman"/>
          <w:sz w:val="24"/>
        </w:rPr>
        <w:t xml:space="preserve">known 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in </w:t>
      </w:r>
      <w:r>
        <w:rPr>
          <w:rFonts w:ascii="Times New Roman" w:hAnsi="Times New Roman" w:eastAsia="Times New Roman" w:cs="Times New Roman"/>
          <w:sz w:val="24"/>
        </w:rPr>
        <w:t>another</w:t>
      </w:r>
      <w:r>
        <w:rPr>
          <w:rFonts w:ascii="Times New Roman" w:hAnsi="Times New Roman" w:eastAsia="Times New Roman" w:cs="Times New Roman"/>
          <w:sz w:val="24"/>
        </w:rPr>
        <w:t xml:space="preserve"> </w:t>
      </w:r>
      <w:r>
        <w:rPr>
          <w:rFonts w:ascii="Times New Roman" w:hAnsi="Times New Roman" w:eastAsia="Times New Roman" w:cs="Times New Roman"/>
          <w:sz w:val="24"/>
        </w:rPr>
        <w:t>manner.</w:t>
      </w:r>
    </w:p>
    <w:p>
      <w:pPr>
        <w:spacing w:before="120" w:after="0" w:line="259" w:lineRule="auto"/>
      </w:pPr>
      <w:r>
        <w:rPr>
          <w:rFonts w:ascii="Times New Roman" w:hAnsi="Times New Roman" w:eastAsia="Times New Roman" w:cs="Times New Roman"/>
          <w:sz w:val="24"/>
        </w:rPr>
        <w:t xml:space="preserve">When acting </w:t>
      </w:r>
      <w:r>
        <w:rPr>
          <w:rFonts w:ascii="Times New Roman" w:hAnsi="Times New Roman" w:eastAsia="Times New Roman" w:cs="Times New Roman"/>
          <w:sz w:val="24"/>
        </w:rPr>
        <w:t xml:space="preserve">pursuant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GENERALLY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same rights 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receive </w:t>
      </w:r>
      <w:r>
        <w:rPr>
          <w:rFonts w:ascii="Times New Roman" w:hAnsi="Times New Roman" w:eastAsia="Times New Roman" w:cs="Times New Roman"/>
          <w:sz w:val="24"/>
        </w:rPr>
        <w:t xml:space="preserve">information </w:t>
      </w:r>
      <w:r>
        <w:rPr>
          <w:rFonts w:ascii="Times New Roman" w:hAnsi="Times New Roman" w:eastAsia="Times New Roman" w:cs="Times New Roman"/>
          <w:sz w:val="24"/>
        </w:rPr>
        <w:t xml:space="preserve">about </w:t>
      </w:r>
      <w:r>
        <w:rPr>
          <w:rFonts w:ascii="Times New Roman" w:hAnsi="Times New Roman" w:eastAsia="Times New Roman" w:cs="Times New Roman"/>
          <w:sz w:val="24"/>
        </w:rPr>
        <w:t xml:space="preserve">proposed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p>
    <w:p>
      <w:pPr>
        <w:spacing w:line="259" w:lineRule="auto"/>
      </w:pPr>
      <w:r>
        <w:rPr>
          <w:rFonts w:ascii="Times New Roman" w:hAnsi="Times New Roman" w:eastAsia="Times New Roman" w:cs="Times New Roman"/>
          <w:sz w:val="24"/>
        </w:rPr>
        <w:t xml:space="preserve">review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records,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consent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disclosure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records.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can </w:t>
      </w:r>
      <w:r>
        <w:rPr>
          <w:rFonts w:ascii="Times New Roman" w:hAnsi="Times New Roman" w:eastAsia="Times New Roman" w:cs="Times New Roman"/>
          <w:sz w:val="24"/>
        </w:rPr>
        <w:t xml:space="preserve">limit that right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if you so </w:t>
      </w:r>
      <w:r>
        <w:rPr>
          <w:rFonts w:ascii="Times New Roman" w:hAnsi="Times New Roman" w:eastAsia="Times New Roman" w:cs="Times New Roman"/>
          <w:sz w:val="24"/>
        </w:rPr>
        <w:t xml:space="preserve"> </w:t>
      </w:r>
      <w:r>
        <w:rPr>
          <w:rFonts w:ascii="Times New Roman" w:hAnsi="Times New Roman" w:eastAsia="Times New Roman" w:cs="Times New Roman"/>
          <w:sz w:val="24"/>
        </w:rPr>
        <w:t>choose.</w:t>
      </w:r>
    </w:p>
    <w:p>
      <w:pPr>
        <w:spacing w:before="48" w:after="0"/>
      </w:pPr>
      <w:r>
        <w:rPr>
          <w:rFonts w:ascii="Times New Roman" w:hAnsi="Times New Roman" w:eastAsia="Times New Roman" w:cs="Times New Roman"/>
          <w:sz w:val="24"/>
        </w:rPr>
        <w:t xml:space="preserve">[This notice is included in this printed form as </w:t>
      </w:r>
      <w:r>
        <w:rPr>
          <w:rFonts w:ascii="Times New Roman" w:hAnsi="Times New Roman" w:eastAsia="Times New Roman" w:cs="Times New Roman"/>
          <w:sz w:val="24"/>
        </w:rPr>
        <w:t xml:space="preserve">required </w:t>
      </w:r>
      <w:r>
        <w:rPr>
          <w:rFonts w:ascii="Times New Roman" w:hAnsi="Times New Roman" w:eastAsia="Times New Roman" w:cs="Times New Roman"/>
          <w:sz w:val="24"/>
        </w:rPr>
        <w:t>by Ohio Revised Code §</w:t>
      </w:r>
      <w:r>
        <w:rPr>
          <w:rFonts w:ascii="Times New Roman" w:hAnsi="Times New Roman" w:eastAsia="Times New Roman" w:cs="Times New Roman"/>
          <w:sz w:val="24"/>
        </w:rPr>
        <w:t xml:space="preserve"> </w:t>
      </w:r>
      <w:r>
        <w:rPr>
          <w:rFonts w:ascii="Times New Roman" w:hAnsi="Times New Roman" w:eastAsia="Times New Roman" w:cs="Times New Roman"/>
          <w:sz w:val="24"/>
        </w:rPr>
        <w:t>1337.17.]</w:t>
      </w:r>
    </w:p>
    <w:p>
      <w:pPr/>
    </w:p>
    <w:p>
      <w:pPr>
        <w:spacing w:before="1" w:after="0"/>
      </w:pPr>
    </w:p>
    <w:p>
      <w:pPr>
        <w:spacing w:before="68" w:after="0" w:line="259" w:lineRule="auto"/>
      </w:pPr>
      <w:r>
        <w:rPr>
          <w:rFonts w:ascii="Times New Roman" w:hAnsi="Times New Roman" w:eastAsia="Times New Roman" w:cs="Times New Roman"/>
          <w:sz w:val="24"/>
        </w:rPr>
        <w:t xml:space="preserve">Generally, you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designate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competent </w:t>
      </w:r>
      <w:r>
        <w:rPr>
          <w:rFonts w:ascii="Times New Roman" w:hAnsi="Times New Roman" w:eastAsia="Times New Roman" w:cs="Times New Roman"/>
          <w:sz w:val="24"/>
        </w:rPr>
        <w:t xml:space="preserve">adult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under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However,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CANNOT </w:t>
      </w:r>
      <w:r>
        <w:rPr>
          <w:rFonts w:ascii="Times New Roman" w:hAnsi="Times New Roman" w:eastAsia="Times New Roman" w:cs="Times New Roman"/>
          <w:sz w:val="24"/>
        </w:rPr>
        <w:t xml:space="preserve">designate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p>
    <w:p>
      <w:pPr>
        <w:spacing w:line="259" w:lineRule="auto"/>
      </w:pPr>
      <w:r>
        <w:rPr>
          <w:rFonts w:ascii="Times New Roman" w:hAnsi="Times New Roman" w:eastAsia="Times New Roman" w:cs="Times New Roman"/>
          <w:sz w:val="24"/>
        </w:rPr>
        <w:t xml:space="preserve">administrator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nursing </w:t>
      </w:r>
      <w:r>
        <w:rPr>
          <w:rFonts w:ascii="Times New Roman" w:hAnsi="Times New Roman" w:eastAsia="Times New Roman" w:cs="Times New Roman"/>
          <w:sz w:val="24"/>
        </w:rPr>
        <w:t xml:space="preserve">home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which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receiving care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under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Additionally,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CANNOT </w:t>
      </w:r>
      <w:r>
        <w:rPr>
          <w:rFonts w:ascii="Times New Roman" w:hAnsi="Times New Roman" w:eastAsia="Times New Roman" w:cs="Times New Roman"/>
          <w:sz w:val="24"/>
        </w:rPr>
        <w:t xml:space="preserve">designate </w:t>
      </w:r>
      <w:r>
        <w:rPr>
          <w:rFonts w:ascii="Times New Roman" w:hAnsi="Times New Roman" w:eastAsia="Times New Roman" w:cs="Times New Roman"/>
          <w:sz w:val="24"/>
        </w:rPr>
        <w:t xml:space="preserve">an employee or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or an </w:t>
      </w:r>
      <w:r>
        <w:rPr>
          <w:rFonts w:ascii="Times New Roman" w:hAnsi="Times New Roman" w:eastAsia="Times New Roman" w:cs="Times New Roman"/>
          <w:sz w:val="24"/>
        </w:rPr>
        <w:t xml:space="preserve">employee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facility </w:t>
      </w:r>
      <w:r>
        <w:rPr>
          <w:rFonts w:ascii="Times New Roman" w:hAnsi="Times New Roman" w:eastAsia="Times New Roman" w:cs="Times New Roman"/>
          <w:sz w:val="24"/>
        </w:rPr>
        <w:t xml:space="preserve">at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being </w:t>
      </w:r>
      <w:r>
        <w:rPr>
          <w:rFonts w:ascii="Times New Roman" w:hAnsi="Times New Roman" w:eastAsia="Times New Roman" w:cs="Times New Roman"/>
          <w:sz w:val="24"/>
        </w:rPr>
        <w:t xml:space="preserve">treated,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under 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unless either </w:t>
      </w:r>
      <w:r>
        <w:rPr>
          <w:rFonts w:ascii="Times New Roman" w:hAnsi="Times New Roman" w:eastAsia="Times New Roman" w:cs="Times New Roman"/>
          <w:sz w:val="24"/>
        </w:rPr>
        <w:t xml:space="preserve">type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employee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competent </w:t>
      </w:r>
      <w:r>
        <w:rPr>
          <w:rFonts w:ascii="Times New Roman" w:hAnsi="Times New Roman" w:eastAsia="Times New Roman" w:cs="Times New Roman"/>
          <w:sz w:val="24"/>
        </w:rPr>
        <w:t xml:space="preserve">adult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related </w:t>
      </w:r>
      <w:r>
        <w:rPr>
          <w:rFonts w:ascii="Times New Roman" w:hAnsi="Times New Roman" w:eastAsia="Times New Roman" w:cs="Times New Roman"/>
          <w:sz w:val="24"/>
        </w:rPr>
        <w:t xml:space="preserve">to you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blood, </w:t>
      </w:r>
      <w:r>
        <w:rPr>
          <w:rFonts w:ascii="Times New Roman" w:hAnsi="Times New Roman" w:eastAsia="Times New Roman" w:cs="Times New Roman"/>
          <w:sz w:val="24"/>
        </w:rPr>
        <w:t xml:space="preserve">marriage,  </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p>
    <w:p>
      <w:pPr>
        <w:spacing w:line="259" w:lineRule="auto"/>
      </w:pPr>
      <w:r>
        <w:rPr>
          <w:rFonts w:ascii="Times New Roman" w:hAnsi="Times New Roman" w:eastAsia="Times New Roman" w:cs="Times New Roman"/>
          <w:sz w:val="24"/>
        </w:rPr>
        <w:t xml:space="preserve">adoption,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unless either type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employee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competent </w:t>
      </w:r>
      <w:r>
        <w:rPr>
          <w:rFonts w:ascii="Times New Roman" w:hAnsi="Times New Roman" w:eastAsia="Times New Roman" w:cs="Times New Roman"/>
          <w:sz w:val="24"/>
        </w:rPr>
        <w:t xml:space="preserve">adult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the employee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agent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members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same </w:t>
      </w:r>
      <w:r>
        <w:rPr>
          <w:rFonts w:ascii="Times New Roman" w:hAnsi="Times New Roman" w:eastAsia="Times New Roman" w:cs="Times New Roman"/>
          <w:sz w:val="24"/>
        </w:rPr>
        <w:t xml:space="preserve">religious </w:t>
      </w:r>
      <w:r>
        <w:rPr>
          <w:rFonts w:ascii="Times New Roman" w:hAnsi="Times New Roman" w:eastAsia="Times New Roman" w:cs="Times New Roman"/>
          <w:sz w:val="24"/>
        </w:rPr>
        <w:t xml:space="preserve"> </w:t>
      </w:r>
      <w:r>
        <w:rPr>
          <w:rFonts w:ascii="Times New Roman" w:hAnsi="Times New Roman" w:eastAsia="Times New Roman" w:cs="Times New Roman"/>
          <w:sz w:val="24"/>
        </w:rPr>
        <w:t>order.</w:t>
      </w:r>
    </w:p>
    <w:p>
      <w:pPr>
        <w:spacing w:before="120" w:after="0" w:line="259" w:lineRule="auto"/>
      </w:pP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has </w:t>
      </w:r>
      <w:r>
        <w:rPr>
          <w:rFonts w:ascii="Times New Roman" w:hAnsi="Times New Roman" w:eastAsia="Times New Roman" w:cs="Times New Roman"/>
          <w:sz w:val="24"/>
        </w:rPr>
        <w:t xml:space="preserve">no </w:t>
      </w:r>
      <w:r>
        <w:rPr>
          <w:rFonts w:ascii="Times New Roman" w:hAnsi="Times New Roman" w:eastAsia="Times New Roman" w:cs="Times New Roman"/>
          <w:sz w:val="24"/>
        </w:rPr>
        <w:t xml:space="preserve">expiration date under Ohio </w:t>
      </w:r>
      <w:r>
        <w:rPr>
          <w:rFonts w:ascii="Times New Roman" w:hAnsi="Times New Roman" w:eastAsia="Times New Roman" w:cs="Times New Roman"/>
          <w:sz w:val="24"/>
        </w:rPr>
        <w:t xml:space="preserve">law, </w:t>
      </w:r>
      <w:r>
        <w:rPr>
          <w:rFonts w:ascii="Times New Roman" w:hAnsi="Times New Roman" w:eastAsia="Times New Roman" w:cs="Times New Roman"/>
          <w:sz w:val="24"/>
        </w:rPr>
        <w:t xml:space="preserve">but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choose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specify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date upon which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durable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will expire. </w:t>
      </w:r>
      <w:r>
        <w:rPr>
          <w:rFonts w:ascii="Times New Roman" w:hAnsi="Times New Roman" w:eastAsia="Times New Roman" w:cs="Times New Roman"/>
          <w:sz w:val="24"/>
        </w:rPr>
        <w:t xml:space="preserve">However, </w:t>
      </w:r>
      <w:r>
        <w:rPr>
          <w:rFonts w:ascii="Times New Roman" w:hAnsi="Times New Roman" w:eastAsia="Times New Roman" w:cs="Times New Roman"/>
          <w:sz w:val="24"/>
        </w:rPr>
        <w:t xml:space="preserve">if you </w:t>
      </w:r>
      <w:r>
        <w:rPr>
          <w:rFonts w:ascii="Times New Roman" w:hAnsi="Times New Roman" w:eastAsia="Times New Roman" w:cs="Times New Roman"/>
          <w:sz w:val="24"/>
        </w:rPr>
        <w:t xml:space="preserve">specify </w:t>
      </w:r>
      <w:r>
        <w:rPr>
          <w:rFonts w:ascii="Times New Roman" w:hAnsi="Times New Roman" w:eastAsia="Times New Roman" w:cs="Times New Roman"/>
          <w:sz w:val="24"/>
        </w:rPr>
        <w:t xml:space="preserve">an </w:t>
      </w:r>
      <w:r>
        <w:rPr>
          <w:rFonts w:ascii="Times New Roman" w:hAnsi="Times New Roman" w:eastAsia="Times New Roman" w:cs="Times New Roman"/>
          <w:sz w:val="24"/>
        </w:rPr>
        <w:t xml:space="preserve">expiration date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then lack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yourself </w:t>
      </w: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that date,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and the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it </w:t>
      </w:r>
      <w:r>
        <w:rPr>
          <w:rFonts w:ascii="Times New Roman" w:hAnsi="Times New Roman" w:eastAsia="Times New Roman" w:cs="Times New Roman"/>
          <w:sz w:val="24"/>
        </w:rPr>
        <w:t xml:space="preserve">grants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will </w:t>
      </w:r>
      <w:r>
        <w:rPr>
          <w:rFonts w:ascii="Times New Roman" w:hAnsi="Times New Roman" w:eastAsia="Times New Roman" w:cs="Times New Roman"/>
          <w:sz w:val="24"/>
        </w:rPr>
        <w:t xml:space="preserve">continue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effect </w:t>
      </w:r>
      <w:r>
        <w:rPr>
          <w:rFonts w:ascii="Times New Roman" w:hAnsi="Times New Roman" w:eastAsia="Times New Roman" w:cs="Times New Roman"/>
          <w:sz w:val="24"/>
        </w:rPr>
        <w:t xml:space="preserve">until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regain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capacity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w:t>
      </w:r>
      <w:r>
        <w:rPr>
          <w:rFonts w:ascii="Times New Roman" w:hAnsi="Times New Roman" w:eastAsia="Times New Roman" w:cs="Times New Roman"/>
          <w:sz w:val="24"/>
        </w:rPr>
        <w:t xml:space="preserve">informed </w:t>
      </w:r>
      <w:r>
        <w:rPr>
          <w:rFonts w:ascii="Times New Roman" w:hAnsi="Times New Roman" w:eastAsia="Times New Roman" w:cs="Times New Roman"/>
          <w:sz w:val="24"/>
        </w:rPr>
        <w:t xml:space="preserve">health care </w:t>
      </w:r>
      <w:r>
        <w:rPr>
          <w:rFonts w:ascii="Times New Roman" w:hAnsi="Times New Roman" w:eastAsia="Times New Roman" w:cs="Times New Roman"/>
          <w:sz w:val="24"/>
        </w:rPr>
        <w:t xml:space="preserve">decisions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yourself.</w:t>
      </w:r>
    </w:p>
    <w:p>
      <w:pPr>
        <w:spacing w:before="120" w:after="0" w:line="259" w:lineRule="auto"/>
      </w:pP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have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right </w:t>
      </w:r>
      <w:r>
        <w:rPr>
          <w:rFonts w:ascii="Times New Roman" w:hAnsi="Times New Roman" w:eastAsia="Times New Roman" w:cs="Times New Roman"/>
          <w:sz w:val="24"/>
        </w:rPr>
        <w:t xml:space="preserve">to revoke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designation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and the </w:t>
      </w:r>
      <w:r>
        <w:rPr>
          <w:rFonts w:ascii="Times New Roman" w:hAnsi="Times New Roman" w:eastAsia="Times New Roman" w:cs="Times New Roman"/>
          <w:sz w:val="24"/>
        </w:rPr>
        <w:t xml:space="preserve">right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revoke </w:t>
      </w:r>
      <w:r>
        <w:rPr>
          <w:rFonts w:ascii="Times New Roman" w:hAnsi="Times New Roman" w:eastAsia="Times New Roman" w:cs="Times New Roman"/>
          <w:sz w:val="24"/>
        </w:rPr>
        <w:t xml:space="preserve">this entire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time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manner.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such  </w:t>
      </w:r>
      <w:r>
        <w:rPr>
          <w:rFonts w:ascii="Times New Roman" w:hAnsi="Times New Roman" w:eastAsia="Times New Roman" w:cs="Times New Roman"/>
          <w:sz w:val="24"/>
        </w:rPr>
        <w:t xml:space="preserve"> </w:t>
      </w:r>
      <w:r>
        <w:rPr>
          <w:rFonts w:ascii="Times New Roman" w:hAnsi="Times New Roman" w:eastAsia="Times New Roman" w:cs="Times New Roman"/>
          <w:sz w:val="24"/>
        </w:rPr>
        <w:t>revocation</w:t>
      </w:r>
    </w:p>
    <w:p>
      <w:pPr/>
      <w:r>
        <w:rPr>
          <w:rFonts w:ascii="Times New Roman" w:hAnsi="Times New Roman" w:eastAsia="Times New Roman" w:cs="Times New Roman"/>
          <w:sz w:val="24"/>
        </w:rPr>
        <w:t xml:space="preserve">generally will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effective when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express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intention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make the  </w:t>
      </w:r>
      <w:r>
        <w:rPr>
          <w:rFonts w:ascii="Times New Roman" w:hAnsi="Times New Roman" w:eastAsia="Times New Roman" w:cs="Times New Roman"/>
          <w:sz w:val="24"/>
        </w:rPr>
        <w:t xml:space="preserve"> </w:t>
      </w:r>
      <w:r>
        <w:rPr>
          <w:rFonts w:ascii="Times New Roman" w:hAnsi="Times New Roman" w:eastAsia="Times New Roman" w:cs="Times New Roman"/>
          <w:sz w:val="24"/>
        </w:rPr>
        <w:t>revocation.</w:t>
      </w:r>
    </w:p>
    <w:p>
      <w:pPr>
        <w:spacing w:before="24" w:after="0"/>
      </w:pPr>
      <w:r>
        <w:rPr>
          <w:rFonts w:ascii="Times New Roman" w:hAnsi="Times New Roman" w:eastAsia="Times New Roman" w:cs="Times New Roman"/>
          <w:sz w:val="24"/>
        </w:rPr>
        <w:t xml:space="preserve">However, </w:t>
      </w:r>
      <w:r>
        <w:rPr>
          <w:rFonts w:ascii="Times New Roman" w:hAnsi="Times New Roman" w:eastAsia="Times New Roman" w:cs="Times New Roman"/>
          <w:sz w:val="24"/>
        </w:rPr>
        <w:t xml:space="preserve">if you </w:t>
      </w:r>
      <w:r>
        <w:rPr>
          <w:rFonts w:ascii="Times New Roman" w:hAnsi="Times New Roman" w:eastAsia="Times New Roman" w:cs="Times New Roman"/>
          <w:sz w:val="24"/>
        </w:rPr>
        <w:t xml:space="preserve">made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aware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 </w:t>
      </w:r>
      <w:r>
        <w:rPr>
          <w:rFonts w:ascii="Times New Roman" w:hAnsi="Times New Roman" w:eastAsia="Times New Roman" w:cs="Times New Roman"/>
          <w:sz w:val="24"/>
        </w:rPr>
        <w:t>such</w:t>
      </w:r>
    </w:p>
    <w:p>
      <w:pPr>
        <w:spacing w:before="24" w:after="0" w:line="259" w:lineRule="auto"/>
        <w:jc w:val="both"/>
      </w:pPr>
      <w:r>
        <w:rPr>
          <w:rFonts w:ascii="Times New Roman" w:hAnsi="Times New Roman" w:eastAsia="Times New Roman" w:cs="Times New Roman"/>
          <w:sz w:val="24"/>
        </w:rPr>
        <w:t xml:space="preserve">revocation will </w:t>
      </w:r>
      <w:r>
        <w:rPr>
          <w:rFonts w:ascii="Times New Roman" w:hAnsi="Times New Roman" w:eastAsia="Times New Roman" w:cs="Times New Roman"/>
          <w:sz w:val="24"/>
        </w:rPr>
        <w:t xml:space="preserve">be effective only when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communicate </w:t>
      </w:r>
      <w:r>
        <w:rPr>
          <w:rFonts w:ascii="Times New Roman" w:hAnsi="Times New Roman" w:eastAsia="Times New Roman" w:cs="Times New Roman"/>
          <w:sz w:val="24"/>
        </w:rPr>
        <w:t xml:space="preserve">it to your </w:t>
      </w:r>
      <w:r>
        <w:rPr>
          <w:rFonts w:ascii="Times New Roman" w:hAnsi="Times New Roman" w:eastAsia="Times New Roman" w:cs="Times New Roman"/>
          <w:sz w:val="24"/>
        </w:rPr>
        <w:t xml:space="preserve">attending physician, </w:t>
      </w:r>
      <w:r>
        <w:rPr>
          <w:rFonts w:ascii="Times New Roman" w:hAnsi="Times New Roman" w:eastAsia="Times New Roman" w:cs="Times New Roman"/>
          <w:sz w:val="24"/>
        </w:rPr>
        <w:t xml:space="preserve">or when a witness to the revocation or other health care personnel to whom the revocation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communicated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such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witness communicates </w:t>
      </w:r>
      <w:r>
        <w:rPr>
          <w:rFonts w:ascii="Times New Roman" w:hAnsi="Times New Roman" w:eastAsia="Times New Roman" w:cs="Times New Roman"/>
          <w:sz w:val="24"/>
        </w:rPr>
        <w:t xml:space="preserve">it to </w:t>
      </w:r>
      <w:r>
        <w:rPr>
          <w:rFonts w:ascii="Times New Roman" w:hAnsi="Times New Roman" w:eastAsia="Times New Roman" w:cs="Times New Roman"/>
          <w:sz w:val="24"/>
        </w:rPr>
        <w:t xml:space="preserve">your </w:t>
      </w:r>
      <w:r>
        <w:rPr>
          <w:rFonts w:ascii="Times New Roman" w:hAnsi="Times New Roman" w:eastAsia="Times New Roman" w:cs="Times New Roman"/>
          <w:sz w:val="24"/>
        </w:rPr>
        <w:t>attending   physician.</w:t>
      </w:r>
    </w:p>
    <w:p>
      <w:pPr>
        <w:spacing w:before="120" w:after="0" w:line="259" w:lineRule="auto"/>
        <w:jc w:val="both"/>
      </w:pPr>
      <w:r>
        <w:rPr>
          <w:rFonts w:ascii="Times New Roman" w:hAnsi="Times New Roman" w:eastAsia="Times New Roman" w:cs="Times New Roman"/>
          <w:sz w:val="24"/>
        </w:rPr>
        <w:t xml:space="preserve">If you </w:t>
      </w:r>
      <w:r>
        <w:rPr>
          <w:rFonts w:ascii="Times New Roman" w:hAnsi="Times New Roman" w:eastAsia="Times New Roman" w:cs="Times New Roman"/>
          <w:sz w:val="24"/>
        </w:rPr>
        <w:t xml:space="preserve">execute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create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valid </w:t>
      </w:r>
      <w:r>
        <w:rPr>
          <w:rFonts w:ascii="Times New Roman" w:hAnsi="Times New Roman" w:eastAsia="Times New Roman" w:cs="Times New Roman"/>
          <w:sz w:val="24"/>
        </w:rPr>
        <w:t xml:space="preserve">durable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with </w:t>
      </w:r>
      <w:r>
        <w:rPr>
          <w:rFonts w:ascii="Times New Roman" w:hAnsi="Times New Roman" w:eastAsia="Times New Roman" w:cs="Times New Roman"/>
          <w:sz w:val="24"/>
        </w:rPr>
        <w:t xml:space="preserve">it, </w:t>
      </w:r>
      <w:r>
        <w:rPr>
          <w:rFonts w:ascii="Times New Roman" w:hAnsi="Times New Roman" w:eastAsia="Times New Roman" w:cs="Times New Roman"/>
          <w:sz w:val="24"/>
        </w:rPr>
        <w:t xml:space="preserve">it </w:t>
      </w:r>
      <w:r>
        <w:rPr>
          <w:rFonts w:ascii="Times New Roman" w:hAnsi="Times New Roman" w:eastAsia="Times New Roman" w:cs="Times New Roman"/>
          <w:sz w:val="24"/>
        </w:rPr>
        <w:t xml:space="preserve">will </w:t>
      </w:r>
      <w:r>
        <w:rPr>
          <w:rFonts w:ascii="Times New Roman" w:hAnsi="Times New Roman" w:eastAsia="Times New Roman" w:cs="Times New Roman"/>
          <w:sz w:val="24"/>
        </w:rPr>
        <w:t xml:space="preserve">revoke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prior, valid </w:t>
      </w:r>
      <w:r>
        <w:rPr>
          <w:rFonts w:ascii="Times New Roman" w:hAnsi="Times New Roman" w:eastAsia="Times New Roman" w:cs="Times New Roman"/>
          <w:sz w:val="24"/>
        </w:rPr>
        <w:t xml:space="preserve">durable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health </w:t>
      </w:r>
      <w:r>
        <w:rPr>
          <w:rFonts w:ascii="Times New Roman" w:hAnsi="Times New Roman" w:eastAsia="Times New Roman" w:cs="Times New Roman"/>
          <w:sz w:val="24"/>
        </w:rPr>
        <w:t xml:space="preserve">care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created, </w:t>
      </w:r>
      <w:r>
        <w:rPr>
          <w:rFonts w:ascii="Times New Roman" w:hAnsi="Times New Roman" w:eastAsia="Times New Roman" w:cs="Times New Roman"/>
          <w:sz w:val="24"/>
        </w:rPr>
        <w:t xml:space="preserve">unless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indicate otherwise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document.</w:t>
      </w:r>
    </w:p>
    <w:p>
      <w:pPr>
        <w:spacing w:before="120" w:after="0" w:line="259" w:lineRule="auto"/>
      </w:pP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not valid </w:t>
      </w:r>
      <w:r>
        <w:rPr>
          <w:rFonts w:ascii="Times New Roman" w:hAnsi="Times New Roman" w:eastAsia="Times New Roman" w:cs="Times New Roman"/>
          <w:sz w:val="24"/>
        </w:rPr>
        <w:t xml:space="preserve">as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durable </w:t>
      </w:r>
      <w:r>
        <w:rPr>
          <w:rFonts w:ascii="Times New Roman" w:hAnsi="Times New Roman" w:eastAsia="Times New Roman" w:cs="Times New Roman"/>
          <w:sz w:val="24"/>
        </w:rPr>
        <w:t xml:space="preserve">power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health care unless </w:t>
      </w:r>
      <w:r>
        <w:rPr>
          <w:rFonts w:ascii="Times New Roman" w:hAnsi="Times New Roman" w:eastAsia="Times New Roman" w:cs="Times New Roman"/>
          <w:sz w:val="24"/>
        </w:rPr>
        <w:t xml:space="preserve">it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acknowledged before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notary </w:t>
      </w:r>
      <w:r>
        <w:rPr>
          <w:rFonts w:ascii="Times New Roman" w:hAnsi="Times New Roman" w:eastAsia="Times New Roman" w:cs="Times New Roman"/>
          <w:sz w:val="24"/>
        </w:rPr>
        <w:t xml:space="preserve">public </w:t>
      </w:r>
      <w:r>
        <w:rPr>
          <w:rFonts w:ascii="Times New Roman" w:hAnsi="Times New Roman" w:eastAsia="Times New Roman" w:cs="Times New Roman"/>
          <w:sz w:val="24"/>
        </w:rPr>
        <w:t xml:space="preserve">or is </w:t>
      </w:r>
      <w:r>
        <w:rPr>
          <w:rFonts w:ascii="Times New Roman" w:hAnsi="Times New Roman" w:eastAsia="Times New Roman" w:cs="Times New Roman"/>
          <w:sz w:val="24"/>
        </w:rPr>
        <w:t xml:space="preserve">signed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at </w:t>
      </w:r>
      <w:r>
        <w:rPr>
          <w:rFonts w:ascii="Times New Roman" w:hAnsi="Times New Roman" w:eastAsia="Times New Roman" w:cs="Times New Roman"/>
          <w:sz w:val="24"/>
        </w:rPr>
        <w:t xml:space="preserve">least </w:t>
      </w:r>
      <w:r>
        <w:rPr>
          <w:rFonts w:ascii="Times New Roman" w:hAnsi="Times New Roman" w:eastAsia="Times New Roman" w:cs="Times New Roman"/>
          <w:sz w:val="24"/>
        </w:rPr>
        <w:t xml:space="preserve">two </w:t>
      </w:r>
      <w:r>
        <w:rPr>
          <w:rFonts w:ascii="Times New Roman" w:hAnsi="Times New Roman" w:eastAsia="Times New Roman" w:cs="Times New Roman"/>
          <w:sz w:val="24"/>
        </w:rPr>
        <w:t xml:space="preserve">adult </w:t>
      </w:r>
      <w:r>
        <w:rPr>
          <w:rFonts w:ascii="Times New Roman" w:hAnsi="Times New Roman" w:eastAsia="Times New Roman" w:cs="Times New Roman"/>
          <w:sz w:val="24"/>
        </w:rPr>
        <w:t xml:space="preserve">witnesses </w:t>
      </w:r>
      <w:r>
        <w:rPr>
          <w:rFonts w:ascii="Times New Roman" w:hAnsi="Times New Roman" w:eastAsia="Times New Roman" w:cs="Times New Roman"/>
          <w:sz w:val="24"/>
        </w:rPr>
        <w:t xml:space="preserve">who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present </w:t>
      </w:r>
      <w:r>
        <w:rPr>
          <w:rFonts w:ascii="Times New Roman" w:hAnsi="Times New Roman" w:eastAsia="Times New Roman" w:cs="Times New Roman"/>
          <w:sz w:val="24"/>
        </w:rPr>
        <w:t xml:space="preserve">when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sign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acknowledge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signature.  </w:t>
      </w:r>
      <w:r>
        <w:rPr>
          <w:rFonts w:ascii="Times New Roman" w:hAnsi="Times New Roman" w:eastAsia="Times New Roman" w:cs="Times New Roman"/>
          <w:sz w:val="24"/>
        </w:rPr>
        <w:t xml:space="preserve">No </w:t>
      </w:r>
      <w:r>
        <w:rPr>
          <w:rFonts w:ascii="Times New Roman" w:hAnsi="Times New Roman" w:eastAsia="Times New Roman" w:cs="Times New Roman"/>
          <w:sz w:val="24"/>
        </w:rPr>
        <w:t xml:space="preserve">person </w:t>
      </w:r>
      <w:r>
        <w:rPr>
          <w:rFonts w:ascii="Times New Roman" w:hAnsi="Times New Roman" w:eastAsia="Times New Roman" w:cs="Times New Roman"/>
          <w:sz w:val="24"/>
        </w:rPr>
        <w:t xml:space="preserve">who is </w:t>
      </w:r>
      <w:r>
        <w:rPr>
          <w:rFonts w:ascii="Times New Roman" w:hAnsi="Times New Roman" w:eastAsia="Times New Roman" w:cs="Times New Roman"/>
          <w:sz w:val="24"/>
        </w:rPr>
        <w:t xml:space="preserve">related  </w:t>
      </w:r>
      <w:r>
        <w:rPr>
          <w:rFonts w:ascii="Times New Roman" w:hAnsi="Times New Roman" w:eastAsia="Times New Roman" w:cs="Times New Roman"/>
          <w:sz w:val="24"/>
        </w:rPr>
        <w:t xml:space="preserve">to you </w:t>
      </w:r>
      <w:r>
        <w:rPr>
          <w:rFonts w:ascii="Times New Roman" w:hAnsi="Times New Roman" w:eastAsia="Times New Roman" w:cs="Times New Roman"/>
          <w:sz w:val="24"/>
        </w:rPr>
        <w:t xml:space="preserve">by </w:t>
      </w:r>
      <w:r>
        <w:rPr>
          <w:rFonts w:ascii="Times New Roman" w:hAnsi="Times New Roman" w:eastAsia="Times New Roman" w:cs="Times New Roman"/>
          <w:sz w:val="24"/>
        </w:rPr>
        <w:t xml:space="preserve">blood, </w:t>
      </w:r>
      <w:r>
        <w:rPr>
          <w:rFonts w:ascii="Times New Roman" w:hAnsi="Times New Roman" w:eastAsia="Times New Roman" w:cs="Times New Roman"/>
          <w:sz w:val="24"/>
        </w:rPr>
        <w:t xml:space="preserve">marriage, </w:t>
      </w:r>
      <w:r>
        <w:rPr>
          <w:rFonts w:ascii="Times New Roman" w:hAnsi="Times New Roman" w:eastAsia="Times New Roman" w:cs="Times New Roman"/>
          <w:sz w:val="24"/>
        </w:rPr>
        <w:t xml:space="preserve">or </w:t>
      </w:r>
      <w:r>
        <w:rPr>
          <w:rFonts w:ascii="Times New Roman" w:hAnsi="Times New Roman" w:eastAsia="Times New Roman" w:cs="Times New Roman"/>
          <w:sz w:val="24"/>
        </w:rPr>
        <w:t xml:space="preserve">adoption </w:t>
      </w:r>
      <w:r>
        <w:rPr>
          <w:rFonts w:ascii="Times New Roman" w:hAnsi="Times New Roman" w:eastAsia="Times New Roman" w:cs="Times New Roman"/>
          <w:sz w:val="24"/>
        </w:rPr>
        <w:t xml:space="preserve">may </w:t>
      </w:r>
      <w:r>
        <w:rPr>
          <w:rFonts w:ascii="Times New Roman" w:hAnsi="Times New Roman" w:eastAsia="Times New Roman" w:cs="Times New Roman"/>
          <w:sz w:val="24"/>
        </w:rPr>
        <w:t xml:space="preserve">be </w:t>
      </w: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witness.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attorney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fact,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attending </w:t>
      </w:r>
      <w:r>
        <w:rPr>
          <w:rFonts w:ascii="Times New Roman" w:hAnsi="Times New Roman" w:eastAsia="Times New Roman" w:cs="Times New Roman"/>
          <w:sz w:val="24"/>
        </w:rPr>
        <w:t xml:space="preserve">physician, </w:t>
      </w:r>
      <w:r>
        <w:rPr>
          <w:rFonts w:ascii="Times New Roman" w:hAnsi="Times New Roman" w:eastAsia="Times New Roman" w:cs="Times New Roman"/>
          <w:sz w:val="24"/>
        </w:rPr>
        <w:t xml:space="preserve">and the </w:t>
      </w:r>
      <w:r>
        <w:rPr>
          <w:rFonts w:ascii="Times New Roman" w:hAnsi="Times New Roman" w:eastAsia="Times New Roman" w:cs="Times New Roman"/>
          <w:sz w:val="24"/>
        </w:rPr>
        <w:t xml:space="preserve">administrator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any </w:t>
      </w:r>
      <w:r>
        <w:rPr>
          <w:rFonts w:ascii="Times New Roman" w:hAnsi="Times New Roman" w:eastAsia="Times New Roman" w:cs="Times New Roman"/>
          <w:sz w:val="24"/>
        </w:rPr>
        <w:t xml:space="preserve">nursing </w:t>
      </w:r>
      <w:r>
        <w:rPr>
          <w:rFonts w:ascii="Times New Roman" w:hAnsi="Times New Roman" w:eastAsia="Times New Roman" w:cs="Times New Roman"/>
          <w:sz w:val="24"/>
        </w:rPr>
        <w:t xml:space="preserve">home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which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 </w:t>
      </w:r>
      <w:r>
        <w:rPr>
          <w:rFonts w:ascii="Times New Roman" w:hAnsi="Times New Roman" w:eastAsia="Times New Roman" w:cs="Times New Roman"/>
          <w:sz w:val="24"/>
        </w:rPr>
        <w:t>are</w:t>
      </w:r>
    </w:p>
    <w:p>
      <w:pPr/>
      <w:r>
        <w:rPr>
          <w:rFonts w:ascii="Times New Roman" w:hAnsi="Times New Roman" w:eastAsia="Times New Roman" w:cs="Times New Roman"/>
          <w:sz w:val="24"/>
        </w:rPr>
        <w:t xml:space="preserve">receiving care also </w:t>
      </w:r>
      <w:r>
        <w:rPr>
          <w:rFonts w:ascii="Times New Roman" w:hAnsi="Times New Roman" w:eastAsia="Times New Roman" w:cs="Times New Roman"/>
          <w:sz w:val="24"/>
        </w:rPr>
        <w:t xml:space="preserve">are </w:t>
      </w:r>
      <w:r>
        <w:rPr>
          <w:rFonts w:ascii="Times New Roman" w:hAnsi="Times New Roman" w:eastAsia="Times New Roman" w:cs="Times New Roman"/>
          <w:sz w:val="24"/>
        </w:rPr>
        <w:t xml:space="preserve">ineligible </w:t>
      </w:r>
      <w:r>
        <w:rPr>
          <w:rFonts w:ascii="Times New Roman" w:hAnsi="Times New Roman" w:eastAsia="Times New Roman" w:cs="Times New Roman"/>
          <w:sz w:val="24"/>
        </w:rPr>
        <w:t xml:space="preserve">to be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witnesses.</w:t>
      </w:r>
    </w:p>
    <w:p>
      <w:pPr>
        <w:spacing w:before="144" w:after="0" w:line="259" w:lineRule="auto"/>
      </w:pPr>
      <w:r>
        <w:rPr>
          <w:rFonts w:ascii="Times New Roman" w:hAnsi="Times New Roman" w:eastAsia="Times New Roman" w:cs="Times New Roman"/>
          <w:sz w:val="24"/>
        </w:rPr>
        <w:t xml:space="preserve">If </w:t>
      </w:r>
      <w:r>
        <w:rPr>
          <w:rFonts w:ascii="Times New Roman" w:hAnsi="Times New Roman" w:eastAsia="Times New Roman" w:cs="Times New Roman"/>
          <w:sz w:val="24"/>
        </w:rPr>
        <w:t xml:space="preserve">there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anything </w:t>
      </w:r>
      <w:r>
        <w:rPr>
          <w:rFonts w:ascii="Times New Roman" w:hAnsi="Times New Roman" w:eastAsia="Times New Roman" w:cs="Times New Roman"/>
          <w:sz w:val="24"/>
        </w:rPr>
        <w:t xml:space="preserve">in </w:t>
      </w:r>
      <w:r>
        <w:rPr>
          <w:rFonts w:ascii="Times New Roman" w:hAnsi="Times New Roman" w:eastAsia="Times New Roman" w:cs="Times New Roman"/>
          <w:sz w:val="24"/>
        </w:rPr>
        <w:t xml:space="preserve">this </w:t>
      </w:r>
      <w:r>
        <w:rPr>
          <w:rFonts w:ascii="Times New Roman" w:hAnsi="Times New Roman" w:eastAsia="Times New Roman" w:cs="Times New Roman"/>
          <w:sz w:val="24"/>
        </w:rPr>
        <w:t xml:space="preserve">document </w:t>
      </w:r>
      <w:r>
        <w:rPr>
          <w:rFonts w:ascii="Times New Roman" w:hAnsi="Times New Roman" w:eastAsia="Times New Roman" w:cs="Times New Roman"/>
          <w:sz w:val="24"/>
        </w:rPr>
        <w:t xml:space="preserve">that </w:t>
      </w:r>
      <w:r>
        <w:rPr>
          <w:rFonts w:ascii="Times New Roman" w:hAnsi="Times New Roman" w:eastAsia="Times New Roman" w:cs="Times New Roman"/>
          <w:sz w:val="24"/>
        </w:rPr>
        <w:t xml:space="preserve">you do </w:t>
      </w:r>
      <w:r>
        <w:rPr>
          <w:rFonts w:ascii="Times New Roman" w:hAnsi="Times New Roman" w:eastAsia="Times New Roman" w:cs="Times New Roman"/>
          <w:sz w:val="24"/>
        </w:rPr>
        <w:t xml:space="preserve">not </w:t>
      </w:r>
      <w:r>
        <w:rPr>
          <w:rFonts w:ascii="Times New Roman" w:hAnsi="Times New Roman" w:eastAsia="Times New Roman" w:cs="Times New Roman"/>
          <w:sz w:val="24"/>
        </w:rPr>
        <w:t xml:space="preserve">understand, </w:t>
      </w:r>
      <w:r>
        <w:rPr>
          <w:rFonts w:ascii="Times New Roman" w:hAnsi="Times New Roman" w:eastAsia="Times New Roman" w:cs="Times New Roman"/>
          <w:sz w:val="24"/>
        </w:rPr>
        <w:t xml:space="preserve">you </w:t>
      </w:r>
      <w:r>
        <w:rPr>
          <w:rFonts w:ascii="Times New Roman" w:hAnsi="Times New Roman" w:eastAsia="Times New Roman" w:cs="Times New Roman"/>
          <w:sz w:val="24"/>
        </w:rPr>
        <w:t xml:space="preserve">should </w:t>
      </w:r>
      <w:r>
        <w:rPr>
          <w:rFonts w:ascii="Times New Roman" w:hAnsi="Times New Roman" w:eastAsia="Times New Roman" w:cs="Times New Roman"/>
          <w:sz w:val="24"/>
        </w:rPr>
        <w:t xml:space="preserve">ask </w:t>
      </w:r>
      <w:r>
        <w:rPr>
          <w:rFonts w:ascii="Times New Roman" w:hAnsi="Times New Roman" w:eastAsia="Times New Roman" w:cs="Times New Roman"/>
          <w:sz w:val="24"/>
        </w:rPr>
        <w:t xml:space="preserve">your </w:t>
      </w:r>
      <w:r>
        <w:rPr>
          <w:rFonts w:ascii="Times New Roman" w:hAnsi="Times New Roman" w:eastAsia="Times New Roman" w:cs="Times New Roman"/>
          <w:sz w:val="24"/>
        </w:rPr>
        <w:t xml:space="preserve">lawyer </w:t>
      </w:r>
      <w:r>
        <w:rPr>
          <w:rFonts w:ascii="Times New Roman" w:hAnsi="Times New Roman" w:eastAsia="Times New Roman" w:cs="Times New Roman"/>
          <w:sz w:val="24"/>
        </w:rPr>
        <w:t xml:space="preserve">to </w:t>
      </w:r>
      <w:r>
        <w:rPr>
          <w:rFonts w:ascii="Times New Roman" w:hAnsi="Times New Roman" w:eastAsia="Times New Roman" w:cs="Times New Roman"/>
          <w:sz w:val="24"/>
        </w:rPr>
        <w:t xml:space="preserve">explain </w:t>
      </w:r>
      <w:r>
        <w:rPr>
          <w:rFonts w:ascii="Times New Roman" w:hAnsi="Times New Roman" w:eastAsia="Times New Roman" w:cs="Times New Roman"/>
          <w:sz w:val="24"/>
        </w:rPr>
        <w:t>it to</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p>
    <w:p>
      <w:pPr/>
    </w:p>
    <w:p>
      <w:pPr/>
    </w:p>
    <w:p>
      <w:pPr/>
    </w:p>
    <w:p>
      <w:pPr>
        <w:spacing w:before="9" w:after="0"/>
      </w:pPr>
    </w:p>
    <w:p>
      <w:pPr>
        <w:spacing w:before="76" w:after="0" w:line="252" w:lineRule="auto"/>
        <w:jc w:val="both"/>
      </w:pPr>
      <w:r>
        <w:rPr>
          <w:rFonts w:ascii="Times New Roman" w:hAnsi="Times New Roman" w:eastAsia="Times New Roman" w:cs="Times New Roman"/>
          <w:sz w:val="24"/>
        </w:rPr>
        <w:t>© December 2004. May be reprinted and copied for use by the public, attorneys, medical and osteopathic physicians, hospitals, bar associations, medical societies, and nonprofit associations and organizations. It may not be reproduced commercially for sale at a</w:t>
      </w:r>
      <w:r>
        <w:rPr>
          <w:rFonts w:ascii="Times New Roman" w:hAnsi="Times New Roman" w:eastAsia="Times New Roman" w:cs="Times New Roman"/>
          <w:sz w:val="24"/>
        </w:rPr>
        <w:t xml:space="preserve"> </w:t>
      </w:r>
      <w:r>
        <w:rPr>
          <w:rFonts w:ascii="Times New Roman" w:hAnsi="Times New Roman" w:eastAsia="Times New Roman" w:cs="Times New Roman"/>
          <w:sz w:val="24"/>
        </w:rPr>
        <w:t>profit.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